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0c08be4ef03eec7e5af72f33402406fba863fa"/>
    <w:p>
      <w:pPr>
        <w:pStyle w:val="Heading1"/>
      </w:pPr>
      <w:r>
        <w:rPr>
          <w:b/>
          <w:bCs/>
        </w:rPr>
        <w:t xml:space="preserve">The Idiot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friendly</w:t>
      </w:r>
      <w:r>
        <w:br/>
      </w:r>
      <w:r>
        <w:t xml:space="preserve">    (b) emotional</w:t>
      </w:r>
      <w:r>
        <w:br/>
      </w:r>
      <w:r>
        <w:t xml:space="preserve">    (c) rare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tactful</w:t>
      </w:r>
      <w:r>
        <w:br/>
      </w:r>
      <w:r>
        <w:t xml:space="preserve">    (b) expert</w:t>
      </w:r>
      <w:r>
        <w:br/>
      </w:r>
      <w:r>
        <w:t xml:space="preserve">    (c) honest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harmful</w:t>
      </w:r>
      <w:r>
        <w:br/>
      </w:r>
      <w:r>
        <w:t xml:space="preserve">    (b) unethical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just said it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</w:t>
      </w:r>
      <w:r>
        <w:rPr>
          <w:b/>
          <w:bCs/>
        </w:rPr>
        <w:t xml:space="preserve">.</w:t>
      </w:r>
      <w:r>
        <w:br/>
      </w:r>
      <w:r>
        <w:t xml:space="preserve">    (a) self-important</w:t>
      </w:r>
      <w:r>
        <w:br/>
      </w:r>
      <w:r>
        <w:t xml:space="preserve">    (b) disagreeable</w:t>
      </w:r>
      <w:r>
        <w:br/>
      </w:r>
      <w:r>
        <w:t xml:space="preserve">    (c)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not allow members to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our code of ethics.</w:t>
      </w:r>
      <w:r>
        <w:br/>
      </w:r>
      <w:r>
        <w:t xml:space="preserve">    (a) without understanding</w:t>
      </w:r>
      <w:r>
        <w:br/>
      </w:r>
      <w:r>
        <w:t xml:space="preserve">    (b) in opposition to</w:t>
      </w:r>
      <w:r>
        <w:br/>
      </w:r>
      <w:r>
        <w:t xml:space="preserve">    (c) prior to creating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not pay you for the work.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 may sue you for damages.</w:t>
      </w:r>
      <w:r>
        <w:br/>
      </w:r>
      <w:r>
        <w:t xml:space="preserve">    (a) regardless of that (unrelated to not paying)</w:t>
      </w:r>
      <w:r>
        <w:br/>
      </w:r>
      <w:r>
        <w:t xml:space="preserve">    (b) in spite of that (even though not paying)</w:t>
      </w:r>
      <w:r>
        <w:br/>
      </w:r>
      <w:r>
        <w:t xml:space="preserve">    (c) not only that (strengthening denial of payment)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shaky voice</w:t>
      </w:r>
      <w:r>
        <w:br/>
      </w:r>
      <w:r>
        <w:t xml:space="preserve">    (c) firm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attract</w:t>
      </w:r>
      <w:r>
        <w:br/>
      </w:r>
      <w:r>
        <w:t xml:space="preserve">    (c) entertain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arrogant</w:t>
      </w:r>
      <w:r>
        <w:br/>
      </w:r>
      <w:r>
        <w:t xml:space="preserve">    (b) wealthy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impulsive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disrespectfully bold</w:t>
      </w:r>
      <w:r>
        <w:br/>
      </w:r>
      <w:r>
        <w:t xml:space="preserve">    (b) thoughtfully kind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evilly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feel like singing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high-ranking and high-paying</w:t>
      </w:r>
      <w:r>
        <w:br/>
      </w:r>
      <w:r>
        <w:t xml:space="preserve">    (b) civil service</w:t>
      </w:r>
      <w:r>
        <w:br/>
      </w:r>
      <w:r>
        <w:t xml:space="preserve">    (c) favor for political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remember</w:t>
      </w:r>
      <w:r>
        <w:br/>
      </w:r>
      <w:r>
        <w:t xml:space="preserve">    (c) spell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congratulate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deeply offensive</w:t>
      </w:r>
      <w:r>
        <w:br/>
      </w:r>
      <w:r>
        <w:t xml:space="preserve">    (c) warmly welcomed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fear of religious rules</w:t>
      </w:r>
      <w:r>
        <w:br/>
      </w:r>
      <w:r>
        <w:t xml:space="preserve">    (b) respect for old customs</w:t>
      </w:r>
      <w:r>
        <w:br/>
      </w:r>
      <w:r>
        <w:t xml:space="preserve">    (c) disrespect for the sacred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irresponsible</w:t>
      </w:r>
      <w:r>
        <w:br/>
      </w:r>
      <w:r>
        <w:t xml:space="preserve">    (b) in terrible condition</w:t>
      </w:r>
      <w:r>
        <w:br/>
      </w:r>
      <w:r>
        <w:t xml:space="preserve">    (c) foolish or thoughtless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2026-07-31T14:34:38Z</dcterms:created>
  <dcterms:modified xsi:type="dcterms:W3CDTF">2026-07-31T14:34:38Z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