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3f0712516e4071df7edc44fb0db9c76800e2020"/>
    <w:p>
      <w:pPr>
        <w:pStyle w:val="Heading1"/>
      </w:pPr>
      <w:r>
        <w:rPr>
          <w:b/>
          <w:bCs/>
        </w:rPr>
        <w:t xml:space="preserve">The Idiot</w:t>
      </w:r>
      <w:r>
        <w:br/>
      </w:r>
      <w:r>
        <w:rPr>
          <w:i/>
          <w:iCs/>
        </w:rPr>
        <w:t xml:space="preserve">Fyodor Dostoyevsky</w:t>
      </w:r>
      <w:r>
        <w:br/>
      </w:r>
      <w:r>
        <w:rPr>
          <w:b/>
          <w:bCs/>
        </w:rPr>
        <w:t xml:space="preserve">Extra Credit 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 British accent turned out to be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affectation</w:t>
      </w:r>
      <w:r>
        <w:rPr>
          <w:b/>
          <w:bCs/>
        </w:rPr>
        <w:t xml:space="preserve"> </w:t>
      </w:r>
      <w:r>
        <w:rPr>
          <w:b/>
          <w:bCs/>
        </w:rPr>
        <w:t xml:space="preserve">he picked up in college.</w:t>
      </w:r>
      <w:r>
        <w:br/>
      </w:r>
      <w:r>
        <w:t xml:space="preserve">    (a) old hobby</w:t>
      </w:r>
      <w:r>
        <w:br/>
      </w:r>
      <w:r>
        <w:t xml:space="preserve">    (b) fake mannerism</w:t>
      </w:r>
      <w:r>
        <w:br/>
      </w:r>
      <w:r>
        <w:t xml:space="preserve">    (c) honest trait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Although we disagree, I think we can reach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amicable</w:t>
      </w:r>
      <w:r>
        <w:rPr>
          <w:b/>
          <w:bCs/>
        </w:rPr>
        <w:t xml:space="preserve"> </w:t>
      </w:r>
      <w:r>
        <w:rPr>
          <w:b/>
          <w:bCs/>
        </w:rPr>
        <w:t xml:space="preserve">compromise.</w:t>
      </w:r>
      <w:r>
        <w:br/>
      </w:r>
      <w:r>
        <w:t xml:space="preserve">    (a) temporary</w:t>
      </w:r>
      <w:r>
        <w:br/>
      </w:r>
      <w:r>
        <w:t xml:space="preserve">    (b) quick</w:t>
      </w:r>
      <w:r>
        <w:br/>
      </w:r>
      <w:r>
        <w:t xml:space="preserve">    (c) friendly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old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ballad</w:t>
      </w:r>
      <w:r>
        <w:rPr>
          <w:b/>
          <w:bCs/>
        </w:rPr>
        <w:t xml:space="preserve"> </w:t>
      </w:r>
      <w:r>
        <w:rPr>
          <w:b/>
          <w:bCs/>
        </w:rPr>
        <w:t xml:space="preserve">told the tragic tale of two lovers separated by war.</w:t>
      </w:r>
      <w:r>
        <w:br/>
      </w:r>
      <w:r>
        <w:t xml:space="preserve">    (a) traditional short story</w:t>
      </w:r>
      <w:r>
        <w:br/>
      </w:r>
      <w:r>
        <w:t xml:space="preserve">    (b) song that tells a story</w:t>
      </w:r>
      <w:r>
        <w:br/>
      </w:r>
      <w:r>
        <w:t xml:space="preserve">    (c) dramatic performance on stage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My aunt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bequeathed</w:t>
      </w:r>
      <w:r>
        <w:rPr>
          <w:b/>
          <w:bCs/>
        </w:rPr>
        <w:t xml:space="preserve"> </w:t>
      </w:r>
      <w:r>
        <w:rPr>
          <w:b/>
          <w:bCs/>
        </w:rPr>
        <w:t xml:space="preserve">me her pearl necklace.</w:t>
      </w:r>
      <w:r>
        <w:br/>
      </w:r>
      <w:r>
        <w:t xml:space="preserve">    (a) took</w:t>
      </w:r>
      <w:r>
        <w:br/>
      </w:r>
      <w:r>
        <w:t xml:space="preserve">    (b) loaned</w:t>
      </w:r>
      <w:r>
        <w:br/>
      </w:r>
      <w:r>
        <w:t xml:space="preserve">    (c) gave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can expect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calumny</w:t>
      </w:r>
      <w:r>
        <w:rPr>
          <w:b/>
          <w:bCs/>
        </w:rPr>
        <w:t xml:space="preserve"> </w:t>
      </w:r>
      <w:r>
        <w:rPr>
          <w:b/>
          <w:bCs/>
        </w:rPr>
        <w:t xml:space="preserve">from our critics.</w:t>
      </w:r>
      <w:r>
        <w:br/>
      </w:r>
      <w:r>
        <w:t xml:space="preserve">    (a) false accusations</w:t>
      </w:r>
      <w:r>
        <w:br/>
      </w:r>
      <w:r>
        <w:t xml:space="preserve">    (b) foolish mistakes</w:t>
      </w:r>
      <w:r>
        <w:br/>
      </w:r>
      <w:r>
        <w:t xml:space="preserve">    (c) criticism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spite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censure</w:t>
      </w:r>
      <w:r>
        <w:rPr>
          <w:b/>
          <w:bCs/>
        </w:rPr>
        <w:t xml:space="preserve"> </w:t>
      </w:r>
      <w:r>
        <w:rPr>
          <w:b/>
          <w:bCs/>
        </w:rPr>
        <w:t xml:space="preserve">of her colleagues, she believed she had done the right thing.</w:t>
      </w:r>
      <w:r>
        <w:br/>
      </w:r>
      <w:r>
        <w:t xml:space="preserve">    (a) disinterest</w:t>
      </w:r>
      <w:r>
        <w:br/>
      </w:r>
      <w:r>
        <w:t xml:space="preserve">    (b) anger</w:t>
      </w:r>
      <w:r>
        <w:br/>
      </w:r>
      <w:r>
        <w:t xml:space="preserve">    (c) criticism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algebra, letters often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denote</w:t>
      </w:r>
      <w:r>
        <w:rPr>
          <w:b/>
          <w:bCs/>
        </w:rPr>
        <w:t xml:space="preserve"> </w:t>
      </w:r>
      <w:r>
        <w:rPr>
          <w:b/>
          <w:bCs/>
        </w:rPr>
        <w:t xml:space="preserve">unknown numbers in equations.</w:t>
      </w:r>
      <w:r>
        <w:br/>
      </w:r>
      <w:r>
        <w:t xml:space="preserve">    (a) represent</w:t>
      </w:r>
      <w:r>
        <w:br/>
      </w:r>
      <w:r>
        <w:t xml:space="preserve">    (b) scatter</w:t>
      </w:r>
      <w:r>
        <w:br/>
      </w:r>
      <w:r>
        <w:t xml:space="preserve">    (c) confuse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Jefferson described the legislation 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detestable</w:t>
      </w:r>
      <w:r>
        <w:rPr>
          <w:b/>
          <w:bCs/>
        </w:rPr>
        <w:t xml:space="preserve">.</w:t>
      </w:r>
      <w:r>
        <w:br/>
      </w:r>
      <w:r>
        <w:t xml:space="preserve">    (a) terrible</w:t>
      </w:r>
      <w:r>
        <w:br/>
      </w:r>
      <w:r>
        <w:t xml:space="preserve">    (b) outstanding</w:t>
      </w:r>
      <w:r>
        <w:br/>
      </w:r>
      <w:r>
        <w:t xml:space="preserve">    (c) important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Dowries</w:t>
      </w:r>
      <w:r>
        <w:rPr>
          <w:b/>
          <w:bCs/>
        </w:rPr>
        <w:t xml:space="preserve"> </w:t>
      </w:r>
      <w:r>
        <w:rPr>
          <w:b/>
          <w:bCs/>
        </w:rPr>
        <w:t xml:space="preserve">are common in that culture.</w:t>
      </w:r>
      <w:r>
        <w:br/>
      </w:r>
      <w:r>
        <w:t xml:space="preserve">    (a) large families</w:t>
      </w:r>
      <w:r>
        <w:br/>
      </w:r>
      <w:r>
        <w:t xml:space="preserve">    (b) extended-families living together</w:t>
      </w:r>
      <w:r>
        <w:br/>
      </w:r>
      <w:r>
        <w:t xml:space="preserve">    (c) payment to a husband upon marriage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both entertains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edifies</w:t>
      </w:r>
      <w:r>
        <w:rPr>
          <w:b/>
          <w:bCs/>
        </w:rPr>
        <w:t xml:space="preserve"> </w:t>
      </w:r>
      <w:r>
        <w:rPr>
          <w:b/>
          <w:bCs/>
        </w:rPr>
        <w:t xml:space="preserve">when she speaks.</w:t>
      </w:r>
      <w:r>
        <w:br/>
      </w:r>
      <w:r>
        <w:t xml:space="preserve">    (a) puzzles listeners</w:t>
      </w:r>
      <w:r>
        <w:br/>
      </w:r>
      <w:r>
        <w:t xml:space="preserve">    (b) learns from others</w:t>
      </w:r>
      <w:r>
        <w:br/>
      </w:r>
      <w:r>
        <w:t xml:space="preserve">    (c) teaches or instructs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guillotine</w:t>
      </w:r>
      <w:r>
        <w:rPr>
          <w:b/>
          <w:bCs/>
        </w:rPr>
        <w:t xml:space="preserve"> </w:t>
      </w:r>
      <w:r>
        <w:rPr>
          <w:b/>
          <w:bCs/>
        </w:rPr>
        <w:t xml:space="preserve">is often associated with the Reign of Terror, a period of extreme violence and political turmoil during the French Revolution.</w:t>
      </w:r>
      <w:r>
        <w:br/>
      </w:r>
      <w:r>
        <w:t xml:space="preserve">    (a) a device used to torture people</w:t>
      </w:r>
      <w:r>
        <w:br/>
      </w:r>
      <w:r>
        <w:t xml:space="preserve">    (b) a device used to imprison people</w:t>
      </w:r>
      <w:r>
        <w:br/>
      </w:r>
      <w:r>
        <w:t xml:space="preserve">    (c) a device used to behead people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incident led to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ignominious</w:t>
      </w:r>
      <w:r>
        <w:rPr>
          <w:b/>
          <w:bCs/>
        </w:rPr>
        <w:t xml:space="preserve"> </w:t>
      </w:r>
      <w:r>
        <w:rPr>
          <w:b/>
          <w:bCs/>
        </w:rPr>
        <w:t xml:space="preserve">departure from political office.</w:t>
      </w:r>
      <w:r>
        <w:br/>
      </w:r>
      <w:r>
        <w:t xml:space="preserve">    (a) disgraceful</w:t>
      </w:r>
      <w:r>
        <w:br/>
      </w:r>
      <w:r>
        <w:t xml:space="preserve">    (b) eventual</w:t>
      </w:r>
      <w:r>
        <w:br/>
      </w:r>
      <w:r>
        <w:t xml:space="preserve">    (c) quick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have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interposed</w:t>
      </w:r>
      <w:r>
        <w:rPr>
          <w:b/>
          <w:bCs/>
        </w:rPr>
        <w:t xml:space="preserve"> </w:t>
      </w:r>
      <w:r>
        <w:rPr>
          <w:b/>
          <w:bCs/>
        </w:rPr>
        <w:t xml:space="preserve">themselves on the side of our enemy.</w:t>
      </w:r>
      <w:r>
        <w:br/>
      </w:r>
      <w:r>
        <w:t xml:space="preserve">    (a) been seen</w:t>
      </w:r>
      <w:r>
        <w:br/>
      </w:r>
      <w:r>
        <w:t xml:space="preserve">    (b) hidden</w:t>
      </w:r>
      <w:r>
        <w:br/>
      </w:r>
      <w:r>
        <w:t xml:space="preserve">    (c) inserted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wouldn't describe myself 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materialistic</w:t>
      </w:r>
      <w:r>
        <w:rPr>
          <w:b/>
          <w:bCs/>
        </w:rPr>
        <w:t xml:space="preserve">, but I would like some financial security.</w:t>
      </w:r>
      <w:r>
        <w:br/>
      </w:r>
      <w:r>
        <w:t xml:space="preserve">    (a) too afraid of risk and uncertainty</w:t>
      </w:r>
      <w:r>
        <w:br/>
      </w:r>
      <w:r>
        <w:t xml:space="preserve">    (b) too concerned with wealth and possessions</w:t>
      </w:r>
      <w:r>
        <w:br/>
      </w:r>
      <w:r>
        <w:t xml:space="preserve">    (c) unwilling to spend any money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film is pessimistic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nihilistic</w:t>
      </w:r>
      <w:r>
        <w:rPr>
          <w:b/>
          <w:bCs/>
        </w:rPr>
        <w:t xml:space="preserve">.</w:t>
      </w:r>
      <w:r>
        <w:br/>
      </w:r>
      <w:r>
        <w:t xml:space="preserve">    (a) portraying life as meaningless</w:t>
      </w:r>
      <w:r>
        <w:br/>
      </w:r>
      <w:r>
        <w:t xml:space="preserve">    (b) portraying life as cruel</w:t>
      </w:r>
      <w:r>
        <w:br/>
      </w:r>
      <w:r>
        <w:t xml:space="preserve">    (c) portraying life as difficult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reputable</w:t>
      </w:r>
      <w:r>
        <w:rPr>
          <w:b/>
          <w:bCs/>
        </w:rPr>
        <w:t xml:space="preserve"> </w:t>
      </w:r>
      <w:r>
        <w:rPr>
          <w:b/>
          <w:bCs/>
        </w:rPr>
        <w:t xml:space="preserve">scientist believes that.</w:t>
      </w:r>
      <w:r>
        <w:br/>
      </w:r>
      <w:r>
        <w:t xml:space="preserve">    (a) trusted and respected</w:t>
      </w:r>
      <w:r>
        <w:br/>
      </w:r>
      <w:r>
        <w:t xml:space="preserve">    (b) thoughtful</w:t>
      </w:r>
      <w:r>
        <w:br/>
      </w:r>
      <w:r>
        <w:t xml:space="preserve">    (c) under the age of 30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She's been making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sagacious</w:t>
      </w:r>
      <w:r>
        <w:rPr>
          <w:b/>
          <w:bCs/>
        </w:rPr>
        <w:t xml:space="preserve"> </w:t>
      </w:r>
      <w:r>
        <w:rPr>
          <w:b/>
          <w:bCs/>
        </w:rPr>
        <w:t xml:space="preserve">business decisions for more than 30 years.</w:t>
      </w:r>
      <w:r>
        <w:br/>
      </w:r>
      <w:r>
        <w:t xml:space="preserve">    (a) impatient</w:t>
      </w:r>
      <w:r>
        <w:br/>
      </w:r>
      <w:r>
        <w:t xml:space="preserve">    (b) careless</w:t>
      </w:r>
      <w:r>
        <w:br/>
      </w:r>
      <w:r>
        <w:t xml:space="preserve">    (c) wise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serf</w:t>
      </w:r>
      <w:r>
        <w:rPr>
          <w:b/>
          <w:bCs/>
        </w:rPr>
        <w:t xml:space="preserve"> </w:t>
      </w:r>
      <w:r>
        <w:rPr>
          <w:b/>
          <w:bCs/>
        </w:rPr>
        <w:t xml:space="preserve">worked the lord's fields from dawn until dusk for little reward.</w:t>
      </w:r>
      <w:r>
        <w:br/>
      </w:r>
      <w:r>
        <w:t xml:space="preserve">    (a) wandering hermit</w:t>
      </w:r>
      <w:r>
        <w:br/>
      </w:r>
      <w:r>
        <w:t xml:space="preserve">    (b) trained knight</w:t>
      </w:r>
      <w:r>
        <w:br/>
      </w:r>
      <w:r>
        <w:t xml:space="preserve">    (c) bound peasant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is investigating the rock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strata</w:t>
      </w:r>
      <w:r>
        <w:rPr>
          <w:b/>
          <w:bCs/>
        </w:rPr>
        <w:t xml:space="preserve"> </w:t>
      </w:r>
      <w:r>
        <w:rPr>
          <w:b/>
          <w:bCs/>
        </w:rPr>
        <w:t xml:space="preserve">to better understand the Antarctic ice sheet.</w:t>
      </w:r>
      <w:r>
        <w:br/>
      </w:r>
      <w:r>
        <w:t xml:space="preserve">    (a) hardness</w:t>
      </w:r>
      <w:r>
        <w:br/>
      </w:r>
      <w:r>
        <w:t xml:space="preserve">    (b) erosion</w:t>
      </w:r>
      <w:r>
        <w:br/>
      </w:r>
      <w:r>
        <w:t xml:space="preserve">    (c) layers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 an unsupportable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supposition</w:t>
      </w:r>
      <w:r>
        <w:rPr>
          <w:b/>
          <w:bCs/>
        </w:rPr>
        <w:t xml:space="preserve">.</w:t>
      </w:r>
      <w:r>
        <w:br/>
      </w:r>
      <w:r>
        <w:t xml:space="preserve">    (a) expense</w:t>
      </w:r>
      <w:r>
        <w:br/>
      </w:r>
      <w:r>
        <w:t xml:space="preserve">    (b) belief</w:t>
      </w:r>
      <w:r>
        <w:br/>
      </w:r>
      <w:r>
        <w:t xml:space="preserve">    (c) computer program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2026-07-31T14:34:38Z</dcterms:created>
  <dcterms:modified xsi:type="dcterms:W3CDTF">2026-07-31T14:34:38Z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