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d4f7fc04c7781d8f3c9a18342054e3e9335a6bb"/>
    <w:p>
      <w:pPr>
        <w:pStyle w:val="Heading1"/>
      </w:pPr>
      <w:r>
        <w:rPr>
          <w:b/>
          <w:bCs/>
        </w:rPr>
        <w:t xml:space="preserve">The Iceman Cometh</w:t>
      </w:r>
      <w:r>
        <w:br/>
      </w:r>
      <w:r>
        <w:rPr>
          <w:i/>
          <w:iCs/>
        </w:rPr>
        <w:t xml:space="preserve">Eugene O'Neill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didn’t call herself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anarchist</w:t>
      </w:r>
      <w:r>
        <w:rPr>
          <w:b/>
          <w:bCs/>
        </w:rPr>
        <w:t xml:space="preserve">, but she refused to follow rules she saw as unfair.</w:t>
      </w:r>
      <w:r>
        <w:br/>
      </w:r>
      <w:r>
        <w:t xml:space="preserve">    (a) someone with anxiety</w:t>
      </w:r>
      <w:r>
        <w:br/>
      </w:r>
      <w:r>
        <w:t xml:space="preserve">    (b) someone against authority</w:t>
      </w:r>
      <w:r>
        <w:br/>
      </w:r>
      <w:r>
        <w:t xml:space="preserve">    (c) someone who gives advice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Until she learned to motivate herself,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apathy</w:t>
      </w:r>
      <w:r>
        <w:rPr>
          <w:b/>
          <w:bCs/>
        </w:rPr>
        <w:t xml:space="preserve"> </w:t>
      </w:r>
      <w:r>
        <w:rPr>
          <w:b/>
          <w:bCs/>
        </w:rPr>
        <w:t xml:space="preserve">led to bad grades.</w:t>
      </w:r>
      <w:r>
        <w:br/>
      </w:r>
      <w:r>
        <w:t xml:space="preserve">    (a) distraction</w:t>
      </w:r>
      <w:r>
        <w:br/>
      </w:r>
      <w:r>
        <w:t xml:space="preserve">    (b) lack of interest</w:t>
      </w:r>
      <w:r>
        <w:br/>
      </w:r>
      <w:r>
        <w:t xml:space="preserve">    (c) lack of ability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singer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assented</w:t>
      </w:r>
      <w:r>
        <w:rPr>
          <w:b/>
          <w:bCs/>
        </w:rPr>
        <w:t xml:space="preserve"> </w:t>
      </w:r>
      <w:r>
        <w:rPr>
          <w:b/>
          <w:bCs/>
        </w:rPr>
        <w:t xml:space="preserve">to the request for an encore.</w:t>
      </w:r>
      <w:r>
        <w:br/>
      </w:r>
      <w:r>
        <w:t xml:space="preserve">    (a) dislike or resented</w:t>
      </w:r>
      <w:r>
        <w:br/>
      </w:r>
      <w:r>
        <w:t xml:space="preserve">    (b) consented or agreed</w:t>
      </w:r>
      <w:r>
        <w:br/>
      </w:r>
      <w:r>
        <w:t xml:space="preserve">    (c) declined or refused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told the police officer that she was trying to awaken the sensibilities of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bourgeois</w:t>
      </w:r>
      <w:r>
        <w:rPr>
          <w:b/>
          <w:bCs/>
        </w:rPr>
        <w:t xml:space="preserve"> </w:t>
      </w:r>
      <w:r>
        <w:rPr>
          <w:b/>
          <w:bCs/>
        </w:rPr>
        <w:t xml:space="preserve">neighbors.</w:t>
      </w:r>
      <w:r>
        <w:br/>
      </w:r>
      <w:r>
        <w:t xml:space="preserve">    (a) irresponsible</w:t>
      </w:r>
      <w:r>
        <w:br/>
      </w:r>
      <w:r>
        <w:t xml:space="preserve">    (b) conventional</w:t>
      </w:r>
      <w:r>
        <w:br/>
      </w:r>
      <w:r>
        <w:t xml:space="preserve">    (c) foolish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was impolite. She pretended not to notice except that she treated him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contempt</w:t>
      </w:r>
      <w:r>
        <w:rPr>
          <w:b/>
          <w:bCs/>
        </w:rPr>
        <w:t xml:space="preserve">.</w:t>
      </w:r>
      <w:r>
        <w:br/>
      </w:r>
      <w:r>
        <w:t xml:space="preserve">    (a) lack of respect</w:t>
      </w:r>
      <w:r>
        <w:br/>
      </w:r>
      <w:r>
        <w:t xml:space="preserve">    (b) impatience</w:t>
      </w:r>
      <w:r>
        <w:br/>
      </w:r>
      <w:r>
        <w:t xml:space="preserve">    (c) great annoyance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the argument, she sat alone at the table, slumped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dejected</w:t>
      </w:r>
      <w:r>
        <w:rPr>
          <w:b/>
          <w:bCs/>
        </w:rPr>
        <w:t xml:space="preserve">.</w:t>
      </w:r>
      <w:r>
        <w:br/>
      </w:r>
      <w:r>
        <w:t xml:space="preserve">    (a) confused or uncertain</w:t>
      </w:r>
      <w:r>
        <w:br/>
      </w:r>
      <w:r>
        <w:t xml:space="preserve">    (b) sad or disappointed</w:t>
      </w:r>
      <w:r>
        <w:br/>
      </w:r>
      <w:r>
        <w:t xml:space="preserve">    (c) tired or hungry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bravely stepped forward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denounce</w:t>
      </w:r>
      <w:r>
        <w:rPr>
          <w:b/>
          <w:bCs/>
        </w:rPr>
        <w:t xml:space="preserve"> </w:t>
      </w:r>
      <w:r>
        <w:rPr>
          <w:b/>
          <w:bCs/>
        </w:rPr>
        <w:t xml:space="preserve">the corruption within her company.</w:t>
      </w:r>
      <w:r>
        <w:br/>
      </w:r>
      <w:r>
        <w:t xml:space="preserve">    (a) warmly praise</w:t>
      </w:r>
      <w:r>
        <w:br/>
      </w:r>
      <w:r>
        <w:t xml:space="preserve">    (b) openly condemn</w:t>
      </w:r>
      <w:r>
        <w:br/>
      </w:r>
      <w:r>
        <w:t xml:space="preserve">    (c) quietly ignore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derided</w:t>
      </w:r>
      <w:r>
        <w:rPr>
          <w:b/>
          <w:bCs/>
        </w:rPr>
        <w:t xml:space="preserve"> </w:t>
      </w:r>
      <w:r>
        <w:rPr>
          <w:b/>
          <w:bCs/>
        </w:rPr>
        <w:t xml:space="preserve">him as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hormone-ravaged</w:t>
      </w:r>
      <w:r>
        <w:rPr>
          <w:b/>
          <w:bCs/>
        </w:rPr>
        <w:t xml:space="preserve">.</w:t>
      </w:r>
      <w:r>
        <w:br/>
      </w:r>
      <w:r>
        <w:t xml:space="preserve">    (a) whispered about</w:t>
      </w:r>
      <w:r>
        <w:br/>
      </w:r>
      <w:r>
        <w:t xml:space="preserve">    (b) sympathized with</w:t>
      </w:r>
      <w:r>
        <w:br/>
      </w:r>
      <w:r>
        <w:t xml:space="preserve">    (c) made fun of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fastidious</w:t>
      </w:r>
      <w:r>
        <w:rPr>
          <w:b/>
          <w:bCs/>
        </w:rPr>
        <w:t xml:space="preserve"> </w:t>
      </w:r>
      <w:r>
        <w:rPr>
          <w:b/>
          <w:bCs/>
        </w:rPr>
        <w:t xml:space="preserve">about keeping her desk perfectly organized.</w:t>
      </w:r>
      <w:r>
        <w:br/>
      </w:r>
      <w:r>
        <w:t xml:space="preserve">    (a) careless and disorganized</w:t>
      </w:r>
      <w:r>
        <w:br/>
      </w:r>
      <w:r>
        <w:t xml:space="preserve">    (b) loud and outgoing</w:t>
      </w:r>
      <w:r>
        <w:br/>
      </w:r>
      <w:r>
        <w:t xml:space="preserve">    (c) extremely attentive to detail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Later she said she was just trying to figure out whose phone it was, but she looked around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furtively</w:t>
      </w:r>
      <w:r>
        <w:rPr>
          <w:b/>
          <w:bCs/>
        </w:rPr>
        <w:t xml:space="preserve"> </w:t>
      </w:r>
      <w:r>
        <w:rPr>
          <w:b/>
          <w:bCs/>
        </w:rPr>
        <w:t xml:space="preserve">before she began reading my text messages.</w:t>
      </w:r>
      <w:r>
        <w:br/>
      </w:r>
      <w:r>
        <w:t xml:space="preserve">    (a) nervously</w:t>
      </w:r>
      <w:r>
        <w:br/>
      </w:r>
      <w:r>
        <w:t xml:space="preserve">    (b) with curiosity</w:t>
      </w:r>
      <w:r>
        <w:br/>
      </w:r>
      <w:r>
        <w:t xml:space="preserve">    (c) eagerly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made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insistent</w:t>
      </w:r>
      <w:r>
        <w:rPr>
          <w:b/>
          <w:bCs/>
        </w:rPr>
        <w:t xml:space="preserve"> </w:t>
      </w:r>
      <w:r>
        <w:rPr>
          <w:b/>
          <w:bCs/>
        </w:rPr>
        <w:t xml:space="preserve">request for more time on the project.</w:t>
      </w:r>
      <w:r>
        <w:br/>
      </w:r>
      <w:r>
        <w:t xml:space="preserve">    (a) unclear and brief</w:t>
      </w:r>
      <w:r>
        <w:br/>
      </w:r>
      <w:r>
        <w:t xml:space="preserve">    (b) shy and hesitant</w:t>
      </w:r>
      <w:r>
        <w:br/>
      </w:r>
      <w:r>
        <w:t xml:space="preserve">    (c) firmly demanding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She's a happy girl--</w:t>
      </w:r>
      <w:r>
        <w:rPr>
          <w:b/>
          <w:bCs/>
          <w:u w:val="single"/>
        </w:rPr>
        <w:t xml:space="preserve">oblivious</w:t>
      </w:r>
      <w:r>
        <w:rPr>
          <w:b/>
          <w:bCs/>
        </w:rPr>
        <w:t xml:space="preserve"> </w:t>
      </w:r>
      <w:r>
        <w:rPr>
          <w:b/>
          <w:bCs/>
        </w:rPr>
        <w:t xml:space="preserve">to most of the unhappiness around her.</w:t>
      </w:r>
      <w:r>
        <w:br/>
      </w:r>
      <w:r>
        <w:t xml:space="preserve">    (a) concerned with</w:t>
      </w:r>
      <w:r>
        <w:br/>
      </w:r>
      <w:r>
        <w:t xml:space="preserve">    (b) adding to</w:t>
      </w:r>
      <w:r>
        <w:br/>
      </w:r>
      <w:r>
        <w:t xml:space="preserve">    (c) unaware of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paralyzed</w:t>
      </w:r>
      <w:r>
        <w:rPr>
          <w:b/>
          <w:bCs/>
        </w:rPr>
        <w:t xml:space="preserve"> </w:t>
      </w:r>
      <w:r>
        <w:rPr>
          <w:b/>
          <w:bCs/>
        </w:rPr>
        <w:t xml:space="preserve">from the waist down.</w:t>
      </w:r>
      <w:r>
        <w:br/>
      </w:r>
      <w:r>
        <w:t xml:space="preserve">    (a) having muscle spasms</w:t>
      </w:r>
      <w:r>
        <w:br/>
      </w:r>
      <w:r>
        <w:t xml:space="preserve">    (b) unable to move the body</w:t>
      </w:r>
      <w:r>
        <w:br/>
      </w:r>
      <w:r>
        <w:t xml:space="preserve">    (c) feeling a painful tingling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mind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preoccupied</w:t>
      </w:r>
      <w:r>
        <w:rPr>
          <w:b/>
          <w:bCs/>
        </w:rPr>
        <w:t xml:space="preserve"> </w:t>
      </w:r>
      <w:r>
        <w:rPr>
          <w:b/>
          <w:bCs/>
        </w:rPr>
        <w:t xml:space="preserve">with thoughts of the upcoming exam, making it hard for her to focus on the movie.</w:t>
      </w:r>
      <w:r>
        <w:br/>
      </w:r>
      <w:r>
        <w:t xml:space="preserve">    (a) distracted</w:t>
      </w:r>
      <w:r>
        <w:br/>
      </w:r>
      <w:r>
        <w:t xml:space="preserve">    (b) unconcerned</w:t>
      </w:r>
      <w:r>
        <w:br/>
      </w:r>
      <w:r>
        <w:t xml:space="preserve">    (c) bored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Marxist theory,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proletariat</w:t>
      </w:r>
      <w:r>
        <w:rPr>
          <w:b/>
          <w:bCs/>
        </w:rPr>
        <w:t xml:space="preserve"> </w:t>
      </w:r>
      <w:r>
        <w:rPr>
          <w:b/>
          <w:bCs/>
        </w:rPr>
        <w:t xml:space="preserve">sells its labor for wages.</w:t>
      </w:r>
      <w:r>
        <w:br/>
      </w:r>
      <w:r>
        <w:t xml:space="preserve">    (a) wage-earning workers</w:t>
      </w:r>
      <w:r>
        <w:br/>
      </w:r>
      <w:r>
        <w:t xml:space="preserve">    (b) wealthy landowners</w:t>
      </w:r>
      <w:r>
        <w:br/>
      </w:r>
      <w:r>
        <w:t xml:space="preserve">    (c) elected officials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Don't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reproach</w:t>
      </w:r>
      <w:r>
        <w:rPr>
          <w:b/>
          <w:bCs/>
        </w:rPr>
        <w:t xml:space="preserve"> </w:t>
      </w:r>
      <w:r>
        <w:rPr>
          <w:b/>
          <w:bCs/>
        </w:rPr>
        <w:t xml:space="preserve">yourself for things beyond your control.</w:t>
      </w:r>
      <w:r>
        <w:br/>
      </w:r>
      <w:r>
        <w:t xml:space="preserve">    (a) accept honor for</w:t>
      </w:r>
      <w:r>
        <w:br/>
      </w:r>
      <w:r>
        <w:t xml:space="preserve">    (b) congratulate</w:t>
      </w:r>
      <w:r>
        <w:br/>
      </w:r>
      <w:r>
        <w:t xml:space="preserve">    (c) criticize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That coach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scorns</w:t>
      </w:r>
      <w:r>
        <w:rPr>
          <w:b/>
          <w:bCs/>
        </w:rPr>
        <w:t xml:space="preserve"> </w:t>
      </w:r>
      <w:r>
        <w:rPr>
          <w:b/>
          <w:bCs/>
        </w:rPr>
        <w:t xml:space="preserve">students who don't have natural ability.</w:t>
      </w:r>
      <w:r>
        <w:br/>
      </w:r>
      <w:r>
        <w:t xml:space="preserve">    (a) disrespects</w:t>
      </w:r>
      <w:r>
        <w:br/>
      </w:r>
      <w:r>
        <w:t xml:space="preserve">    (b) encourages</w:t>
      </w:r>
      <w:r>
        <w:br/>
      </w:r>
      <w:r>
        <w:t xml:space="preserve">    (c) trains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sullen</w:t>
      </w:r>
      <w:r>
        <w:rPr>
          <w:b/>
          <w:bCs/>
        </w:rPr>
        <w:t xml:space="preserve"> </w:t>
      </w:r>
      <w:r>
        <w:rPr>
          <w:b/>
          <w:bCs/>
        </w:rPr>
        <w:t xml:space="preserve">crowd watched the execution.</w:t>
      </w:r>
      <w:r>
        <w:br/>
      </w:r>
      <w:r>
        <w:t xml:space="preserve">    (a) celebrating</w:t>
      </w:r>
      <w:r>
        <w:br/>
      </w:r>
      <w:r>
        <w:t xml:space="preserve">    (b) excited</w:t>
      </w:r>
      <w:r>
        <w:br/>
      </w:r>
      <w:r>
        <w:t xml:space="preserve">    (c) unhappy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taunted</w:t>
      </w:r>
      <w:r>
        <w:rPr>
          <w:b/>
          <w:bCs/>
        </w:rPr>
        <w:t xml:space="preserve"> </w:t>
      </w:r>
      <w:r>
        <w:rPr>
          <w:b/>
          <w:bCs/>
        </w:rPr>
        <w:t xml:space="preserve">her until she responded physically, and then they beat her up.</w:t>
      </w:r>
      <w:r>
        <w:br/>
      </w:r>
      <w:r>
        <w:t xml:space="preserve">    (a) followed</w:t>
      </w:r>
      <w:r>
        <w:br/>
      </w:r>
      <w:r>
        <w:t xml:space="preserve">    (b) surrounded</w:t>
      </w:r>
      <w:r>
        <w:br/>
      </w:r>
      <w:r>
        <w:t xml:space="preserve">    (c) insulted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She's not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vindictive</w:t>
      </w:r>
      <w:r>
        <w:rPr>
          <w:b/>
          <w:bCs/>
        </w:rPr>
        <w:t xml:space="preserve"> </w:t>
      </w:r>
      <w:r>
        <w:rPr>
          <w:b/>
          <w:bCs/>
        </w:rPr>
        <w:t xml:space="preserve">person.</w:t>
      </w:r>
      <w:r>
        <w:br/>
      </w:r>
      <w:r>
        <w:t xml:space="preserve">    (a) revengeful</w:t>
      </w:r>
      <w:r>
        <w:br/>
      </w:r>
      <w:r>
        <w:t xml:space="preserve">    (b) driven</w:t>
      </w:r>
      <w:r>
        <w:br/>
      </w:r>
      <w:r>
        <w:t xml:space="preserve">    (c) easy-going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2026-07-31T15:28:34Z</dcterms:created>
  <dcterms:modified xsi:type="dcterms:W3CDTF">2026-07-31T15:28:34Z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