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efa9d590b9238148eca7551e5598e7e20a0531"/>
    <w:p>
      <w:pPr>
        <w:pStyle w:val="Heading1"/>
      </w:pPr>
      <w:r>
        <w:rPr>
          <w:b/>
          <w:bCs/>
        </w:rPr>
        <w:t xml:space="preserve">The Iceman Cometh</w:t>
      </w:r>
      <w:r>
        <w:br/>
      </w:r>
      <w:r>
        <w:rPr>
          <w:i/>
          <w:iCs/>
        </w:rPr>
        <w:t xml:space="preserve">Eugene O'Neill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book was released to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acclaim</w:t>
      </w:r>
      <w:r>
        <w:rPr>
          <w:b/>
          <w:bCs/>
        </w:rPr>
        <w:t xml:space="preserve">.</w:t>
      </w:r>
      <w:r>
        <w:br/>
      </w:r>
      <w:r>
        <w:t xml:space="preserve">    (a) criticism</w:t>
      </w:r>
      <w:r>
        <w:br/>
      </w:r>
      <w:r>
        <w:t xml:space="preserve">    (b) praise</w:t>
      </w:r>
      <w:r>
        <w:br/>
      </w:r>
      <w:r>
        <w:t xml:space="preserve">    (c) curiosity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partner</w:t>
      </w:r>
      <w:r>
        <w:br/>
      </w:r>
      <w:r>
        <w:t xml:space="preserve">    (b) friend</w:t>
      </w:r>
      <w:r>
        <w:br/>
      </w:r>
      <w:r>
        <w:t xml:space="preserve">    (c) enemy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</w:t>
      </w:r>
      <w:r>
        <w:rPr>
          <w:b/>
          <w:bCs/>
        </w:rPr>
        <w:t xml:space="preserve"> </w:t>
      </w:r>
      <w:r>
        <w:rPr>
          <w:b/>
          <w:bCs/>
        </w:rPr>
        <w:t xml:space="preserve">reader.</w:t>
      </w:r>
      <w:r>
        <w:br/>
      </w:r>
      <w:r>
        <w:t xml:space="preserve">    (a) tending to arouse strong disagreement</w:t>
      </w:r>
      <w:r>
        <w:br/>
      </w:r>
      <w:r>
        <w:t xml:space="preserve">    (b) done accidentally or without intention</w:t>
      </w:r>
      <w:r>
        <w:br/>
      </w:r>
      <w:r>
        <w:t xml:space="preserve">    (c) enthusiastic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always enjoy her remarks, though they can be a bit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caustic</w:t>
      </w:r>
      <w:r>
        <w:rPr>
          <w:b/>
          <w:bCs/>
        </w:rPr>
        <w:t xml:space="preserve">.</w:t>
      </w:r>
      <w:r>
        <w:br/>
      </w:r>
      <w:r>
        <w:t xml:space="preserve">    (a) sarcastic or harsh</w:t>
      </w:r>
      <w:r>
        <w:br/>
      </w:r>
      <w:r>
        <w:t xml:space="preserve">    (b) hard to understand</w:t>
      </w:r>
      <w:r>
        <w:br/>
      </w:r>
      <w:r>
        <w:t xml:space="preserve">    (c) depressing or sad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9-11, the US increased security 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consulates</w:t>
      </w:r>
      <w:r>
        <w:rPr>
          <w:b/>
          <w:bCs/>
        </w:rPr>
        <w:t xml:space="preserve"> </w:t>
      </w:r>
      <w:r>
        <w:rPr>
          <w:b/>
          <w:bCs/>
        </w:rPr>
        <w:t xml:space="preserve">around the world.</w:t>
      </w:r>
      <w:r>
        <w:br/>
      </w:r>
      <w:r>
        <w:t xml:space="preserve">    (a) offices of diplomats living and working in foreign countries</w:t>
      </w:r>
      <w:r>
        <w:br/>
      </w:r>
      <w:r>
        <w:t xml:space="preserve">    (b) offices of major corporations in a foreign country</w:t>
      </w:r>
      <w:r>
        <w:br/>
      </w:r>
      <w:r>
        <w:t xml:space="preserve">    (c) headquarters of troops stationed in foreign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the jury found her guilty, she showed no sign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contrition</w:t>
      </w:r>
      <w:r>
        <w:rPr>
          <w:b/>
          <w:bCs/>
        </w:rPr>
        <w:t xml:space="preserve">.</w:t>
      </w:r>
      <w:r>
        <w:br/>
      </w:r>
      <w:r>
        <w:t xml:space="preserve">    (a) emotion</w:t>
      </w:r>
      <w:r>
        <w:br/>
      </w:r>
      <w:r>
        <w:t xml:space="preserve">    (b) understanding</w:t>
      </w:r>
      <w:r>
        <w:br/>
      </w:r>
      <w:r>
        <w:t xml:space="preserve">    (c)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friendly manner</w:t>
      </w:r>
      <w:r>
        <w:br/>
      </w:r>
      <w:r>
        <w:t xml:space="preserve">    (b) in a hurried manner</w:t>
      </w:r>
      <w:r>
        <w:br/>
      </w:r>
      <w:r>
        <w:t xml:space="preserve">    (c) in a clumsy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victors write the history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</w:t>
      </w:r>
      <w:r>
        <w:rPr>
          <w:b/>
          <w:bCs/>
        </w:rPr>
        <w:t xml:space="preserve"> </w:t>
      </w:r>
      <w:r>
        <w:rPr>
          <w:b/>
          <w:bCs/>
        </w:rPr>
        <w:t xml:space="preserve">their enemies.</w:t>
      </w:r>
      <w:r>
        <w:br/>
      </w:r>
      <w:r>
        <w:t xml:space="preserve">    (a) defeat</w:t>
      </w:r>
      <w:r>
        <w:br/>
      </w:r>
      <w:r>
        <w:t xml:space="preserve">    (b) erase from history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what she says, I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exonerated</w:t>
      </w:r>
      <w:r>
        <w:rPr>
          <w:b/>
          <w:bCs/>
        </w:rPr>
        <w:t xml:space="preserve">.</w:t>
      </w:r>
      <w:r>
        <w:br/>
      </w:r>
      <w:r>
        <w:t xml:space="preserve">    (a) freed of blame</w:t>
      </w:r>
      <w:r>
        <w:br/>
      </w:r>
      <w:r>
        <w:t xml:space="preserve">    (b) placed on trial</w:t>
      </w:r>
      <w:r>
        <w:br/>
      </w:r>
      <w:r>
        <w:t xml:space="preserve">    (c) found guilty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</w:t>
      </w:r>
      <w:r>
        <w:rPr>
          <w:b/>
          <w:bCs/>
        </w:rPr>
        <w:t xml:space="preserve"> </w:t>
      </w:r>
      <w:r>
        <w:rPr>
          <w:b/>
          <w:bCs/>
        </w:rPr>
        <w:t xml:space="preserve">to lie directly to his face.</w:t>
      </w:r>
      <w:r>
        <w:br/>
      </w:r>
      <w:r>
        <w:t xml:space="preserve">    (a) ambition</w:t>
      </w:r>
      <w:r>
        <w:br/>
      </w:r>
      <w:r>
        <w:t xml:space="preserve">    (b) cunning and deceit</w:t>
      </w:r>
      <w:r>
        <w:br/>
      </w:r>
      <w:r>
        <w:t xml:space="preserve">    (c) necessity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storm raged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implacable</w:t>
      </w:r>
      <w:r>
        <w:rPr>
          <w:b/>
          <w:bCs/>
        </w:rPr>
        <w:t xml:space="preserve"> </w:t>
      </w:r>
      <w:r>
        <w:rPr>
          <w:b/>
          <w:bCs/>
        </w:rPr>
        <w:t xml:space="preserve">force, showing no signs of stopping.</w:t>
      </w:r>
      <w:r>
        <w:br/>
      </w:r>
      <w:r>
        <w:t xml:space="preserve">    (a) unyielding</w:t>
      </w:r>
      <w:r>
        <w:br/>
      </w:r>
      <w:r>
        <w:t xml:space="preserve">    (b) increasing</w:t>
      </w:r>
      <w:r>
        <w:br/>
      </w:r>
      <w:r>
        <w:t xml:space="preserve">    (c) diminishing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calm</w:t>
      </w:r>
      <w:r>
        <w:br/>
      </w:r>
      <w:r>
        <w:t xml:space="preserve">    (b) lazy</w:t>
      </w:r>
      <w:r>
        <w:br/>
      </w:r>
      <w:r>
        <w:t xml:space="preserve">    (c)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usual mood is one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irascible</w:t>
      </w:r>
      <w:r>
        <w:rPr>
          <w:b/>
          <w:bCs/>
        </w:rPr>
        <w:t xml:space="preserve"> </w:t>
      </w:r>
      <w:r>
        <w:rPr>
          <w:b/>
          <w:bCs/>
        </w:rPr>
        <w:t xml:space="preserve">impatience.</w:t>
      </w:r>
      <w:r>
        <w:br/>
      </w:r>
      <w:r>
        <w:t xml:space="preserve">    (a) very important</w:t>
      </w:r>
      <w:r>
        <w:br/>
      </w:r>
      <w:r>
        <w:t xml:space="preserve">    (b) unable to find</w:t>
      </w:r>
      <w:r>
        <w:br/>
      </w:r>
      <w:r>
        <w:t xml:space="preserve">    (c) easily angered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income taxes were cut,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loopholes</w:t>
      </w:r>
      <w:r>
        <w:rPr>
          <w:b/>
          <w:bCs/>
        </w:rPr>
        <w:t xml:space="preserve"> </w:t>
      </w:r>
      <w:r>
        <w:rPr>
          <w:b/>
          <w:bCs/>
        </w:rPr>
        <w:t xml:space="preserve">were also closed.</w:t>
      </w:r>
      <w:r>
        <w:br/>
      </w:r>
      <w:r>
        <w:t xml:space="preserve">    (a) local offices</w:t>
      </w:r>
      <w:r>
        <w:br/>
      </w:r>
      <w:r>
        <w:t xml:space="preserve">    (b) differences in tax rates</w:t>
      </w:r>
      <w:r>
        <w:br/>
      </w:r>
      <w:r>
        <w:t xml:space="preserve">    (c) exceptions to obligations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apologized, but he would not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mollified</w:t>
      </w:r>
      <w:r>
        <w:rPr>
          <w:b/>
          <w:bCs/>
        </w:rPr>
        <w:t xml:space="preserve">, and he continued to insist on speaking with her manager.</w:t>
      </w:r>
      <w:r>
        <w:br/>
      </w:r>
      <w:r>
        <w:t xml:space="preserve">    (a) ignored</w:t>
      </w:r>
      <w:r>
        <w:br/>
      </w:r>
      <w:r>
        <w:t xml:space="preserve">    (b) angered</w:t>
      </w:r>
      <w:r>
        <w:br/>
      </w:r>
      <w:r>
        <w:t xml:space="preserve">    (c) calmed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pugnacious</w:t>
      </w:r>
      <w:r>
        <w:rPr>
          <w:b/>
          <w:bCs/>
        </w:rPr>
        <w:t xml:space="preserve"> </w:t>
      </w:r>
      <w:r>
        <w:rPr>
          <w:b/>
          <w:bCs/>
        </w:rPr>
        <w:t xml:space="preserve">Congressman was in no mood to compromise.</w:t>
      </w:r>
      <w:r>
        <w:br/>
      </w:r>
      <w:r>
        <w:t xml:space="preserve">    (a) effective or good</w:t>
      </w:r>
      <w:r>
        <w:br/>
      </w:r>
      <w:r>
        <w:t xml:space="preserve">    (b) quick to fight or argue</w:t>
      </w:r>
      <w:r>
        <w:br/>
      </w:r>
      <w:r>
        <w:t xml:space="preserve">    (c) ineffective or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was shut down due to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slovenly</w:t>
      </w:r>
      <w:r>
        <w:rPr>
          <w:b/>
          <w:bCs/>
        </w:rPr>
        <w:t xml:space="preserve"> </w:t>
      </w:r>
      <w:r>
        <w:rPr>
          <w:b/>
          <w:bCs/>
        </w:rPr>
        <w:t xml:space="preserve">kitchen conditions.</w:t>
      </w:r>
      <w:r>
        <w:br/>
      </w:r>
      <w:r>
        <w:t xml:space="preserve">    (a) inefficient</w:t>
      </w:r>
      <w:r>
        <w:br/>
      </w:r>
      <w:r>
        <w:t xml:space="preserve">    (b) costly</w:t>
      </w:r>
      <w:r>
        <w:br/>
      </w:r>
      <w:r>
        <w:t xml:space="preserve">    (c) dirty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truculent</w:t>
      </w:r>
      <w:r>
        <w:rPr>
          <w:b/>
          <w:bCs/>
        </w:rPr>
        <w:t xml:space="preserve"> </w:t>
      </w:r>
      <w:r>
        <w:rPr>
          <w:b/>
          <w:bCs/>
        </w:rPr>
        <w:t xml:space="preserve">dog barked and growled at anyone who came near.</w:t>
      </w:r>
      <w:r>
        <w:br/>
      </w:r>
      <w:r>
        <w:t xml:space="preserve">    (a) defiantly aggressive</w:t>
      </w:r>
      <w:r>
        <w:br/>
      </w:r>
      <w:r>
        <w:t xml:space="preserve">    (b) exceedingly unhappy</w:t>
      </w:r>
      <w:r>
        <w:br/>
      </w:r>
      <w:r>
        <w:t xml:space="preserve">    (c) very frightening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cattle grazed peacefully on the lush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veld</w:t>
      </w:r>
      <w:r>
        <w:rPr>
          <w:b/>
          <w:bCs/>
        </w:rPr>
        <w:t xml:space="preserve">, their hides gleaming in the golden sunlight.</w:t>
      </w:r>
      <w:r>
        <w:br/>
      </w:r>
      <w:r>
        <w:t xml:space="preserve">    (a) grassland at the base of a plateau</w:t>
      </w:r>
      <w:r>
        <w:br/>
      </w:r>
      <w:r>
        <w:t xml:space="preserve">    (b) uncultivated grassland</w:t>
      </w:r>
      <w:r>
        <w:br/>
      </w:r>
      <w:r>
        <w:t xml:space="preserve">    (c) grass in a river basin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legend,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vengeful</w:t>
      </w:r>
      <w:r>
        <w:rPr>
          <w:b/>
          <w:bCs/>
        </w:rPr>
        <w:t xml:space="preserve"> </w:t>
      </w:r>
      <w:r>
        <w:rPr>
          <w:b/>
          <w:bCs/>
        </w:rPr>
        <w:t xml:space="preserve">queen curses those who betrayed her.</w:t>
      </w:r>
      <w:r>
        <w:br/>
      </w:r>
      <w:r>
        <w:t xml:space="preserve">    (a) feeling sorrow at a loss</w:t>
      </w:r>
      <w:r>
        <w:br/>
      </w:r>
      <w:r>
        <w:t xml:space="preserve">    (b) filled with quiet pride</w:t>
      </w:r>
      <w:r>
        <w:br/>
      </w:r>
      <w:r>
        <w:t xml:space="preserve">    (c) wanting revenge for a wrong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2026-07-31T15:28:34Z</dcterms:created>
  <dcterms:modified xsi:type="dcterms:W3CDTF">2026-07-31T15:28:34Z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