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c19c83d34b0919eb2236f8a36a68c7d0680778"/>
    <w:p>
      <w:pPr>
        <w:pStyle w:val="Heading1"/>
      </w:pPr>
      <w:r>
        <w:rPr>
          <w:b/>
          <w:bCs/>
        </w:rPr>
        <w:t xml:space="preserve">The Iceman Cometh</w:t>
      </w:r>
      <w:r>
        <w:br/>
      </w:r>
      <w:r>
        <w:rPr>
          <w:i/>
          <w:iCs/>
        </w:rPr>
        <w:t xml:space="preserve">Eugene O'Neill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dressed in threadbare black clothes and his white shirt is frayed at collar and cuffs, but everything about him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fastidiously</w:t>
      </w:r>
      <w:r>
        <w:rPr>
          <w:b/>
          <w:bCs/>
        </w:rPr>
        <w:t xml:space="preserve"> </w:t>
      </w:r>
      <w:r>
        <w:rPr>
          <w:b/>
          <w:bCs/>
        </w:rPr>
        <w:t xml:space="preserve">clean.</w:t>
      </w:r>
      <w:r>
        <w:br/>
      </w:r>
      <w:r>
        <w:t xml:space="preserve">    (a) in a manner like a "rogue" (someone who doesn't behave like others; often dangerous or immoral)</w:t>
      </w:r>
      <w:r>
        <w:br/>
      </w:r>
      <w:r>
        <w:t xml:space="preserve">    (b) in a manner that surpasses others in status, ability, or possession of a notable characteristic</w:t>
      </w:r>
      <w:r>
        <w:br/>
      </w:r>
      <w:r>
        <w:t xml:space="preserve">    (c) showing an excessive concern for cleanliness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a foreign atmosphere about him, the stamp of an alien radical, a strong resemblance to the type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Anarchist</w:t>
      </w:r>
      <w:r>
        <w:rPr>
          <w:b/>
          <w:bCs/>
        </w:rPr>
        <w:t xml:space="preserve"> </w:t>
      </w:r>
      <w:r>
        <w:rPr>
          <w:b/>
          <w:bCs/>
        </w:rPr>
        <w:t xml:space="preserve">as portrayed, bomb in hand, in newspaper cartoons.</w:t>
      </w:r>
      <w:r>
        <w:br/>
      </w:r>
      <w:r>
        <w:t xml:space="preserve">    (a) of Norway, Sweden, Denmark and sometimes Finland &amp; Iceland</w:t>
      </w:r>
      <w:r>
        <w:br/>
      </w:r>
      <w:r>
        <w:t xml:space="preserve">    (b) someone who favors eliminating all government or authority</w:t>
      </w:r>
      <w:r>
        <w:br/>
      </w:r>
      <w:r>
        <w:t xml:space="preserve">    (c) involvement in or the suggestion that someone was involved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wrote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denounce</w:t>
      </w:r>
      <w:r>
        <w:rPr>
          <w:b/>
          <w:bCs/>
        </w:rPr>
        <w:t xml:space="preserve"> </w:t>
      </w:r>
      <w:r>
        <w:rPr>
          <w:b/>
          <w:bCs/>
        </w:rPr>
        <w:t xml:space="preserve">me and...</w:t>
      </w:r>
      <w:r>
        <w:br/>
      </w:r>
      <w:r>
        <w:t xml:space="preserve">    (a) strongly criticize</w:t>
      </w:r>
      <w:r>
        <w:br/>
      </w:r>
      <w:r>
        <w:t xml:space="preserve">    (b) remove or suppress anything considered obscene, immoral, or politically unacceptable  OR  a person who does such suppression</w:t>
      </w:r>
      <w:r>
        <w:br/>
      </w:r>
      <w:r>
        <w:t xml:space="preserve">    (c) to corrupt or seduce from virtue, duty, or allegiance  OR  excessive drinking, casual sex, and/or drug abuse while partying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HOPE—(</w:t>
      </w:r>
      <w:r>
        <w:rPr>
          <w:b/>
          <w:bCs/>
          <w:u w:val="single"/>
        </w:rPr>
        <w:t xml:space="preserve">preoccupied</w:t>
      </w:r>
      <w:r>
        <w:rPr>
          <w:b/>
          <w:bCs/>
        </w:rPr>
        <w:t xml:space="preserve"> </w:t>
      </w:r>
      <w:r>
        <w:rPr>
          <w:b/>
          <w:bCs/>
        </w:rPr>
        <w:t xml:space="preserve">with his own thoughts) Eh?</w:t>
      </w:r>
      <w:r>
        <w:br/>
      </w:r>
      <w:r>
        <w:t xml:space="preserve">    (a) took up the attention of</w:t>
      </w:r>
      <w:r>
        <w:br/>
      </w:r>
      <w:r>
        <w:t xml:space="preserve">    (b) quoted (to make a point)</w:t>
      </w:r>
      <w:r>
        <w:br/>
      </w:r>
      <w:r>
        <w:t xml:space="preserve">    (c) mirrored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all laughingly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assent</w:t>
      </w:r>
      <w:r>
        <w:rPr>
          <w:b/>
          <w:bCs/>
        </w:rPr>
        <w:t xml:space="preserve">.</w:t>
      </w:r>
      <w:r>
        <w:br/>
      </w:r>
      <w:r>
        <w:t xml:space="preserve">    (a) removing the favoring any side in a contest, war, disagreement, or other dispute</w:t>
      </w:r>
      <w:r>
        <w:br/>
      </w:r>
      <w:r>
        <w:t xml:space="preserve">    (b) to release from slavery or servitude; or (metaphorically) from social restraints</w:t>
      </w:r>
      <w:r>
        <w:br/>
      </w:r>
      <w:r>
        <w:t xml:space="preserve">    (c) to express agreement -- especially with a statement or proposal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Pearl and Margie exchange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derisive</w:t>
      </w:r>
      <w:r>
        <w:rPr>
          <w:b/>
          <w:bCs/>
        </w:rPr>
        <w:t xml:space="preserve"> </w:t>
      </w:r>
      <w:r>
        <w:rPr>
          <w:b/>
          <w:bCs/>
        </w:rPr>
        <w:t xml:space="preserve">look.</w:t>
      </w:r>
      <w:r>
        <w:br/>
      </w:r>
      <w:r>
        <w:t xml:space="preserve">    (a) tendency to be direct in a disagreeable, insensitive manner</w:t>
      </w:r>
      <w:r>
        <w:br/>
      </w:r>
      <w:r>
        <w:t xml:space="preserve">    (b) the quality of believing oneself morally superior to others</w:t>
      </w:r>
      <w:r>
        <w:br/>
      </w:r>
      <w:r>
        <w:t xml:space="preserve">    (c) mocking and disrespectful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PEARL—(her face hard—</w:t>
      </w:r>
      <w:r>
        <w:rPr>
          <w:b/>
          <w:bCs/>
          <w:u w:val="single"/>
        </w:rPr>
        <w:t xml:space="preserve">scornfully</w:t>
      </w:r>
      <w:r>
        <w:rPr>
          <w:b/>
          <w:bCs/>
        </w:rPr>
        <w:t xml:space="preserve">) Nuttin'.</w:t>
      </w:r>
      <w:r>
        <w:br/>
      </w:r>
      <w:r>
        <w:t xml:space="preserve">    (a) in a manner that is not easily noticed</w:t>
      </w:r>
      <w:r>
        <w:br/>
      </w:r>
      <w:r>
        <w:t xml:space="preserve">    (b) with grace of movement and flexibility</w:t>
      </w:r>
      <w:r>
        <w:br/>
      </w:r>
      <w:r>
        <w:t xml:space="preserve">    (c) in a disrespectful or rejecting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bitter mocking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 </w:t>
      </w:r>
      <w:r>
        <w:rPr>
          <w:b/>
          <w:bCs/>
        </w:rPr>
        <w:t xml:space="preserve">creeps into his tone.</w:t>
      </w:r>
      <w:r>
        <w:br/>
      </w:r>
      <w:r>
        <w:t xml:space="preserve">    (a) prejudice or unfair treatment</w:t>
      </w:r>
      <w:r>
        <w:br/>
      </w:r>
      <w:r>
        <w:t xml:space="preserve">    (b) disrespect</w:t>
      </w:r>
      <w:r>
        <w:br/>
      </w:r>
      <w:r>
        <w:t xml:space="preserve">    (c) frustration at being treated unfairly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Soon, leedle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proletarians</w:t>
      </w:r>
      <w:r>
        <w:rPr>
          <w:b/>
          <w:bCs/>
        </w:rPr>
        <w:t xml:space="preserve">, ve vill have free picnic in the cool shade, ve vill eat hot dogs and trink free beer beneath the villow trees!</w:t>
      </w:r>
      <w:r>
        <w:br/>
      </w:r>
      <w:r>
        <w:t xml:space="preserve">    (a) basketball position noted for a versatile player who can play inside and outside</w:t>
      </w:r>
      <w:r>
        <w:br/>
      </w:r>
      <w:r>
        <w:t xml:space="preserve">    (b) the branch of physics concerned with the conversion of different forms of energy</w:t>
      </w:r>
      <w:r>
        <w:br/>
      </w:r>
      <w:r>
        <w:t xml:space="preserve">    (c) a social class consisting of those who must work for wages to support themselves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isn't the kind that lets itself off easy by encouraging some poor guy to go on kidding himself with a lie—the kind that leaves the poor slob worse off because it makes him feel guiltier than ever—the kind that makes his lying hopes nag at him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him until he's a rotten skunk in his own eyes.</w:t>
      </w:r>
      <w:r>
        <w:br/>
      </w:r>
      <w:r>
        <w:t xml:space="preserve">    (a) a criticism; or to express criticism</w:t>
      </w:r>
      <w:r>
        <w:br/>
      </w:r>
      <w:r>
        <w:t xml:space="preserve">    (b) to spread to other parts of the body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slinks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furtively</w:t>
      </w:r>
      <w:r>
        <w:rPr>
          <w:b/>
          <w:bCs/>
        </w:rPr>
        <w:t xml:space="preserve">, as if he were escaping from someone.</w:t>
      </w:r>
      <w:r>
        <w:br/>
      </w:r>
      <w:r>
        <w:t xml:space="preserve">    (a) in a manner that provokes, excites, or stimulates -- especially controversy, sexual desire, or anger</w:t>
      </w:r>
      <w:r>
        <w:br/>
      </w:r>
      <w:r>
        <w:t xml:space="preserve">    (b) while taking pains to avoid being observed</w:t>
      </w:r>
      <w:r>
        <w:br/>
      </w:r>
      <w:r>
        <w:t xml:space="preserve">    (c) in a straightforward manner (uncomplicated or simple -- perhaps also indicating openness and honesty)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remember her putting on her high-and-mighty free-woman stuff, saying you were still a slave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bourgeois</w:t>
      </w:r>
      <w:r>
        <w:rPr>
          <w:b/>
          <w:bCs/>
        </w:rPr>
        <w:t xml:space="preserve"> </w:t>
      </w:r>
      <w:r>
        <w:rPr>
          <w:b/>
          <w:bCs/>
        </w:rPr>
        <w:t xml:space="preserve">morality and jealousy and you thought a woman you loved was a piece of private property you owned.</w:t>
      </w:r>
      <w:r>
        <w:br/>
      </w:r>
      <w:r>
        <w:t xml:space="preserve">    (a) speaks with someone about something for the first time</w:t>
      </w:r>
      <w:r>
        <w:br/>
      </w:r>
      <w:r>
        <w:t xml:space="preserve">    (b) the act of protecting something or keeping it as it is</w:t>
      </w:r>
      <w:r>
        <w:br/>
      </w:r>
      <w:r>
        <w:t xml:space="preserve">    (c) typical of the middle class values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LARRY--(stung--furiously) Look out how you try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</w:t>
      </w:r>
      <w:r>
        <w:rPr>
          <w:b/>
          <w:bCs/>
        </w:rPr>
        <w:t xml:space="preserve"> </w:t>
      </w:r>
      <w:r>
        <w:rPr>
          <w:b/>
          <w:bCs/>
        </w:rPr>
        <w:t xml:space="preserve">me back into life, I warn you!</w:t>
      </w:r>
      <w:r>
        <w:br/>
      </w:r>
      <w:r>
        <w:t xml:space="preserve">    (a) treat in a manner that demonstrates a sense of superiority, but is supposed to seem kind  OR  the actions of a patron (to support someone or something; or to be a customer)</w:t>
      </w:r>
      <w:r>
        <w:br/>
      </w:r>
      <w:r>
        <w:t xml:space="preserve">    (b) anger</w:t>
      </w:r>
      <w:r>
        <w:br/>
      </w:r>
      <w:r>
        <w:t xml:space="preserve">    (c) American football:  a defensive maneuver to swiftly tackle the quarterback by pursuing him with one or more defenders who normally remain behind the line of scrimmage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advance, their heads together, so interested in a discussion they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oblivious</w:t>
      </w:r>
      <w:r>
        <w:rPr>
          <w:b/>
          <w:bCs/>
        </w:rPr>
        <w:t xml:space="preserve"> </w:t>
      </w:r>
      <w:r>
        <w:rPr>
          <w:b/>
          <w:bCs/>
        </w:rPr>
        <w:t xml:space="preserve">to everyone.</w:t>
      </w:r>
      <w:r>
        <w:br/>
      </w:r>
      <w:r>
        <w:t xml:space="preserve">    (a) very large</w:t>
      </w:r>
      <w:r>
        <w:br/>
      </w:r>
      <w:r>
        <w:t xml:space="preserve">    (b) related to</w:t>
      </w:r>
      <w:r>
        <w:br/>
      </w:r>
      <w:r>
        <w:t xml:space="preserve">    (c) unaware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McGLOIN—(</w:t>
      </w:r>
      <w:r>
        <w:rPr>
          <w:b/>
          <w:bCs/>
          <w:u w:val="single"/>
        </w:rPr>
        <w:t xml:space="preserve">dejectedly</w:t>
      </w:r>
      <w:r>
        <w:rPr>
          <w:b/>
          <w:bCs/>
        </w:rPr>
        <w:t xml:space="preserve">) Yes, once Bessie's relations get their hooks in him, it'll be as tough for us as if she wasn't gone.</w:t>
      </w:r>
      <w:r>
        <w:br/>
      </w:r>
      <w:r>
        <w:t xml:space="preserve">    (a) with low spirits (sadness, disappointment, hopelessness)</w:t>
      </w:r>
      <w:r>
        <w:br/>
      </w:r>
      <w:r>
        <w:t xml:space="preserve">    (b) in a careless manner -- especially with regard to a duty</w:t>
      </w:r>
      <w:r>
        <w:br/>
      </w:r>
      <w:r>
        <w:t xml:space="preserve">    (c) in a manner that gradually destroys an established 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(While he is speaking the faces of the gang have lighted 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vindictively</w:t>
      </w:r>
      <w:r>
        <w:rPr>
          <w:b/>
          <w:bCs/>
        </w:rPr>
        <w:t xml:space="preserve">, as if all at once they saw a chance to revenge themselves.)</w:t>
      </w:r>
      <w:r>
        <w:br/>
      </w:r>
      <w:r>
        <w:t xml:space="preserve">    (a) expressed in a manner that shows approval or agreement</w:t>
      </w:r>
      <w:r>
        <w:br/>
      </w:r>
      <w:r>
        <w:t xml:space="preserve">    (b) with revenge or malice (desire to harm)</w:t>
      </w:r>
      <w:r>
        <w:br/>
      </w:r>
      <w:r>
        <w:t xml:space="preserve">    (c) without concern for what others might think of oneself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manner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sullen</w:t>
      </w:r>
      <w:r>
        <w:rPr>
          <w:b/>
          <w:bCs/>
        </w:rPr>
        <w:t xml:space="preserve">, his face set in gloom.</w:t>
      </w:r>
      <w:r>
        <w:br/>
      </w:r>
      <w:r>
        <w:t xml:space="preserve">    (a) exactness or accuracy</w:t>
      </w:r>
      <w:r>
        <w:br/>
      </w:r>
      <w:r>
        <w:t xml:space="preserve">    (b) not easily identified</w:t>
      </w:r>
      <w:r>
        <w:br/>
      </w:r>
      <w:r>
        <w:t xml:space="preserve">    (c) unhappy and withdrawn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Lewis, his hand about to push the swinging doors open, hesitates, as though struck by a sudden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paralysis</w:t>
      </w:r>
      <w:r>
        <w:rPr>
          <w:b/>
          <w:bCs/>
        </w:rPr>
        <w:t xml:space="preserve"> </w:t>
      </w:r>
      <w:r>
        <w:rPr>
          <w:b/>
          <w:bCs/>
        </w:rPr>
        <w:t xml:space="preserve">of the will,</w:t>
      </w:r>
      <w:r>
        <w:br/>
      </w:r>
      <w:r>
        <w:t xml:space="preserve">    (a) an economic system that abolishes private ownership of property with the goal of a classless society</w:t>
      </w:r>
      <w:r>
        <w:br/>
      </w:r>
      <w:r>
        <w:t xml:space="preserve">    (b) loss of the ability to move</w:t>
      </w:r>
      <w:r>
        <w:br/>
      </w:r>
      <w:r>
        <w:t xml:space="preserve">    (c) theft; or the things stolen -- especially things of little value that are taken on a regular basis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Rocky pushes the bottle toward him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apathetically</w:t>
      </w:r>
      <w:r>
        <w:rPr>
          <w:b/>
          <w:bCs/>
        </w:rPr>
        <w:t xml:space="preserve">.</w:t>
      </w:r>
      <w:r>
        <w:br/>
      </w:r>
      <w:r>
        <w:t xml:space="preserve">    (a) with a lack of enthusiasm</w:t>
      </w:r>
      <w:r>
        <w:br/>
      </w:r>
      <w:r>
        <w:t xml:space="preserve">    (b) in a good or beneficial manner</w:t>
      </w:r>
      <w:r>
        <w:br/>
      </w:r>
      <w:r>
        <w:t xml:space="preserve">    (c) in a manner that is misleading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HUGO—(with uneasy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insistence</w:t>
      </w:r>
      <w:r>
        <w:rPr>
          <w:b/>
          <w:bCs/>
        </w:rPr>
        <w:t xml:space="preserve">) What's matter, Larry?</w:t>
      </w:r>
      <w:r>
        <w:br/>
      </w:r>
      <w:r>
        <w:t xml:space="preserve">    (a) promised to marry</w:t>
      </w:r>
      <w:r>
        <w:br/>
      </w:r>
      <w:r>
        <w:t xml:space="preserve">    (b) demand or persist</w:t>
      </w:r>
      <w:r>
        <w:br/>
      </w:r>
      <w:r>
        <w:t xml:space="preserve">    (c) restarts (a fire)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2026-07-31T15:28:34Z</dcterms:created>
  <dcterms:modified xsi:type="dcterms:W3CDTF">2026-07-31T15:28:34Z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