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009e6c0b0f92bccecaec4e908a1cc6c6818a6f"/>
    <w:p>
      <w:pPr>
        <w:pStyle w:val="Heading1"/>
      </w:pPr>
      <w:r>
        <w:rPr>
          <w:b/>
          <w:bCs/>
        </w:rPr>
        <w:t xml:space="preserve">The Hypocrisy of American Slavery</w:t>
      </w:r>
      <w:r>
        <w:br/>
      </w:r>
      <w:r>
        <w:rPr>
          <w:i/>
          <w:iCs/>
        </w:rPr>
        <w:t xml:space="preserve">Frederick Douglass</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Are the great</w:t>
      </w:r>
      <w:r>
        <w:rPr>
          <w:b/>
          <w:bCs/>
        </w:rPr>
        <w:t xml:space="preserve"> </w:t>
      </w:r>
      <w:r>
        <w:rPr>
          <w:b/>
          <w:bCs/>
          <w:u w:val="single"/>
        </w:rPr>
        <w:t xml:space="preserve">principles</w:t>
      </w:r>
      <w:r>
        <w:rPr>
          <w:b/>
          <w:bCs/>
        </w:rPr>
        <w:t xml:space="preserve"> </w:t>
      </w:r>
      <w:r>
        <w:rPr>
          <w:b/>
          <w:bCs/>
        </w:rPr>
        <w:t xml:space="preserve">of political freedom and of natural justice, embodied in that Declaration of Independence, extended to us?</w:t>
      </w:r>
      <w:r>
        <w:br/>
      </w:r>
      <w:r>
        <w:t xml:space="preserve">    (a) basic rules or beliefs</w:t>
      </w:r>
      <w:r>
        <w:br/>
      </w:r>
      <w:r>
        <w:t xml:space="preserve">    (b) subtle characteristics</w:t>
      </w:r>
      <w:r>
        <w:br/>
      </w:r>
      <w:r>
        <w:t xml:space="preserve">    (c) long eventful journeys</w:t>
      </w:r>
    </w:p>
    <w:p>
      <w:pPr>
        <w:pStyle w:val="Compact"/>
        <w:numPr>
          <w:ilvl w:val="0"/>
          <w:numId w:val="1001"/>
        </w:numPr>
      </w:pPr>
      <w:r>
        <w:rPr>
          <w:b/>
          <w:bCs/>
        </w:rPr>
        <w:t xml:space="preserve">Who so</w:t>
      </w:r>
      <w:r>
        <w:rPr>
          <w:b/>
          <w:bCs/>
        </w:rPr>
        <w:t xml:space="preserve"> </w:t>
      </w:r>
      <w:r>
        <w:rPr>
          <w:b/>
          <w:bCs/>
          <w:u w:val="single"/>
        </w:rPr>
        <w:t xml:space="preserve">stolid</w:t>
      </w:r>
      <w:r>
        <w:rPr>
          <w:b/>
          <w:bCs/>
        </w:rPr>
        <w:t xml:space="preserve"> </w:t>
      </w:r>
      <w:r>
        <w:rPr>
          <w:b/>
          <w:bCs/>
        </w:rPr>
        <w:t xml:space="preserve">and selfish that would not give his voice to swell the hallelujahs of a nation's jubilee, when the chains of servitude had been torn from his limbs?</w:t>
      </w:r>
      <w:r>
        <w:br/>
      </w:r>
      <w:r>
        <w:t xml:space="preserve">    (a) having or revealing little emotion -- sometimes indicating qualities of not changing or being dependable</w:t>
      </w:r>
      <w:r>
        <w:br/>
      </w:r>
      <w:r>
        <w:br/>
      </w:r>
      <w:r>
        <w:t xml:space="preserve">or (much more rarely):</w:t>
      </w:r>
      <w:r>
        <w:br/>
      </w:r>
      <w:r>
        <w:br/>
      </w:r>
      <w:r>
        <w:t xml:space="preserve">of an object:  not interesting -- often large and unmoving</w:t>
      </w:r>
      <w:r>
        <w:br/>
      </w:r>
      <w:r>
        <w:t xml:space="preserve">    (b) the quality or degree of being straightforward or clear (sometimes indicating that truth is not worded carefully to spare feelings or gain advantage)</w:t>
      </w:r>
      <w:r>
        <w:br/>
      </w:r>
      <w:r>
        <w:t xml:space="preserve">    (c) the degree to which a performance of or to someone else's work lends itself to the expression of personal artistic ideas or feelings by the performer</w:t>
      </w:r>
    </w:p>
    <w:p>
      <w:pPr>
        <w:pStyle w:val="Compact"/>
        <w:numPr>
          <w:ilvl w:val="0"/>
          <w:numId w:val="1001"/>
        </w:numPr>
      </w:pPr>
      <w:r>
        <w:rPr>
          <w:b/>
          <w:bCs/>
        </w:rPr>
        <w:t xml:space="preserve">In a case like that, the dumb might</w:t>
      </w:r>
      <w:r>
        <w:rPr>
          <w:b/>
          <w:bCs/>
        </w:rPr>
        <w:t xml:space="preserve"> </w:t>
      </w:r>
      <w:r>
        <w:rPr>
          <w:b/>
          <w:bCs/>
          <w:u w:val="single"/>
        </w:rPr>
        <w:t xml:space="preserve">eloquently</w:t>
      </w:r>
      <w:r>
        <w:rPr>
          <w:b/>
          <w:bCs/>
        </w:rPr>
        <w:t xml:space="preserve"> </w:t>
      </w:r>
      <w:r>
        <w:rPr>
          <w:b/>
          <w:bCs/>
        </w:rPr>
        <w:t xml:space="preserve">speak, and the "lame man leap as an hart."</w:t>
      </w:r>
      <w:r>
        <w:br/>
      </w:r>
      <w:r>
        <w:t xml:space="preserve">    (a) with powerful use of language</w:t>
      </w:r>
      <w:r>
        <w:br/>
      </w:r>
      <w:r>
        <w:t xml:space="preserve">    (b) primarily or most importantly</w:t>
      </w:r>
      <w:r>
        <w:br/>
      </w:r>
      <w:r>
        <w:t xml:space="preserve">    (c) in a manner that arouses pity</w:t>
      </w:r>
    </w:p>
    <w:p>
      <w:pPr>
        <w:pStyle w:val="Compact"/>
        <w:numPr>
          <w:ilvl w:val="0"/>
          <w:numId w:val="1001"/>
        </w:numPr>
      </w:pPr>
      <w:r>
        <w:rPr>
          <w:b/>
          <w:bCs/>
        </w:rPr>
        <w:t xml:space="preserve">To drag a man in fetters into the grand illuminated temple of liberty, and call upon him to join you in joyous anthems, were inhuman mockery and</w:t>
      </w:r>
      <w:r>
        <w:rPr>
          <w:b/>
          <w:bCs/>
        </w:rPr>
        <w:t xml:space="preserve"> </w:t>
      </w:r>
      <w:r>
        <w:rPr>
          <w:b/>
          <w:bCs/>
          <w:u w:val="single"/>
        </w:rPr>
        <w:t xml:space="preserve">sacrilegious</w:t>
      </w:r>
      <w:r>
        <w:rPr>
          <w:b/>
          <w:bCs/>
        </w:rPr>
        <w:t xml:space="preserve"> </w:t>
      </w:r>
      <w:r>
        <w:rPr>
          <w:b/>
          <w:bCs/>
        </w:rPr>
        <w:t xml:space="preserve">irony.</w:t>
      </w:r>
      <w:r>
        <w:br/>
      </w:r>
      <w:r>
        <w:t xml:space="preserve">    (a) disrespectful of something others consider important -- especially something sacred</w:t>
      </w:r>
      <w:r>
        <w:br/>
      </w:r>
      <w:r>
        <w:t xml:space="preserve">    (b) able to be persuaded to do something by tempting with pleasure or something desired</w:t>
      </w:r>
      <w:r>
        <w:br/>
      </w:r>
      <w:r>
        <w:t xml:space="preserve">    (c) relating to one-sided information that is purposefully spread to influence opinions</w:t>
      </w:r>
    </w:p>
    <w:p>
      <w:pPr>
        <w:pStyle w:val="Compact"/>
        <w:numPr>
          <w:ilvl w:val="0"/>
          <w:numId w:val="1001"/>
        </w:numPr>
      </w:pPr>
      <w:r>
        <w:rPr>
          <w:b/>
          <w:bCs/>
        </w:rPr>
        <w:t xml:space="preserve">Fellow citizens, above your national, tumultuous joy, I hear the mournful wail of millions, whose chains, heavy and</w:t>
      </w:r>
      <w:r>
        <w:rPr>
          <w:b/>
          <w:bCs/>
        </w:rPr>
        <w:t xml:space="preserve"> </w:t>
      </w:r>
      <w:r>
        <w:rPr>
          <w:b/>
          <w:bCs/>
          <w:u w:val="single"/>
        </w:rPr>
        <w:t xml:space="preserve">grievous</w:t>
      </w:r>
      <w:r>
        <w:rPr>
          <w:b/>
          <w:bCs/>
        </w:rPr>
        <w:t xml:space="preserve"> </w:t>
      </w:r>
      <w:r>
        <w:rPr>
          <w:b/>
          <w:bCs/>
        </w:rPr>
        <w:t xml:space="preserve">yesterday, are today rendered more intolerable by the jubilant shouts that reach them.</w:t>
      </w:r>
      <w:r>
        <w:br/>
      </w:r>
      <w:r>
        <w:t xml:space="preserve">    (a) very serious; or very bad</w:t>
      </w:r>
      <w:r>
        <w:br/>
      </w:r>
      <w:r>
        <w:t xml:space="preserve">    (b) not able to be translated</w:t>
      </w:r>
      <w:r>
        <w:br/>
      </w:r>
      <w:r>
        <w:t xml:space="preserve">    (c) not tending to find fault</w:t>
      </w:r>
    </w:p>
    <w:p>
      <w:pPr>
        <w:pStyle w:val="Compact"/>
        <w:numPr>
          <w:ilvl w:val="0"/>
          <w:numId w:val="1001"/>
        </w:numPr>
      </w:pPr>
      <w:r>
        <w:rPr>
          <w:b/>
          <w:bCs/>
        </w:rPr>
        <w:t xml:space="preserve">If I do forget, if I do not remember those bleeding children of sorrow this day, "may my right hand forget her</w:t>
      </w:r>
      <w:r>
        <w:rPr>
          <w:b/>
          <w:bCs/>
        </w:rPr>
        <w:t xml:space="preserve"> </w:t>
      </w:r>
      <w:r>
        <w:rPr>
          <w:b/>
          <w:bCs/>
          <w:u w:val="single"/>
        </w:rPr>
        <w:t xml:space="preserve">cunning</w:t>
      </w:r>
      <w:r>
        <w:rPr>
          <w:b/>
          <w:bCs/>
        </w:rPr>
        <w:t xml:space="preserve">, and may my tongue cleave to the roof of my mouth!"</w:t>
      </w:r>
      <w:r>
        <w:br/>
      </w:r>
      <w:r>
        <w:t xml:space="preserve">    (a) good at achieving goals through cleverness and deception</w:t>
      </w:r>
      <w:r>
        <w:br/>
      </w:r>
      <w:r>
        <w:t xml:space="preserve">    (b) relating to logical examination to improve understanding</w:t>
      </w:r>
      <w:r>
        <w:br/>
      </w:r>
      <w:r>
        <w:t xml:space="preserve">    (c) related to the natural world (life, air, water, land...)</w:t>
      </w:r>
    </w:p>
    <w:p>
      <w:pPr>
        <w:pStyle w:val="Compact"/>
        <w:numPr>
          <w:ilvl w:val="0"/>
          <w:numId w:val="1001"/>
        </w:numPr>
      </w:pPr>
      <w:r>
        <w:rPr>
          <w:b/>
          <w:bCs/>
        </w:rPr>
        <w:t xml:space="preserve">To forget them, to pass lightly over their wrongs and to chime in with the popular theme would be treason most scandalous and shocking, and would make me a</w:t>
      </w:r>
      <w:r>
        <w:rPr>
          <w:b/>
          <w:bCs/>
        </w:rPr>
        <w:t xml:space="preserve"> </w:t>
      </w:r>
      <w:r>
        <w:rPr>
          <w:b/>
          <w:bCs/>
          <w:u w:val="single"/>
        </w:rPr>
        <w:t xml:space="preserve">reproach</w:t>
      </w:r>
      <w:r>
        <w:rPr>
          <w:b/>
          <w:bCs/>
        </w:rPr>
        <w:t xml:space="preserve"> </w:t>
      </w:r>
      <w:r>
        <w:rPr>
          <w:b/>
          <w:bCs/>
        </w:rPr>
        <w:t xml:space="preserve">before God and the world.</w:t>
      </w:r>
      <w:r>
        <w:br/>
      </w:r>
      <w:r>
        <w:t xml:space="preserve">    (a) a criticism; or to express criticism</w:t>
      </w:r>
      <w:r>
        <w:br/>
      </w:r>
      <w:r>
        <w:t xml:space="preserve">    (b) move into position to work; or start</w:t>
      </w:r>
      <w:r>
        <w:br/>
      </w:r>
      <w:r>
        <w:t xml:space="preserve">    (c) to spread to other parts of the body</w:t>
      </w:r>
    </w:p>
    <w:p>
      <w:pPr>
        <w:pStyle w:val="Compact"/>
        <w:numPr>
          <w:ilvl w:val="0"/>
          <w:numId w:val="1001"/>
        </w:numPr>
      </w:pPr>
      <w:r>
        <w:rPr>
          <w:b/>
          <w:bCs/>
        </w:rPr>
        <w:t xml:space="preserve">Standing with God and the crushed and bleeding slave on this occasion, I will, in the name of humanity, which is outraged, in the name of liberty, which is fettered, in the name of the Constitution and the Bible, which are disregarded and trampled upon, dare to call in question and to denounce, with all the emphasis I can command, everything that serves to</w:t>
      </w:r>
      <w:r>
        <w:rPr>
          <w:b/>
          <w:bCs/>
        </w:rPr>
        <w:t xml:space="preserve"> </w:t>
      </w:r>
      <w:r>
        <w:rPr>
          <w:b/>
          <w:bCs/>
          <w:u w:val="single"/>
        </w:rPr>
        <w:t xml:space="preserve">perpetuate</w:t>
      </w:r>
      <w:r>
        <w:rPr>
          <w:b/>
          <w:bCs/>
        </w:rPr>
        <w:t xml:space="preserve"> </w:t>
      </w:r>
      <w:r>
        <w:rPr>
          <w:b/>
          <w:bCs/>
        </w:rPr>
        <w:t xml:space="preserve">slavery — the great sin and shame of America!</w:t>
      </w:r>
      <w:r>
        <w:br/>
      </w:r>
      <w:r>
        <w:t xml:space="preserve">    (a) influence opinion</w:t>
      </w:r>
      <w:r>
        <w:br/>
      </w:r>
      <w:r>
        <w:t xml:space="preserve">    (b) differ; or change</w:t>
      </w:r>
      <w:r>
        <w:br/>
      </w:r>
      <w:r>
        <w:t xml:space="preserve">    (c) cause to continue</w:t>
      </w:r>
    </w:p>
    <w:p>
      <w:pPr>
        <w:pStyle w:val="Compact"/>
        <w:numPr>
          <w:ilvl w:val="0"/>
          <w:numId w:val="1001"/>
        </w:numPr>
      </w:pPr>
      <w:r>
        <w:rPr>
          <w:b/>
          <w:bCs/>
        </w:rPr>
        <w:t xml:space="preserve">I will use the severest language I can command, and yet not one word shall escape me that any man, whose judgment is not blinded by</w:t>
      </w:r>
      <w:r>
        <w:rPr>
          <w:b/>
          <w:bCs/>
        </w:rPr>
        <w:t xml:space="preserve"> </w:t>
      </w:r>
      <w:r>
        <w:rPr>
          <w:b/>
          <w:bCs/>
          <w:u w:val="single"/>
        </w:rPr>
        <w:t xml:space="preserve">prejudice</w:t>
      </w:r>
      <w:r>
        <w:rPr>
          <w:b/>
          <w:bCs/>
        </w:rPr>
        <w:t xml:space="preserve">, or who is not at heart a slave-holder, shall not confess to be right and just.</w:t>
      </w:r>
      <w:r>
        <w:br/>
      </w:r>
      <w:r>
        <w:t xml:space="preserve">    (a) bias that prevents objective consideration -- especially an unreasonable belief that is unfair to members of a race, religion, or other group</w:t>
      </w:r>
      <w:r>
        <w:br/>
      </w:r>
      <w:r>
        <w:t xml:space="preserve">    (b) fear, or anticipate with worry (commonly only seen in the forms "apprehensive" and "apprehension," but seen in this form in classic literature)</w:t>
      </w:r>
      <w:r>
        <w:br/>
      </w:r>
      <w:r>
        <w:t xml:space="preserve">    (c) to expression feelings or thoughts enthusiastically  OR  to squirt or give off (typically under pressure such as blood or leaking gas)</w:t>
      </w:r>
    </w:p>
    <w:p>
      <w:pPr>
        <w:pStyle w:val="Compact"/>
        <w:numPr>
          <w:ilvl w:val="0"/>
          <w:numId w:val="1001"/>
        </w:numPr>
      </w:pPr>
      <w:r>
        <w:rPr>
          <w:b/>
          <w:bCs/>
        </w:rPr>
        <w:t xml:space="preserve">But I fancy I hear some of my audience say it is just in this circumstance that you and your brother</w:t>
      </w:r>
      <w:r>
        <w:rPr>
          <w:b/>
          <w:bCs/>
        </w:rPr>
        <w:t xml:space="preserve"> </w:t>
      </w:r>
      <w:r>
        <w:rPr>
          <w:b/>
          <w:bCs/>
          <w:u w:val="single"/>
        </w:rPr>
        <w:t xml:space="preserve">Abolitionists</w:t>
      </w:r>
      <w:r>
        <w:rPr>
          <w:b/>
          <w:bCs/>
        </w:rPr>
        <w:t xml:space="preserve"> </w:t>
      </w:r>
      <w:r>
        <w:rPr>
          <w:b/>
          <w:bCs/>
        </w:rPr>
        <w:t xml:space="preserve">fail to make a favorable impression on the public mind.</w:t>
      </w:r>
      <w:r>
        <w:br/>
      </w:r>
      <w:r>
        <w:t xml:space="preserve">    (a) things that disagree with themselves</w:t>
      </w:r>
      <w:r>
        <w:br/>
      </w:r>
      <w:r>
        <w:t xml:space="preserve">    (b) Muslim religious teachers or leaders</w:t>
      </w:r>
      <w:r>
        <w:br/>
      </w:r>
      <w:r>
        <w:t xml:space="preserve">    (c) reformers who favored ending slavery</w:t>
      </w:r>
    </w:p>
    <w:p>
      <w:pPr>
        <w:pStyle w:val="Compact"/>
        <w:numPr>
          <w:ilvl w:val="0"/>
          <w:numId w:val="1001"/>
        </w:numPr>
      </w:pPr>
      <w:r>
        <w:rPr>
          <w:b/>
          <w:bCs/>
        </w:rPr>
        <w:t xml:space="preserve">Would you argue more and</w:t>
      </w:r>
      <w:r>
        <w:rPr>
          <w:b/>
          <w:bCs/>
        </w:rPr>
        <w:t xml:space="preserve"> </w:t>
      </w:r>
      <w:r>
        <w:rPr>
          <w:b/>
          <w:bCs/>
          <w:u w:val="single"/>
        </w:rPr>
        <w:t xml:space="preserve">denounce</w:t>
      </w:r>
      <w:r>
        <w:rPr>
          <w:b/>
          <w:bCs/>
        </w:rPr>
        <w:t xml:space="preserve"> </w:t>
      </w:r>
      <w:r>
        <w:rPr>
          <w:b/>
          <w:bCs/>
        </w:rPr>
        <w:t xml:space="preserve">less, would you persuade more and rebuke less, your cause would be much more likely to succeed.</w:t>
      </w:r>
      <w:r>
        <w:br/>
      </w:r>
      <w:r>
        <w:t xml:space="preserve">    (a) to corrupt or seduce from virtue, duty, or allegiance  OR  excessive drinking, casual sex, and/or drug abuse while partying</w:t>
      </w:r>
      <w:r>
        <w:br/>
      </w:r>
      <w:r>
        <w:t xml:space="preserve">    (b) to strongly criticize or accuse publicly</w:t>
      </w:r>
      <w:r>
        <w:br/>
      </w:r>
      <w:r>
        <w:br/>
      </w:r>
      <w:r>
        <w:t xml:space="preserve">or more rarely:  to inform against someone (turn someone into the authorities)</w:t>
      </w:r>
      <w:r>
        <w:br/>
      </w:r>
      <w:r>
        <w:t xml:space="preserve">    (c) remove or suppress anything considered obscene, immoral, or politically unacceptable  OR  a person who does such suppression</w:t>
      </w:r>
    </w:p>
    <w:p>
      <w:pPr>
        <w:pStyle w:val="Compact"/>
        <w:numPr>
          <w:ilvl w:val="0"/>
          <w:numId w:val="1001"/>
        </w:numPr>
      </w:pPr>
      <w:r>
        <w:rPr>
          <w:b/>
          <w:bCs/>
        </w:rPr>
        <w:t xml:space="preserve">What point in the anti-slavery</w:t>
      </w:r>
      <w:r>
        <w:rPr>
          <w:b/>
          <w:bCs/>
        </w:rPr>
        <w:t xml:space="preserve"> </w:t>
      </w:r>
      <w:r>
        <w:rPr>
          <w:b/>
          <w:bCs/>
          <w:u w:val="single"/>
        </w:rPr>
        <w:t xml:space="preserve">creed</w:t>
      </w:r>
      <w:r>
        <w:rPr>
          <w:b/>
          <w:bCs/>
        </w:rPr>
        <w:t xml:space="preserve"> </w:t>
      </w:r>
      <w:r>
        <w:rPr>
          <w:b/>
          <w:bCs/>
        </w:rPr>
        <w:t xml:space="preserve">would you have me argue?</w:t>
      </w:r>
      <w:r>
        <w:br/>
      </w:r>
      <w:r>
        <w:t xml:space="preserve">    (a) any system of principles or beliefs</w:t>
      </w:r>
      <w:r>
        <w:br/>
      </w:r>
      <w:r>
        <w:t xml:space="preserve">    (b) someone who believe in a single God</w:t>
      </w:r>
      <w:r>
        <w:br/>
      </w:r>
      <w:r>
        <w:t xml:space="preserve">    (c) a basic building block for proteins</w:t>
      </w:r>
    </w:p>
    <w:p>
      <w:pPr>
        <w:pStyle w:val="Compact"/>
        <w:numPr>
          <w:ilvl w:val="0"/>
          <w:numId w:val="1001"/>
        </w:numPr>
      </w:pPr>
      <w:r>
        <w:rPr>
          <w:b/>
          <w:bCs/>
        </w:rPr>
        <w:t xml:space="preserve">I have better employment for my time and strength than such arguments would</w:t>
      </w:r>
      <w:r>
        <w:rPr>
          <w:b/>
          <w:bCs/>
        </w:rPr>
        <w:t xml:space="preserve"> </w:t>
      </w:r>
      <w:r>
        <w:rPr>
          <w:b/>
          <w:bCs/>
          <w:u w:val="single"/>
        </w:rPr>
        <w:t xml:space="preserve">imply</w:t>
      </w:r>
      <w:r>
        <w:rPr>
          <w:b/>
          <w:bCs/>
        </w:rPr>
        <w:t xml:space="preserve">.</w:t>
      </w:r>
      <w:r>
        <w:br/>
      </w:r>
      <w:r>
        <w:t xml:space="preserve">    (a) include consideration of</w:t>
      </w:r>
      <w:r>
        <w:br/>
      </w:r>
      <w:r>
        <w:t xml:space="preserve">    (b) struggle or disagreement</w:t>
      </w:r>
      <w:r>
        <w:br/>
      </w:r>
      <w:r>
        <w:t xml:space="preserve">    (c) suggest (say indirectly)</w:t>
      </w:r>
    </w:p>
    <w:p>
      <w:pPr>
        <w:pStyle w:val="Compact"/>
        <w:numPr>
          <w:ilvl w:val="0"/>
          <w:numId w:val="1001"/>
        </w:numPr>
      </w:pPr>
      <w:r>
        <w:rPr>
          <w:b/>
          <w:bCs/>
        </w:rPr>
        <w:t xml:space="preserve">There is</w:t>
      </w:r>
      <w:r>
        <w:rPr>
          <w:b/>
          <w:bCs/>
        </w:rPr>
        <w:t xml:space="preserve"> </w:t>
      </w:r>
      <w:r>
        <w:rPr>
          <w:b/>
          <w:bCs/>
          <w:u w:val="single"/>
        </w:rPr>
        <w:t xml:space="preserve">blasphemy</w:t>
      </w:r>
      <w:r>
        <w:rPr>
          <w:b/>
          <w:bCs/>
        </w:rPr>
        <w:t xml:space="preserve"> </w:t>
      </w:r>
      <w:r>
        <w:rPr>
          <w:b/>
          <w:bCs/>
        </w:rPr>
        <w:t xml:space="preserve">in the thought.</w:t>
      </w:r>
      <w:r>
        <w:br/>
      </w:r>
      <w:r>
        <w:t xml:space="preserve">    (a) found a condition or substance to be present</w:t>
      </w:r>
      <w:r>
        <w:br/>
      </w:r>
      <w:r>
        <w:t xml:space="preserve">    (b) disrespectful of something considered sacred</w:t>
      </w:r>
      <w:r>
        <w:br/>
      </w:r>
      <w:r>
        <w:t xml:space="preserve">    (c) Nazi organization for children aged 10 to 18</w:t>
      </w:r>
    </w:p>
    <w:p>
      <w:pPr>
        <w:pStyle w:val="Compact"/>
        <w:numPr>
          <w:ilvl w:val="0"/>
          <w:numId w:val="1001"/>
        </w:numPr>
      </w:pPr>
      <w:r>
        <w:rPr>
          <w:b/>
          <w:bCs/>
        </w:rPr>
        <w:t xml:space="preserve">had I the ability, and could I reach the nation's ear, I would today pour out a fiery stream of biting</w:t>
      </w:r>
      <w:r>
        <w:rPr>
          <w:b/>
          <w:bCs/>
        </w:rPr>
        <w:t xml:space="preserve"> </w:t>
      </w:r>
      <w:r>
        <w:rPr>
          <w:b/>
          <w:bCs/>
          <w:u w:val="single"/>
        </w:rPr>
        <w:t xml:space="preserve">ridicule</w:t>
      </w:r>
      <w:r>
        <w:rPr>
          <w:b/>
          <w:bCs/>
        </w:rPr>
        <w:t xml:space="preserve">, blasting reproach, withering sarcasm, and stern rebuke.</w:t>
      </w:r>
      <w:r>
        <w:br/>
      </w:r>
      <w:r>
        <w:t xml:space="preserve">    (a) provide investment funds for something -- such as a business</w:t>
      </w:r>
      <w:r>
        <w:br/>
      </w:r>
      <w:r>
        <w:t xml:space="preserve">    (b) ignore someone's wishes or cause inconvenience or discomfort</w:t>
      </w:r>
      <w:r>
        <w:br/>
      </w:r>
      <w:r>
        <w:t xml:space="preserve">    (c) mock (make fun of); or the language or behavior that does so</w:t>
      </w:r>
    </w:p>
    <w:p>
      <w:pPr>
        <w:pStyle w:val="Compact"/>
        <w:numPr>
          <w:ilvl w:val="0"/>
          <w:numId w:val="1001"/>
        </w:numPr>
      </w:pPr>
      <w:r>
        <w:rPr>
          <w:b/>
          <w:bCs/>
        </w:rPr>
        <w:t xml:space="preserve">The feeling of the nation must be quickened; the conscience of the nation must be</w:t>
      </w:r>
      <w:r>
        <w:rPr>
          <w:b/>
          <w:bCs/>
        </w:rPr>
        <w:t xml:space="preserve"> </w:t>
      </w:r>
      <w:r>
        <w:rPr>
          <w:b/>
          <w:bCs/>
          <w:u w:val="single"/>
        </w:rPr>
        <w:t xml:space="preserve">roused</w:t>
      </w:r>
      <w:r>
        <w:rPr>
          <w:b/>
          <w:bCs/>
        </w:rPr>
        <w:t xml:space="preserve">; the propriety of the nation must be startled; the hypocrisy of the nation must be exposed; and its crimes against God and man must be denounced.</w:t>
      </w:r>
      <w:r>
        <w:br/>
      </w:r>
      <w:r>
        <w:t xml:space="preserve">    (a) explains something in a particular way</w:t>
      </w:r>
      <w:r>
        <w:br/>
      </w:r>
      <w:r>
        <w:t xml:space="preserve">    (b) beyond the permitted boundary or limit</w:t>
      </w:r>
      <w:r>
        <w:br/>
      </w:r>
      <w:r>
        <w:t xml:space="preserve">    (c) to awaken, make more active, or excite</w:t>
      </w:r>
    </w:p>
    <w:p>
      <w:pPr>
        <w:pStyle w:val="Compact"/>
        <w:numPr>
          <w:ilvl w:val="0"/>
          <w:numId w:val="1001"/>
        </w:numPr>
      </w:pPr>
      <w:r>
        <w:rPr>
          <w:b/>
          <w:bCs/>
        </w:rPr>
        <w:t xml:space="preserve">The feeling of the nation must be quickened; the conscience of the nation must be roused; the</w:t>
      </w:r>
      <w:r>
        <w:rPr>
          <w:b/>
          <w:bCs/>
        </w:rPr>
        <w:t xml:space="preserve"> </w:t>
      </w:r>
      <w:r>
        <w:rPr>
          <w:b/>
          <w:bCs/>
          <w:u w:val="single"/>
        </w:rPr>
        <w:t xml:space="preserve">propriety</w:t>
      </w:r>
      <w:r>
        <w:rPr>
          <w:b/>
          <w:bCs/>
        </w:rPr>
        <w:t xml:space="preserve"> </w:t>
      </w:r>
      <w:r>
        <w:rPr>
          <w:b/>
          <w:bCs/>
        </w:rPr>
        <w:t xml:space="preserve">of the nation must be startled; the hypocrisy of the nation must be exposed; and its crimes against God and man must be denounced.</w:t>
      </w:r>
      <w:r>
        <w:br/>
      </w:r>
      <w:r>
        <w:t xml:space="preserve">    (a) socially correct or appropriate behavior</w:t>
      </w:r>
      <w:r>
        <w:br/>
      </w:r>
      <w:r>
        <w:t xml:space="preserve">    (b) someone who is intolerant and prejudiced</w:t>
      </w:r>
      <w:r>
        <w:br/>
      </w:r>
      <w:r>
        <w:t xml:space="preserve">    (c) dreamlike state of altered consciousness</w:t>
      </w:r>
    </w:p>
    <w:p>
      <w:pPr>
        <w:pStyle w:val="Compact"/>
        <w:numPr>
          <w:ilvl w:val="0"/>
          <w:numId w:val="1001"/>
        </w:numPr>
      </w:pPr>
      <w:r>
        <w:rPr>
          <w:b/>
          <w:bCs/>
        </w:rPr>
        <w:t xml:space="preserve">To him your celebration is a sham; your boasted liberty an unholy license; your national greatness, swelling vanity; your sounds of rejoicing are empty and heartless; your shouts of liberty and equality, hollow mock; your prayers and hymns, your sermons and thanksgivings, with all your religious parade and solemnity, are to him mere bombast,</w:t>
      </w:r>
      <w:r>
        <w:rPr>
          <w:b/>
          <w:bCs/>
        </w:rPr>
        <w:t xml:space="preserve"> </w:t>
      </w:r>
      <w:r>
        <w:rPr>
          <w:b/>
          <w:bCs/>
          <w:u w:val="single"/>
        </w:rPr>
        <w:t xml:space="preserve">fraud</w:t>
      </w:r>
      <w:r>
        <w:rPr>
          <w:b/>
          <w:bCs/>
        </w:rPr>
        <w:t xml:space="preserve">, deception, impiety, and hypocrisy — a thin veil to cover up crimes which would disgrace a nation of savages.</w:t>
      </w:r>
      <w:r>
        <w:br/>
      </w:r>
      <w:r>
        <w:t xml:space="preserve">    (a) an English Protestant who in the 16th and 17th centuries who wanted simpler worship and strict, hard-working lives</w:t>
      </w:r>
      <w:r>
        <w:br/>
      </w:r>
      <w:r>
        <w:t xml:space="preserve">    (b) intangible (non-touchable) property that is the result of creativity (such as patents or trademarks or copyrights)</w:t>
      </w:r>
      <w:r>
        <w:br/>
      </w:r>
      <w:r>
        <w:t xml:space="preserve">    (c) the act of deceiving someone for personal gain; or a person or thing that is not what it pretends or appears to be</w:t>
      </w:r>
    </w:p>
    <w:p>
      <w:pPr>
        <w:pStyle w:val="Compact"/>
        <w:numPr>
          <w:ilvl w:val="0"/>
          <w:numId w:val="1001"/>
        </w:numPr>
      </w:pPr>
      <w:r>
        <w:rPr>
          <w:b/>
          <w:bCs/>
        </w:rPr>
        <w:t xml:space="preserve">To him your celebration is a sham; your boasted liberty an unholy license; your national greatness, swelling vanity; your sounds of rejoicing are empty and heartless; your shouts of liberty and equality, hollow mock; your prayers and hymns, your sermons and thanksgivings, with all your religious parade and solemnity, are to him mere bombast, fraud,</w:t>
      </w:r>
      <w:r>
        <w:rPr>
          <w:b/>
          <w:bCs/>
        </w:rPr>
        <w:t xml:space="preserve"> </w:t>
      </w:r>
      <w:r>
        <w:rPr>
          <w:b/>
          <w:bCs/>
          <w:u w:val="single"/>
        </w:rPr>
        <w:t xml:space="preserve">deception</w:t>
      </w:r>
      <w:r>
        <w:rPr>
          <w:b/>
          <w:bCs/>
        </w:rPr>
        <w:t xml:space="preserve">, impiety, and hypocrisy — a thin veil to cover up crimes which would disgrace a nation of savages.</w:t>
      </w:r>
      <w:r>
        <w:br/>
      </w:r>
      <w:r>
        <w:t xml:space="preserve">    (a) someone bound to serve another without pay -- such as a slave or serf</w:t>
      </w:r>
      <w:r>
        <w:br/>
      </w:r>
      <w:r>
        <w:t xml:space="preserve">    (b) the degree to which something can change to fit a different situation</w:t>
      </w:r>
      <w:r>
        <w:br/>
      </w:r>
      <w:r>
        <w:t xml:space="preserve">    (c) the act of lying to or misleading someone; or something that misleads</w:t>
      </w:r>
    </w:p>
    <w:p>
      <w:pPr>
        <w:pStyle w:val="Compact"/>
        <w:numPr>
          <w:ilvl w:val="0"/>
          <w:numId w:val="1001"/>
        </w:numPr>
      </w:pPr>
      <w:r>
        <w:rPr>
          <w:b/>
          <w:bCs/>
        </w:rPr>
        <w:t xml:space="preserve">Go search where you will, roam through all the</w:t>
      </w:r>
      <w:r>
        <w:rPr>
          <w:b/>
          <w:bCs/>
        </w:rPr>
        <w:t xml:space="preserve"> </w:t>
      </w:r>
      <w:r>
        <w:rPr>
          <w:b/>
          <w:bCs/>
          <w:u w:val="single"/>
        </w:rPr>
        <w:t xml:space="preserve">monarchies</w:t>
      </w:r>
      <w:r>
        <w:rPr>
          <w:b/>
          <w:bCs/>
        </w:rPr>
        <w:t xml:space="preserve"> </w:t>
      </w:r>
      <w:r>
        <w:rPr>
          <w:b/>
          <w:bCs/>
        </w:rPr>
        <w:t xml:space="preserve">and despotisms of the Old World, travel through South America, search out every abuse and when you have found the last, lay your facts by the side of the everyday practices of this nation, and you will say with me that, for revolting barbarity and shameless hypocrisy, America reigns without a rival.</w:t>
      </w:r>
      <w:r>
        <w:br/>
      </w:r>
      <w:r>
        <w:t xml:space="preserve">    (a) governments, countries, or ruling families of countries ruled by a king of queen</w:t>
      </w:r>
      <w:r>
        <w:br/>
      </w:r>
      <w:r>
        <w:t xml:space="preserve">    (b) the branch of physics concerned with the conversion of different forms of energy</w:t>
      </w:r>
      <w:r>
        <w:br/>
      </w:r>
      <w:r>
        <w:t xml:space="preserve">    (c) basketball position noted for a versatile player who can play inside and outside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2026-07-31T19:01:08Z</dcterms:created>
  <dcterms:modified xsi:type="dcterms:W3CDTF">2026-07-31T19:01:08Z</dcterms:modified>
</cp:coreProperties>
</file>

<file path=docProps/custom.xml><?xml version="1.0" encoding="utf-8"?>
<Properties xmlns="http://schemas.openxmlformats.org/officeDocument/2006/custom-properties" xmlns:vt="http://schemas.openxmlformats.org/officeDocument/2006/docPropsVTypes"/>
</file>