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b4040bda97f6d277e3c8033c2820176d8e2194"/>
    <w:p>
      <w:pPr>
        <w:pStyle w:val="Heading1"/>
      </w:pPr>
      <w:r>
        <w:rPr>
          <w:b/>
          <w:bCs/>
        </w:rPr>
        <w:t xml:space="preserve">The Hunt for Red October</w:t>
      </w:r>
      <w:r>
        <w:br/>
      </w:r>
      <w:r>
        <w:rPr>
          <w:i/>
          <w:iCs/>
        </w:rPr>
        <w:t xml:space="preserve">Tom Clancy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mechanic explained that this wheel was made from a lightweight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alloy</w:t>
      </w:r>
      <w:r>
        <w:rPr>
          <w:b/>
          <w:bCs/>
        </w:rPr>
        <w:t xml:space="preserve">, perfect for racing.</w:t>
      </w:r>
      <w:r>
        <w:br/>
      </w:r>
      <w:r>
        <w:t xml:space="preserve">    (a) mixture of metals</w:t>
      </w:r>
      <w:r>
        <w:br/>
      </w:r>
      <w:r>
        <w:t xml:space="preserve">    (b) pure aluminum</w:t>
      </w:r>
      <w:r>
        <w:br/>
      </w:r>
      <w:r>
        <w:t xml:space="preserve">    (c) type of plastic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we disagree, I think we can reach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compromise.</w:t>
      </w:r>
      <w:r>
        <w:br/>
      </w:r>
      <w:r>
        <w:t xml:space="preserve">    (a) friendly</w:t>
      </w:r>
      <w:r>
        <w:br/>
      </w:r>
      <w:r>
        <w:t xml:space="preserve">    (b) quick</w:t>
      </w:r>
      <w:r>
        <w:br/>
      </w:r>
      <w:r>
        <w:t xml:space="preserve">    (c) temporary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story describes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archangel</w:t>
      </w:r>
      <w:r>
        <w:rPr>
          <w:b/>
          <w:bCs/>
        </w:rPr>
        <w:t xml:space="preserve"> </w:t>
      </w:r>
      <w:r>
        <w:rPr>
          <w:b/>
          <w:bCs/>
        </w:rPr>
        <w:t xml:space="preserve">descending from the heavens.</w:t>
      </w:r>
      <w:r>
        <w:br/>
      </w:r>
      <w:r>
        <w:t xml:space="preserve">    (a) a chief angel</w:t>
      </w:r>
      <w:r>
        <w:br/>
      </w:r>
      <w:r>
        <w:t xml:space="preserve">    (b) a small demon</w:t>
      </w:r>
      <w:r>
        <w:br/>
      </w:r>
      <w:r>
        <w:t xml:space="preserve">    (c) a lost spirit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appeals court found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circumstantial evidence</w:t>
      </w:r>
      <w:r>
        <w:rPr>
          <w:b/>
          <w:bCs/>
        </w:rPr>
        <w:t xml:space="preserve"> </w:t>
      </w:r>
      <w:r>
        <w:rPr>
          <w:b/>
          <w:bCs/>
        </w:rPr>
        <w:t xml:space="preserve">was not sufficient for a guilty verdict.</w:t>
      </w:r>
      <w:r>
        <w:br/>
      </w:r>
      <w:r>
        <w:t xml:space="preserve">    (a) suggestive</w:t>
      </w:r>
      <w:r>
        <w:br/>
      </w:r>
      <w:r>
        <w:t xml:space="preserve">    (b) planted</w:t>
      </w:r>
      <w:r>
        <w:br/>
      </w:r>
      <w:r>
        <w:t xml:space="preserve">    (c) 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my company, sick days are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cumulative</w:t>
      </w:r>
      <w:r>
        <w:rPr>
          <w:b/>
          <w:bCs/>
        </w:rPr>
        <w:t xml:space="preserve">. They say, "Thank you," but you lose days you do not use by the end of the year.</w:t>
      </w:r>
      <w:r>
        <w:br/>
      </w:r>
      <w:r>
        <w:t xml:space="preserve">    (a) interchangeable with similar things</w:t>
      </w:r>
      <w:r>
        <w:br/>
      </w:r>
      <w:r>
        <w:t xml:space="preserve">    (b) swappable for cash</w:t>
      </w:r>
      <w:r>
        <w:br/>
      </w:r>
      <w:r>
        <w:t xml:space="preserve">    (c) increased by additions over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Scientists study cells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discrete</w:t>
      </w:r>
      <w:r>
        <w:rPr>
          <w:b/>
          <w:bCs/>
        </w:rPr>
        <w:t xml:space="preserve"> </w:t>
      </w:r>
      <w:r>
        <w:rPr>
          <w:b/>
          <w:bCs/>
        </w:rPr>
        <w:t xml:space="preserve">units within the body.</w:t>
      </w:r>
      <w:r>
        <w:br/>
      </w:r>
      <w:r>
        <w:t xml:space="preserve">    (a) loosely linked</w:t>
      </w:r>
      <w:r>
        <w:br/>
      </w:r>
      <w:r>
        <w:t xml:space="preserve">    (b) merged together</w:t>
      </w:r>
      <w:r>
        <w:br/>
      </w:r>
      <w:r>
        <w:t xml:space="preserve">    (c) individually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stunned by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duplicity</w:t>
      </w:r>
      <w:r>
        <w:rPr>
          <w:b/>
          <w:bCs/>
        </w:rPr>
        <w:t xml:space="preserve">. I really thought she loved me.</w:t>
      </w:r>
      <w:r>
        <w:br/>
      </w:r>
      <w:r>
        <w:t xml:space="preserve">    (a) coldness</w:t>
      </w:r>
      <w:r>
        <w:br/>
      </w:r>
      <w:r>
        <w:t xml:space="preserve">    (b) deception</w:t>
      </w:r>
      <w:r>
        <w:br/>
      </w:r>
      <w:r>
        <w:t xml:space="preserve">    (c)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Empirical</w:t>
      </w:r>
      <w:r>
        <w:rPr>
          <w:b/>
          <w:bCs/>
        </w:rPr>
        <w:t xml:space="preserve"> </w:t>
      </w:r>
      <w:r>
        <w:rPr>
          <w:b/>
          <w:bCs/>
        </w:rPr>
        <w:t xml:space="preserve">studies provide inputs for our formulas, but the formulas themselves are largely based upon intuitive values.</w:t>
      </w:r>
      <w:r>
        <w:br/>
      </w:r>
      <w:r>
        <w:t xml:space="preserve">    (a) theoretical</w:t>
      </w:r>
      <w:r>
        <w:br/>
      </w:r>
      <w:r>
        <w:t xml:space="preserve">    (b) measured</w:t>
      </w:r>
      <w:r>
        <w:br/>
      </w:r>
      <w:r>
        <w:t xml:space="preserve">    (c)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 objected to the prosecutor's introduction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extraneous</w:t>
      </w:r>
      <w:r>
        <w:rPr>
          <w:b/>
          <w:bCs/>
        </w:rPr>
        <w:t xml:space="preserve"> </w:t>
      </w:r>
      <w:r>
        <w:rPr>
          <w:b/>
          <w:bCs/>
        </w:rPr>
        <w:t xml:space="preserve">evidence.</w:t>
      </w:r>
      <w:r>
        <w:br/>
      </w:r>
      <w:r>
        <w:t xml:space="preserve">    (a) inflammatory</w:t>
      </w:r>
      <w:r>
        <w:br/>
      </w:r>
      <w:r>
        <w:t xml:space="preserve">    (b) faulty</w:t>
      </w:r>
      <w:r>
        <w:br/>
      </w:r>
      <w:r>
        <w:t xml:space="preserve">    (c) irrelevant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hours in the icy water, she showed signs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hypothermia</w:t>
      </w:r>
      <w:r>
        <w:rPr>
          <w:b/>
          <w:bCs/>
        </w:rPr>
        <w:t xml:space="preserve">.</w:t>
      </w:r>
      <w:r>
        <w:br/>
      </w:r>
      <w:r>
        <w:t xml:space="preserve">    (a) severe hunger</w:t>
      </w:r>
      <w:r>
        <w:br/>
      </w:r>
      <w:r>
        <w:t xml:space="preserve">    (b) temporary blindness</w:t>
      </w:r>
      <w:r>
        <w:br/>
      </w:r>
      <w:r>
        <w:t xml:space="preserve">    (c) dangerously low body heat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Faraday discovered electromagnetic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induction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1830s.</w:t>
      </w:r>
      <w:r>
        <w:br/>
      </w:r>
      <w:r>
        <w:t xml:space="preserve">    (a) process producing an effect</w:t>
      </w:r>
      <w:r>
        <w:br/>
      </w:r>
      <w:r>
        <w:t xml:space="preserve">    (b) method of measuring force</w:t>
      </w:r>
      <w:r>
        <w:br/>
      </w:r>
      <w:r>
        <w:t xml:space="preserve">    (c) device for storing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government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interdicted</w:t>
      </w:r>
      <w:r>
        <w:rPr>
          <w:b/>
          <w:bCs/>
        </w:rPr>
        <w:t xml:space="preserve"> </w:t>
      </w:r>
      <w:r>
        <w:rPr>
          <w:b/>
          <w:bCs/>
        </w:rPr>
        <w:t xml:space="preserve">the shipment of arms to the rebels.</w:t>
      </w:r>
      <w:r>
        <w:br/>
      </w:r>
      <w:r>
        <w:t xml:space="preserve">    (a) discovered</w:t>
      </w:r>
      <w:r>
        <w:br/>
      </w:r>
      <w:r>
        <w:t xml:space="preserve">    (b) stopped</w:t>
      </w:r>
      <w:r>
        <w:br/>
      </w:r>
      <w:r>
        <w:t xml:space="preserve">    (c) provided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inserted</w:t>
      </w:r>
      <w:r>
        <w:br/>
      </w:r>
      <w:r>
        <w:t xml:space="preserve">    (b) been seen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learned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modulate</w:t>
      </w:r>
      <w:r>
        <w:rPr>
          <w:b/>
          <w:bCs/>
        </w:rPr>
        <w:t xml:space="preserve"> </w:t>
      </w:r>
      <w:r>
        <w:rPr>
          <w:b/>
          <w:bCs/>
        </w:rPr>
        <w:t xml:space="preserve">her voice so the audience could hear each point clearly.</w:t>
      </w:r>
      <w:r>
        <w:br/>
      </w:r>
      <w:r>
        <w:t xml:space="preserve">    (a) silence</w:t>
      </w:r>
      <w:r>
        <w:br/>
      </w:r>
      <w:r>
        <w:t xml:space="preserve">    (b) adjust</w:t>
      </w:r>
      <w:r>
        <w:br/>
      </w:r>
      <w:r>
        <w:t xml:space="preserve">    (c) ignore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practice, she gained enough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in Spanish to hold a simple conversation.</w:t>
      </w:r>
      <w:r>
        <w:br/>
      </w:r>
      <w:r>
        <w:t xml:space="preserve">    (a) skill</w:t>
      </w:r>
      <w:r>
        <w:br/>
      </w:r>
      <w:r>
        <w:t xml:space="preserve">    (b) permission</w:t>
      </w:r>
      <w:r>
        <w:br/>
      </w:r>
      <w:r>
        <w:t xml:space="preserve">    (c)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diagram is like a map that draws states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proportional</w:t>
      </w:r>
      <w:r>
        <w:rPr>
          <w:b/>
          <w:bCs/>
        </w:rPr>
        <w:t xml:space="preserve"> </w:t>
      </w:r>
      <w:r>
        <w:rPr>
          <w:b/>
          <w:bCs/>
        </w:rPr>
        <w:t xml:space="preserve">to their population rather than their geographic size.</w:t>
      </w:r>
      <w:r>
        <w:br/>
      </w:r>
      <w:r>
        <w:t xml:space="preserve">    (a) with color according</w:t>
      </w:r>
      <w:r>
        <w:br/>
      </w:r>
      <w:r>
        <w:t xml:space="preserve">    (b) related in size</w:t>
      </w:r>
      <w:r>
        <w:br/>
      </w:r>
      <w:r>
        <w:t xml:space="preserve">    (c) in order according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reciprocal</w:t>
      </w:r>
      <w:r>
        <w:rPr>
          <w:b/>
          <w:bCs/>
        </w:rPr>
        <w:t xml:space="preserve"> </w:t>
      </w:r>
      <w:r>
        <w:rPr>
          <w:b/>
          <w:bCs/>
        </w:rPr>
        <w:t xml:space="preserve">ratio of 1:5 is 5:1.</w:t>
      </w:r>
      <w:r>
        <w:br/>
      </w:r>
      <w:r>
        <w:t xml:space="preserve">    (a) inversely related</w:t>
      </w:r>
      <w:r>
        <w:br/>
      </w:r>
      <w:r>
        <w:t xml:space="preserve">    (b) not finding fault</w:t>
      </w:r>
      <w:r>
        <w:br/>
      </w:r>
      <w:r>
        <w:t xml:space="preserve">    (c) greater than zero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have been hard to make a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untoward</w:t>
      </w:r>
      <w:r>
        <w:rPr>
          <w:b/>
          <w:bCs/>
        </w:rPr>
        <w:t xml:space="preserve"> </w:t>
      </w:r>
      <w:r>
        <w:rPr>
          <w:b/>
          <w:bCs/>
        </w:rPr>
        <w:t xml:space="preserve">comment.</w:t>
      </w:r>
      <w:r>
        <w:br/>
      </w:r>
      <w:r>
        <w:t xml:space="preserve">    (a) able to be stopped from happening</w:t>
      </w:r>
      <w:r>
        <w:br/>
      </w:r>
      <w:r>
        <w:t xml:space="preserve">    (b) improper or awkward</w:t>
      </w:r>
      <w:r>
        <w:br/>
      </w:r>
      <w:r>
        <w:t xml:space="preserve">    (c) something simulated by a computer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has a beautiful ocean view. You can almost always waves breaking on shore as well as distant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whitecaps</w:t>
      </w:r>
      <w:r>
        <w:rPr>
          <w:b/>
          <w:bCs/>
        </w:rPr>
        <w:t xml:space="preserve">.</w:t>
      </w:r>
      <w:r>
        <w:br/>
      </w:r>
      <w:r>
        <w:t xml:space="preserve">    (a) seagulls with a gray body &amp; white head</w:t>
      </w:r>
      <w:r>
        <w:br/>
      </w:r>
      <w:r>
        <w:t xml:space="preserve">    (b) snow-covered mountains</w:t>
      </w:r>
      <w:r>
        <w:br/>
      </w:r>
      <w:r>
        <w:t xml:space="preserve">    (c) wind-blown waves with white foam at their crest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sailor adjusted the sails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windward</w:t>
      </w:r>
      <w:r>
        <w:rPr>
          <w:b/>
          <w:bCs/>
        </w:rPr>
        <w:t xml:space="preserve"> </w:t>
      </w:r>
      <w:r>
        <w:rPr>
          <w:b/>
          <w:bCs/>
        </w:rPr>
        <w:t xml:space="preserve">side of the boat.</w:t>
      </w:r>
      <w:r>
        <w:br/>
      </w:r>
      <w:r>
        <w:t xml:space="preserve">    (a) wind-facing</w:t>
      </w:r>
      <w:r>
        <w:br/>
      </w:r>
      <w:r>
        <w:t xml:space="preserve">    (b) sun-shaded</w:t>
      </w:r>
      <w:r>
        <w:br/>
      </w:r>
      <w:r>
        <w:t xml:space="preserve">    (c) rope-secured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2026-07-31T17:57:05Z</dcterms:created>
  <dcterms:modified xsi:type="dcterms:W3CDTF">2026-07-31T17:57:05Z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