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c8d1b3ce43c34b105a98cd70c12d8a51ddfb6f"/>
    <w:p>
      <w:pPr>
        <w:pStyle w:val="Heading1"/>
      </w:pPr>
      <w:r>
        <w:rPr>
          <w:b/>
          <w:bCs/>
        </w:rPr>
        <w:t xml:space="preserve">The Hunt for Red October</w:t>
      </w:r>
      <w:r>
        <w:br/>
      </w:r>
      <w:r>
        <w:rPr>
          <w:i/>
          <w:iCs/>
        </w:rPr>
        <w:t xml:space="preserve">Tom Clancy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"Death is virtually instantaneous—but also it is quite painless," the doctor added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consolingly</w:t>
      </w:r>
      <w:r>
        <w:rPr>
          <w:b/>
          <w:bCs/>
        </w:rPr>
        <w:t xml:space="preserve">.</w:t>
      </w:r>
      <w:r>
        <w:br/>
      </w:r>
      <w:r>
        <w:t xml:space="preserve">    (a) in a manner meant to be emotionally comforting</w:t>
      </w:r>
      <w:r>
        <w:br/>
      </w:r>
      <w:r>
        <w:t xml:space="preserve">    (b) in a manner that is not aware of something</w:t>
      </w:r>
      <w:r>
        <w:br/>
      </w:r>
      <w:r>
        <w:t xml:space="preserve">    (c) in a manner that is not successful or good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Chief Franklin's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console</w:t>
      </w:r>
      <w:r>
        <w:rPr>
          <w:b/>
          <w:bCs/>
        </w:rPr>
        <w:t xml:space="preserve"> </w:t>
      </w:r>
      <w:r>
        <w:rPr>
          <w:b/>
          <w:bCs/>
        </w:rPr>
        <w:t xml:space="preserve">received data from a string of sensors planted off the coast of Iceland.</w:t>
      </w:r>
      <w:r>
        <w:br/>
      </w:r>
      <w:r>
        <w:t xml:space="preserve">    (a) computer monitor</w:t>
      </w:r>
      <w:r>
        <w:br/>
      </w:r>
      <w:r>
        <w:t xml:space="preserve">    (b) the state or character of being greater than zero</w:t>
      </w:r>
      <w:r>
        <w:br/>
      </w:r>
      <w:r>
        <w:t xml:space="preserve">    (c) in a state where something cannot be seen clearly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lifetime of self-control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enabled</w:t>
      </w:r>
      <w:r>
        <w:rPr>
          <w:b/>
          <w:bCs/>
        </w:rPr>
        <w:t xml:space="preserve"> </w:t>
      </w:r>
      <w:r>
        <w:rPr>
          <w:b/>
          <w:bCs/>
        </w:rPr>
        <w:t xml:space="preserve">him to conceal it, and a lifetime of naval training had enabled him to choose a purpose worthy of it.</w:t>
      </w:r>
      <w:r>
        <w:br/>
      </w:r>
      <w:r>
        <w:t xml:space="preserve">    (a) got closer to</w:t>
      </w:r>
      <w:r>
        <w:br/>
      </w:r>
      <w:r>
        <w:t xml:space="preserve">    (b) not satisfied</w:t>
      </w:r>
      <w:r>
        <w:br/>
      </w:r>
      <w:r>
        <w:t xml:space="preserve">    (c) made possible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a boy, Ramius sensed more than thought that Soviet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Communism</w:t>
      </w:r>
      <w:r>
        <w:rPr>
          <w:b/>
          <w:bCs/>
        </w:rPr>
        <w:t xml:space="preserve"> </w:t>
      </w:r>
      <w:r>
        <w:rPr>
          <w:b/>
          <w:bCs/>
        </w:rPr>
        <w:t xml:space="preserve">ignored a basic human need.</w:t>
      </w:r>
      <w:r>
        <w:br/>
      </w:r>
      <w:r>
        <w:t xml:space="preserve">    (a) an economic system that abolishes private ownership of property with the goal of a classless society</w:t>
      </w:r>
      <w:r>
        <w:br/>
      </w:r>
      <w:r>
        <w:t xml:space="preserve">    (b) a will (written instructions expressing how somebody wants their property distributed after they die)</w:t>
      </w:r>
      <w:r>
        <w:br/>
      </w:r>
      <w:r>
        <w:t xml:space="preserve">    (c) infectious disease characterized by inflammation of the tissues that surround the brain or spinal cord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don't, and 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deploy</w:t>
      </w:r>
      <w:r>
        <w:rPr>
          <w:b/>
          <w:bCs/>
        </w:rPr>
        <w:t xml:space="preserve"> </w:t>
      </w:r>
      <w:r>
        <w:rPr>
          <w:b/>
          <w:bCs/>
        </w:rPr>
        <w:t xml:space="preserve">our boomers a lot further forward than they do.</w:t>
      </w:r>
      <w:r>
        <w:br/>
      </w:r>
      <w:r>
        <w:t xml:space="preserve">    (a) differ; or change</w:t>
      </w:r>
      <w:r>
        <w:br/>
      </w:r>
      <w:r>
        <w:t xml:space="preserve">    (b) place or activate</w:t>
      </w:r>
      <w:r>
        <w:br/>
      </w:r>
      <w:r>
        <w:t xml:space="preserve">    (c) influence opinion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love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redundancies</w:t>
      </w:r>
      <w:r>
        <w:rPr>
          <w:b/>
          <w:bCs/>
        </w:rPr>
        <w:t xml:space="preserve">.</w:t>
      </w:r>
      <w:r>
        <w:br/>
      </w:r>
      <w:r>
        <w:t xml:space="preserve">    (a) organisms in the early stages of growth prior to birth, hatching, or sprouting; in humans organisms during the first eight weeks of development (prior to the fetal stage)</w:t>
      </w:r>
      <w:r>
        <w:br/>
      </w:r>
      <w:r>
        <w:t xml:space="preserve">    (b) special pleasures--typically things done in excess of what is thought good--such as eating too much cake, or being too lazy  OR  (more rarely) special privileges or kindnesses</w:t>
      </w:r>
      <w:r>
        <w:br/>
      </w:r>
      <w:r>
        <w:t xml:space="preserve">    (c) more than is needed -- often something that is unnecessarily repeated</w:t>
      </w:r>
      <w:r>
        <w:br/>
      </w:r>
      <w:r>
        <w:br/>
      </w:r>
      <w:r>
        <w:t xml:space="preserve">or in technical usage:  describing a secondary component designed to work if the primary component fails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access to all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correspondence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former, while that from the latter had been carefully vetted since the Soviet armed services share as little information as possible.</w:t>
      </w:r>
      <w:r>
        <w:br/>
      </w:r>
      <w:r>
        <w:t xml:space="preserve">    (a) found a condition or substance to be present</w:t>
      </w:r>
      <w:r>
        <w:br/>
      </w:r>
      <w:r>
        <w:t xml:space="preserve">    (b) communication by written letters or messages</w:t>
      </w:r>
      <w:r>
        <w:br/>
      </w:r>
      <w:r>
        <w:t xml:space="preserve">    (c) Nazi organization for children aged 10 to 18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Moreover, there is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corresponding</w:t>
      </w:r>
      <w:r>
        <w:rPr>
          <w:b/>
          <w:bCs/>
        </w:rPr>
        <w:t xml:space="preserve"> </w:t>
      </w:r>
      <w:r>
        <w:rPr>
          <w:b/>
          <w:bCs/>
        </w:rPr>
        <w:t xml:space="preserve">activity whatever in their other armed services.</w:t>
      </w:r>
      <w:r>
        <w:br/>
      </w:r>
      <w:r>
        <w:t xml:space="preserve">    (a) sticking out, attracting more attention than desired, or imposing on others</w:t>
      </w:r>
      <w:r>
        <w:br/>
      </w:r>
      <w:r>
        <w:t xml:space="preserve">    (b) drying out by heat or excessive exposure to sunlight; or making very thirsty</w:t>
      </w:r>
      <w:r>
        <w:br/>
      </w:r>
      <w:r>
        <w:t xml:space="preserve">    (c) connected or fitting together by being equivalent, proportionate, or matched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was theoretically possible, but the captain quickly realized that the inertial navigation system had a built-in error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factor</w:t>
      </w:r>
      <w:r>
        <w:rPr>
          <w:b/>
          <w:bCs/>
        </w:rPr>
        <w:t xml:space="preserve"> </w:t>
      </w:r>
      <w:r>
        <w:rPr>
          <w:b/>
          <w:bCs/>
        </w:rPr>
        <w:t xml:space="preserve">of several hundred yards; this was aggravated by gravitational disturbances, which affected the "local vertical," which in turn affected the inertial fix.</w:t>
      </w:r>
      <w:r>
        <w:br/>
      </w:r>
      <w:r>
        <w:t xml:space="preserve">    (a) job, reservation, booking, or activity</w:t>
      </w:r>
      <w:r>
        <w:br/>
      </w:r>
      <w:r>
        <w:t xml:space="preserve">    (b) thing that affects a result or outcome</w:t>
      </w:r>
      <w:r>
        <w:br/>
      </w:r>
      <w:r>
        <w:t xml:space="preserve">    (c) something that is made or manufactured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us this would be a technical operation, but 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factor</w:t>
      </w:r>
      <w:r>
        <w:rPr>
          <w:b/>
          <w:bCs/>
        </w:rPr>
        <w:t xml:space="preserve"> </w:t>
      </w:r>
      <w:r>
        <w:rPr>
          <w:b/>
          <w:bCs/>
        </w:rPr>
        <w:t xml:space="preserve">politics into everything they do.</w:t>
      </w:r>
      <w:r>
        <w:br/>
      </w:r>
      <w:r>
        <w:t xml:space="preserve">    (a) include consideration of (for the affect on a result or outcome)</w:t>
      </w:r>
      <w:r>
        <w:br/>
      </w:r>
      <w:r>
        <w:t xml:space="preserve">    (b) make nervous or confused</w:t>
      </w:r>
      <w:r>
        <w:br/>
      </w:r>
      <w:r>
        <w:t xml:space="preserve">    (c) struggle or disagreement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captain studied the chart as his navigator gave the necessary orders,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evaluating</w:t>
      </w:r>
      <w:r>
        <w:rPr>
          <w:b/>
          <w:bCs/>
        </w:rPr>
        <w:t xml:space="preserve"> </w:t>
      </w:r>
      <w:r>
        <w:rPr>
          <w:b/>
          <w:bCs/>
        </w:rPr>
        <w:t xml:space="preserve">the tactical situation.</w:t>
      </w:r>
      <w:r>
        <w:br/>
      </w:r>
      <w:r>
        <w:t xml:space="preserve">    (a) thinking carefully and making a judgment about</w:t>
      </w:r>
      <w:r>
        <w:br/>
      </w:r>
      <w:r>
        <w:t xml:space="preserve">    (b) returning to an undesirable previous condition</w:t>
      </w:r>
      <w:r>
        <w:br/>
      </w:r>
      <w:r>
        <w:t xml:space="preserve">    (c) moving back and forth; or being unsure or weak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the other hand, HMS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Invincible</w:t>
      </w:r>
      <w:r>
        <w:rPr>
          <w:b/>
          <w:bCs/>
        </w:rPr>
        <w:t xml:space="preserve"> </w:t>
      </w:r>
      <w:r>
        <w:rPr>
          <w:b/>
          <w:bCs/>
        </w:rPr>
        <w:t xml:space="preserve">was just over here for the NATO exercise, sailed from Norfolk Monday night.</w:t>
      </w:r>
      <w:r>
        <w:br/>
      </w:r>
      <w:r>
        <w:t xml:space="preserve">    (a) impossible to defeat or overcome</w:t>
      </w:r>
      <w:r>
        <w:br/>
      </w:r>
      <w:r>
        <w:t xml:space="preserve">    (b) the condition of being different</w:t>
      </w:r>
      <w:r>
        <w:br/>
      </w:r>
      <w:r>
        <w:t xml:space="preserve">    (c) indicating approval or 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Their army and air force—except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maritime</w:t>
      </w:r>
      <w:r>
        <w:rPr>
          <w:b/>
          <w:bCs/>
        </w:rPr>
        <w:t xml:space="preserve"> </w:t>
      </w:r>
      <w:r>
        <w:rPr>
          <w:b/>
          <w:bCs/>
        </w:rPr>
        <w:t xml:space="preserve">surveillance aircraft—and their Pacific Fleet are engaged in routine training operations.</w:t>
      </w:r>
      <w:r>
        <w:br/>
      </w:r>
      <w:r>
        <w:t xml:space="preserve">    (a) pessimism or unpleasantness</w:t>
      </w:r>
      <w:r>
        <w:br/>
      </w:r>
      <w:r>
        <w:t xml:space="preserve">    (b) related to the sea or ships</w:t>
      </w:r>
      <w:r>
        <w:br/>
      </w:r>
      <w:r>
        <w:t xml:space="preserve">    (c) arousing or inspiring again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example, Painter requested some E-3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Sentries</w:t>
      </w:r>
      <w:r>
        <w:rPr>
          <w:b/>
          <w:bCs/>
        </w:rPr>
        <w:t xml:space="preserve"> </w:t>
      </w:r>
      <w:r>
        <w:rPr>
          <w:b/>
          <w:bCs/>
        </w:rPr>
        <w:t xml:space="preserve">to support you out here.</w:t>
      </w:r>
      <w:r>
        <w:br/>
      </w:r>
      <w:r>
        <w:t xml:space="preserve">    (a) people standing guard</w:t>
      </w:r>
      <w:r>
        <w:br/>
      </w:r>
      <w:r>
        <w:t xml:space="preserve">    (b) shows or demonstrates</w:t>
      </w:r>
      <w:r>
        <w:br/>
      </w:r>
      <w:r>
        <w:t xml:space="preserve">    (c) things that stand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Somebody did that back in World War II, to put the grab on a German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blockade</w:t>
      </w:r>
      <w:r>
        <w:rPr>
          <w:b/>
          <w:bCs/>
        </w:rPr>
        <w:t xml:space="preserve"> </w:t>
      </w:r>
      <w:r>
        <w:rPr>
          <w:b/>
          <w:bCs/>
        </w:rPr>
        <w:t xml:space="preserve">runner right before we got into it.</w:t>
      </w:r>
      <w:r>
        <w:br/>
      </w:r>
      <w:r>
        <w:t xml:space="preserve">    (a) action to keep people and goods from reaching a location</w:t>
      </w:r>
      <w:r>
        <w:br/>
      </w:r>
      <w:r>
        <w:t xml:space="preserve">    (b) aka analyze -- analyze based upon a theory of psychiatry</w:t>
      </w:r>
      <w:r>
        <w:br/>
      </w:r>
      <w:r>
        <w:t xml:space="preserve">    (c) search for and discover through persistent investigation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he was carrying a pair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Atoll</w:t>
      </w:r>
      <w:r>
        <w:rPr>
          <w:b/>
          <w:bCs/>
        </w:rPr>
        <w:t xml:space="preserve"> </w:t>
      </w:r>
      <w:r>
        <w:rPr>
          <w:b/>
          <w:bCs/>
        </w:rPr>
        <w:t xml:space="preserve">heat-seeking missiles which he would be sure to show the imperialists.</w:t>
      </w:r>
      <w:r>
        <w:br/>
      </w:r>
      <w:r>
        <w:t xml:space="preserve">    (a) dense, rainy forest with many species</w:t>
      </w:r>
      <w:r>
        <w:br/>
      </w:r>
      <w:r>
        <w:t xml:space="preserve">    (b) island (that is made of a coral reef)</w:t>
      </w:r>
      <w:r>
        <w:br/>
      </w:r>
      <w:r>
        <w:t xml:space="preserve">    (c) a room leading to a larger or more important room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petty officer</w:t>
      </w:r>
      <w:r>
        <w:rPr>
          <w:b/>
          <w:bCs/>
        </w:rPr>
        <w:t xml:space="preserve"> </w:t>
      </w:r>
      <w:r>
        <w:rPr>
          <w:b/>
          <w:bCs/>
        </w:rPr>
        <w:t xml:space="preserve">saw it first.</w:t>
      </w:r>
      <w:r>
        <w:br/>
      </w:r>
      <w:r>
        <w:t xml:space="preserve">    (a) non-commissioned officer</w:t>
      </w:r>
      <w:r>
        <w:br/>
      </w:r>
      <w:r>
        <w:t xml:space="preserve">    (b) changing or not reliable</w:t>
      </w:r>
      <w:r>
        <w:br/>
      </w:r>
      <w:r>
        <w:t xml:space="preserve">    (c) lowering moral standards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FOURTEENTH DAY THURSDAY, 16 DECEMBER A Super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Stallion</w:t>
      </w:r>
      <w:r>
        <w:rPr>
          <w:b/>
          <w:bCs/>
        </w:rPr>
        <w:t xml:space="preserve"> </w:t>
      </w:r>
      <w:r>
        <w:rPr>
          <w:b/>
          <w:bCs/>
        </w:rPr>
        <w:t xml:space="preserve">They were traveling at one hundred fifty knots, two thousand feet over the darkened sea.</w:t>
      </w:r>
      <w:r>
        <w:br/>
      </w:r>
      <w:r>
        <w:t xml:space="preserve">    (a) a male horse that has not been castrated (gelded) -- especially one used for breeding purposes</w:t>
      </w:r>
      <w:r>
        <w:br/>
      </w:r>
      <w:r>
        <w:t xml:space="preserve">    (b) a large, elongated gland located behind the stomach that secretes digestive enzymes and insulin</w:t>
      </w:r>
      <w:r>
        <w:br/>
      </w:r>
      <w:r>
        <w:t xml:space="preserve">    (c) of the philosophical &amp; religious system based on the teachings of Laozi (also spelled Taoist)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 </w:t>
      </w:r>
      <w:r>
        <w:rPr>
          <w:b/>
          <w:bCs/>
        </w:rPr>
        <w:t xml:space="preserve">sign.</w:t>
      </w:r>
      <w:r>
        <w:br/>
      </w:r>
      <w:r>
        <w:t xml:space="preserve">    (a) impossible to find</w:t>
      </w:r>
      <w:r>
        <w:br/>
      </w:r>
      <w:r>
        <w:t xml:space="preserve">    (b) not representative</w:t>
      </w:r>
      <w:r>
        <w:br/>
      </w:r>
      <w:r>
        <w:t xml:space="preserve">    (c) good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positively</w:t>
      </w:r>
      <w:r>
        <w:rPr>
          <w:b/>
          <w:bCs/>
        </w:rPr>
        <w:t xml:space="preserve"> </w:t>
      </w:r>
      <w:r>
        <w:rPr>
          <w:b/>
          <w:bCs/>
        </w:rPr>
        <w:t xml:space="preserve">from Red October.</w:t>
      </w:r>
      <w:r>
        <w:br/>
      </w:r>
      <w:r>
        <w:t xml:space="preserve">    (a) with hard work</w:t>
      </w:r>
      <w:r>
        <w:br/>
      </w:r>
      <w:r>
        <w:t xml:space="preserve">    (b) absolutely (used for emphasis)</w:t>
      </w:r>
      <w:r>
        <w:br/>
      </w:r>
      <w:r>
        <w:t xml:space="preserve">    (c) without regret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2026-07-31T17:57:05Z</dcterms:created>
  <dcterms:modified xsi:type="dcterms:W3CDTF">2026-07-31T17:57:05Z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