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419eff6832f06c040dc04a50136110d76d68b2"/>
    <w:p>
      <w:pPr>
        <w:pStyle w:val="Heading1"/>
      </w:pPr>
      <w:r>
        <w:rPr>
          <w:b/>
          <w:bCs/>
        </w:rPr>
        <w:t xml:space="preserve">The Hunt for Red October</w:t>
      </w:r>
      <w:r>
        <w:br/>
      </w:r>
      <w:r>
        <w:rPr>
          <w:i/>
          <w:iCs/>
        </w:rPr>
        <w:t xml:space="preserve">Tom Clancy</w:t>
      </w:r>
      <w:r>
        <w:br/>
      </w:r>
      <w:r>
        <w:rPr>
          <w:b/>
          <w:bCs/>
        </w:rPr>
        <w:t xml:space="preserve">Extra Credit 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had not been allowed to pursue their own career goals despite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 </w:t>
      </w:r>
      <w:r>
        <w:rPr>
          <w:b/>
          <w:bCs/>
        </w:rPr>
        <w:t xml:space="preserve">and despite their party membership.</w:t>
      </w:r>
      <w:r>
        <w:br/>
      </w:r>
      <w:r>
        <w:t xml:space="preserve">    (a) story</w:t>
      </w:r>
      <w:r>
        <w:br/>
      </w:r>
      <w:r>
        <w:t xml:space="preserve">    (b) skill</w:t>
      </w:r>
      <w:r>
        <w:br/>
      </w:r>
      <w:r>
        <w:t xml:space="preserve">    (c) snake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you know the First Rule of Security: The likelihood of a secret's being blown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proportional</w:t>
      </w:r>
      <w:r>
        <w:rPr>
          <w:b/>
          <w:bCs/>
        </w:rPr>
        <w:t xml:space="preserve"> </w:t>
      </w:r>
      <w:r>
        <w:rPr>
          <w:b/>
          <w:bCs/>
        </w:rPr>
        <w:t xml:space="preserve">to the square of the number of people who're in on it.</w:t>
      </w:r>
      <w:r>
        <w:br/>
      </w:r>
      <w:r>
        <w:t xml:space="preserve">    (a) the quality of being without boundaries or limits</w:t>
      </w:r>
      <w:r>
        <w:br/>
      </w:r>
      <w:r>
        <w:t xml:space="preserve">    (b) appropriate or related in size, amount, or degree</w:t>
      </w:r>
      <w:r>
        <w:br/>
      </w:r>
      <w:r>
        <w:t xml:space="preserve">    (c) suitability; or the degree of having been adapted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partially beat that with a new kind of electric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induction</w:t>
      </w:r>
      <w:r>
        <w:rPr>
          <w:b/>
          <w:bCs/>
        </w:rPr>
        <w:t xml:space="preserve"> </w:t>
      </w:r>
      <w:r>
        <w:rPr>
          <w:b/>
          <w:bCs/>
        </w:rPr>
        <w:t xml:space="preserve">motor, I think, but even then you'd end up with a lot of extraneous machinery inside the hull.</w:t>
      </w:r>
      <w:r>
        <w:br/>
      </w:r>
      <w:r>
        <w:t xml:space="preserve">    (a) a potentially life-threatening eating disorder that prevents people from eating enough food</w:t>
      </w:r>
      <w:r>
        <w:br/>
      </w:r>
      <w:r>
        <w:t xml:space="preserve">    (b) a connection where measuring one particle instantly affects another, regardless of distance</w:t>
      </w:r>
      <w:r>
        <w:br/>
      </w:r>
      <w:r>
        <w:t xml:space="preserve">    (c) causing an effect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partially beat that with a new kind of electric induction motor, I think, but even then you'd end up with a lot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extraneous</w:t>
      </w:r>
      <w:r>
        <w:rPr>
          <w:b/>
          <w:bCs/>
        </w:rPr>
        <w:t xml:space="preserve"> </w:t>
      </w:r>
      <w:r>
        <w:rPr>
          <w:b/>
          <w:bCs/>
        </w:rPr>
        <w:t xml:space="preserve">machinery inside the hull.</w:t>
      </w:r>
      <w:r>
        <w:br/>
      </w:r>
      <w:r>
        <w:t xml:space="preserve">    (a) tendency to be direct in a disagreeable, insensitive manner</w:t>
      </w:r>
      <w:r>
        <w:br/>
      </w:r>
      <w:r>
        <w:t xml:space="preserve">    (b) the degree or quality of being exactly vertical or straight</w:t>
      </w:r>
      <w:r>
        <w:br/>
      </w:r>
      <w:r>
        <w:t xml:space="preserve">    (c) not relevant or important to the matter under consideration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lot of this work is still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empirical</w:t>
      </w:r>
      <w:r>
        <w:rPr>
          <w:b/>
          <w:bCs/>
        </w:rPr>
        <w:t xml:space="preserve">, too.</w:t>
      </w:r>
      <w:r>
        <w:br/>
      </w:r>
      <w:r>
        <w:t xml:space="preserve">    (a) having the ability to change for different situations</w:t>
      </w:r>
      <w:r>
        <w:br/>
      </w:r>
      <w:r>
        <w:t xml:space="preserve">    (b) not concerned with what others might think of oneself</w:t>
      </w:r>
      <w:r>
        <w:br/>
      </w:r>
      <w:r>
        <w:t xml:space="preserve">    (c) based on experience or observation rather than theory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new designs place great value on high-strength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alloys</w:t>
      </w:r>
      <w:r>
        <w:rPr>
          <w:b/>
          <w:bCs/>
        </w:rPr>
        <w:t xml:space="preserve">.</w:t>
      </w:r>
      <w:r>
        <w:br/>
      </w:r>
      <w:r>
        <w:t xml:space="preserve">    (a) paintings made with watercolors on wet plaster</w:t>
      </w:r>
      <w:r>
        <w:br/>
      </w:r>
      <w:r>
        <w:t xml:space="preserve">    (b) a metal that consists of more than one element</w:t>
      </w:r>
      <w:r>
        <w:br/>
      </w:r>
      <w:r>
        <w:t xml:space="preserve">    (c) moves out of an interacting position; or stops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interval between mountains had quickly become less than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cumulative</w:t>
      </w:r>
      <w:r>
        <w:rPr>
          <w:b/>
          <w:bCs/>
        </w:rPr>
        <w:t xml:space="preserve"> </w:t>
      </w:r>
      <w:r>
        <w:rPr>
          <w:b/>
          <w:bCs/>
        </w:rPr>
        <w:t xml:space="preserve">navigational error—sooner or later his submarine would drive into a mountainside at over thirty knots.</w:t>
      </w:r>
      <w:r>
        <w:br/>
      </w:r>
      <w:r>
        <w:t xml:space="preserve">    (a) degree to which things are related</w:t>
      </w:r>
      <w:r>
        <w:br/>
      </w:r>
      <w:r>
        <w:t xml:space="preserve">    (b) increased by a series of additions</w:t>
      </w:r>
      <w:r>
        <w:br/>
      </w:r>
      <w:r>
        <w:t xml:space="preserve">    (c) not connected by blood or marriage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Sir, if this information was hand delivered by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Archangel</w:t>
      </w:r>
      <w:r>
        <w:rPr>
          <w:b/>
          <w:bCs/>
        </w:rPr>
        <w:t xml:space="preserve"> </w:t>
      </w:r>
      <w:r>
        <w:rPr>
          <w:b/>
          <w:bCs/>
        </w:rPr>
        <w:t xml:space="preserve">Michael, I'd have trouble believing it—but since you gentlemen say it's reliable...</w:t>
      </w:r>
      <w:r>
        <w:br/>
      </w:r>
      <w:r>
        <w:t xml:space="preserve">    (a) easily set on fire</w:t>
      </w:r>
      <w:r>
        <w:br/>
      </w:r>
      <w:r>
        <w:t xml:space="preserve">    (b) angel of high rank</w:t>
      </w:r>
      <w:r>
        <w:br/>
      </w:r>
      <w:r>
        <w:t xml:space="preserve">    (c) untied or released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chiefs were chatting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amicably</w:t>
      </w:r>
      <w:r>
        <w:rPr>
          <w:b/>
          <w:bCs/>
        </w:rPr>
        <w:t xml:space="preserve"> </w:t>
      </w:r>
      <w:r>
        <w:rPr>
          <w:b/>
          <w:bCs/>
        </w:rPr>
        <w:t xml:space="preserve">among themselves when the commandant of the marine corps looked up and spotted Ryan.</w:t>
      </w:r>
      <w:r>
        <w:br/>
      </w:r>
      <w:r>
        <w:t xml:space="preserve">    (a) friendly or showing goodwill</w:t>
      </w:r>
      <w:r>
        <w:br/>
      </w:r>
      <w:r>
        <w:t xml:space="preserve">    (b) in a manner that is not good</w:t>
      </w:r>
      <w:r>
        <w:br/>
      </w:r>
      <w:r>
        <w:t xml:space="preserve">    (c) in a manner that finds fault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could be the beginning of a conventional war against NATO, its first step 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interdiction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sea lines of communication.</w:t>
      </w:r>
      <w:r>
        <w:br/>
      </w:r>
      <w:r>
        <w:t xml:space="preserve">    (a) authoritative prohibition; or to stop or hamper</w:t>
      </w:r>
      <w:r>
        <w:br/>
      </w:r>
      <w:r>
        <w:t xml:space="preserve">    (b) the majority denomination of Islam (almost 90%)</w:t>
      </w:r>
      <w:r>
        <w:br/>
      </w:r>
      <w:r>
        <w:t xml:space="preserve">    (c) opinion of what is good and bad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anything...</w:t>
      </w:r>
      <w:r>
        <w:rPr>
          <w:b/>
          <w:bCs/>
          <w:u w:val="single"/>
        </w:rPr>
        <w:t xml:space="preserve">untoward</w:t>
      </w:r>
      <w:r>
        <w:rPr>
          <w:b/>
          <w:bCs/>
        </w:rPr>
        <w:t xml:space="preserve"> </w:t>
      </w:r>
      <w:r>
        <w:rPr>
          <w:b/>
          <w:bCs/>
        </w:rPr>
        <w:t xml:space="preserve">happens, can we handle their surface force with what we have at hand?</w:t>
      </w:r>
      <w:r>
        <w:br/>
      </w:r>
      <w:r>
        <w:t xml:space="preserve">    (a) improper, awkward, or unfavorable</w:t>
      </w:r>
      <w:r>
        <w:br/>
      </w:r>
      <w:r>
        <w:t xml:space="preserve">    (b) able to be stopped from happening</w:t>
      </w:r>
      <w:r>
        <w:br/>
      </w:r>
      <w:r>
        <w:t xml:space="preserve">    (c) something simulated by a computer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other, we have a great deal of ASW arrayed to locate her, and she will be heading towards one of only a few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discrete</w:t>
      </w:r>
      <w:r>
        <w:rPr>
          <w:b/>
          <w:bCs/>
        </w:rPr>
        <w:t xml:space="preserve"> </w:t>
      </w:r>
      <w:r>
        <w:rPr>
          <w:b/>
          <w:bCs/>
        </w:rPr>
        <w:t xml:space="preserve">locations.</w:t>
      </w:r>
      <w:r>
        <w:br/>
      </w:r>
      <w:r>
        <w:t xml:space="preserve">    (a) separate or distinct</w:t>
      </w:r>
      <w:r>
        <w:br/>
      </w:r>
      <w:r>
        <w:t xml:space="preserve">    (b) sincerity (realness)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read about worse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hypothermia</w:t>
      </w:r>
      <w:r>
        <w:rPr>
          <w:b/>
          <w:bCs/>
        </w:rPr>
        <w:t xml:space="preserve"> </w:t>
      </w:r>
      <w:r>
        <w:rPr>
          <w:b/>
          <w:bCs/>
        </w:rPr>
        <w:t xml:space="preserve">cases in the literature, but this is by far the worst I've ever seen.</w:t>
      </w:r>
      <w:r>
        <w:br/>
      </w:r>
      <w:r>
        <w:t xml:space="preserve">    (a) devices that turn light into electricity</w:t>
      </w:r>
      <w:r>
        <w:br/>
      </w:r>
      <w:r>
        <w:t xml:space="preserve">    (b) body temperature that is dangerously low</w:t>
      </w:r>
      <w:r>
        <w:br/>
      </w:r>
      <w:r>
        <w:t xml:space="preserve">    (c) to express strong hatred or loathing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put Invincible to seaward of their surface groups as though she's heading home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</w:t>
      </w:r>
      <w:r>
        <w:rPr>
          <w:b/>
          <w:bCs/>
        </w:rPr>
        <w:t xml:space="preserve"> </w:t>
      </w:r>
      <w:r>
        <w:rPr>
          <w:b/>
          <w:bCs/>
        </w:rPr>
        <w:t xml:space="preserve">her on October's course.</w:t>
      </w:r>
      <w:r>
        <w:br/>
      </w:r>
      <w:r>
        <w:t xml:space="preserve">    (a) the right to run a local store or business under a big company’s name</w:t>
      </w:r>
      <w:r>
        <w:br/>
      </w:r>
      <w:r>
        <w:t xml:space="preserve">    (b) insert between other elements; or to interrupt or stop action by others</w:t>
      </w:r>
      <w:r>
        <w:br/>
      </w:r>
      <w:r>
        <w:t xml:space="preserve">    (c) dry out by heat or excessive exposure to sunlight; or make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Signal Bristol and Fife to stay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windward</w:t>
      </w:r>
      <w:r>
        <w:rPr>
          <w:b/>
          <w:bCs/>
        </w:rPr>
        <w:t xml:space="preserve"> </w:t>
      </w:r>
      <w:r>
        <w:rPr>
          <w:b/>
          <w:bCs/>
        </w:rPr>
        <w:t xml:space="preserve">of us.</w:t>
      </w:r>
      <w:r>
        <w:br/>
      </w:r>
      <w:r>
        <w:t xml:space="preserve">    (a) the state of being unaware of one's mental activity</w:t>
      </w:r>
      <w:r>
        <w:br/>
      </w:r>
      <w:r>
        <w:t xml:space="preserve">    (b) the direction or side from which the wind is coming</w:t>
      </w:r>
      <w:r>
        <w:br/>
      </w:r>
      <w:r>
        <w:t xml:space="preserve">    (c) increasing reason or general desire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twenty-knot wind was blowing from the southwest, and a six-foot sea was running, its dark waves streaked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whitecaps</w:t>
      </w:r>
      <w:r>
        <w:rPr>
          <w:b/>
          <w:bCs/>
        </w:rPr>
        <w:t xml:space="preserve">.</w:t>
      </w:r>
      <w:r>
        <w:br/>
      </w:r>
      <w:r>
        <w:t xml:space="preserve">    (a) wind-blown waves with white foam at their crest</w:t>
      </w:r>
      <w:r>
        <w:br/>
      </w:r>
      <w:r>
        <w:t xml:space="preserve">    (b) acts of interacting or getting interested again</w:t>
      </w:r>
      <w:r>
        <w:br/>
      </w:r>
      <w:r>
        <w:t xml:space="preserve">    (c) general feelings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think I can rig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modulator</w:t>
      </w:r>
      <w:r>
        <w:rPr>
          <w:b/>
          <w:bCs/>
        </w:rPr>
        <w:t xml:space="preserve"> </w:t>
      </w:r>
      <w:r>
        <w:rPr>
          <w:b/>
          <w:bCs/>
        </w:rPr>
        <w:t xml:space="preserve">on this baby, then, and make it into a gertrude for ya.</w:t>
      </w:r>
      <w:r>
        <w:br/>
      </w:r>
      <w:r>
        <w:t xml:space="preserve">    (a) someone who takes power or responsibility</w:t>
      </w:r>
      <w:r>
        <w:br/>
      </w:r>
      <w:r>
        <w:t xml:space="preserve">    (b) to regulate or make something less severe</w:t>
      </w:r>
      <w:r>
        <w:br/>
      </w:r>
      <w:r>
        <w:t xml:space="preserve">    (c) someone who tells someone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whole affair was a masterpiece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duplicity</w:t>
      </w:r>
      <w:r>
        <w:rPr>
          <w:b/>
          <w:bCs/>
        </w:rPr>
        <w:t xml:space="preserve"> </w:t>
      </w:r>
      <w:r>
        <w:rPr>
          <w:b/>
          <w:bCs/>
        </w:rPr>
        <w:t xml:space="preserve">aimed at overwhelming them, and it began to succeed.</w:t>
      </w:r>
      <w:r>
        <w:br/>
      </w:r>
      <w:r>
        <w:t xml:space="preserve">    (a) the best or most important</w:t>
      </w:r>
      <w:r>
        <w:br/>
      </w:r>
      <w:r>
        <w:t xml:space="preserve">    (b) a secret agreement or plot</w:t>
      </w:r>
      <w:r>
        <w:br/>
      </w:r>
      <w:r>
        <w:t xml:space="preserve">    (c) deception -- such as lying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other hand, they can believe the story we planted through Henderson, which is also unattractive but is supported by a good deal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circumstantial evidence</w:t>
      </w:r>
      <w:r>
        <w:rPr>
          <w:b/>
          <w:bCs/>
        </w:rPr>
        <w:t xml:space="preserve">, especially our efforts to entice their crewmen to defect.</w:t>
      </w:r>
      <w:r>
        <w:br/>
      </w:r>
      <w:r>
        <w:t xml:space="preserve">    (a) evidence that can suggest something, but does not prove it</w:t>
      </w:r>
      <w:r>
        <w:br/>
      </w:r>
      <w:r>
        <w:t xml:space="preserve">    (b) evidence from scientific tests</w:t>
      </w:r>
      <w:r>
        <w:br/>
      </w:r>
      <w:r>
        <w:t xml:space="preserve">    (c) evidence that fits a compelling narrative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he was on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reciprocal</w:t>
      </w:r>
      <w:r>
        <w:rPr>
          <w:b/>
          <w:bCs/>
        </w:rPr>
        <w:t xml:space="preserve"> </w:t>
      </w:r>
      <w:r>
        <w:rPr>
          <w:b/>
          <w:bCs/>
        </w:rPr>
        <w:t xml:space="preserve">heading at five knots, about the top speed the Alfa could travel without making much noise.</w:t>
      </w:r>
      <w:r>
        <w:br/>
      </w:r>
      <w:r>
        <w:t xml:space="preserve">    (a) greater than zero</w:t>
      </w:r>
      <w:r>
        <w:br/>
      </w:r>
      <w:r>
        <w:t xml:space="preserve">    (b) directly opposite (of the original heading)</w:t>
      </w:r>
      <w:r>
        <w:br/>
      </w:r>
      <w:r>
        <w:t xml:space="preserve">    (c) not finding fault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2026-07-31T17:57:05Z</dcterms:created>
  <dcterms:modified xsi:type="dcterms:W3CDTF">2026-07-31T17:57:05Z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