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20e9ac2fd1f6dcf4bda6721777eaa74e70361"/>
    <w:p>
      <w:pPr>
        <w:pStyle w:val="Heading1"/>
      </w:pPr>
      <w:r>
        <w:rPr>
          <w:b/>
          <w:bCs/>
        </w:rPr>
        <w:t xml:space="preserve">The Hunchback of Notre Dame</w:t>
      </w:r>
      <w:r>
        <w:br/>
      </w:r>
      <w:r>
        <w:rPr>
          <w:i/>
          <w:iCs/>
        </w:rPr>
        <w:t xml:space="preserve">Victor Hugo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logical or analytical</w:t>
      </w:r>
      <w:r>
        <w:br/>
      </w:r>
      <w:r>
        <w:t xml:space="preserve">    (b) romantic or sexual</w:t>
      </w:r>
      <w:r>
        <w:br/>
      </w:r>
      <w:r>
        <w:t xml:space="preserve">    (c) light-hearted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bailiff</w:t>
      </w:r>
      <w:r>
        <w:rPr>
          <w:b/>
          <w:bCs/>
        </w:rPr>
        <w:t xml:space="preserve"> </w:t>
      </w:r>
      <w:r>
        <w:rPr>
          <w:b/>
          <w:bCs/>
        </w:rPr>
        <w:t xml:space="preserve">was accused of making prejudicial statements to the jury.</w:t>
      </w:r>
      <w:r>
        <w:br/>
      </w:r>
      <w:r>
        <w:t xml:space="preserve">    (a) prosecutor</w:t>
      </w:r>
      <w:r>
        <w:br/>
      </w:r>
      <w:r>
        <w:t xml:space="preserve">    (b) defense lawyer</w:t>
      </w:r>
      <w:r>
        <w:br/>
      </w:r>
      <w:r>
        <w:t xml:space="preserve">    (c) court officer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told the police officer that she was trying to awaken the sensibilities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bourgeois</w:t>
      </w:r>
      <w:r>
        <w:rPr>
          <w:b/>
          <w:bCs/>
        </w:rPr>
        <w:t xml:space="preserve"> </w:t>
      </w:r>
      <w:r>
        <w:rPr>
          <w:b/>
          <w:bCs/>
        </w:rPr>
        <w:t xml:space="preserve">neighbors.</w:t>
      </w:r>
      <w:r>
        <w:br/>
      </w:r>
      <w:r>
        <w:t xml:space="preserve">    (a) irresponsible</w:t>
      </w:r>
      <w:r>
        <w:br/>
      </w:r>
      <w:r>
        <w:t xml:space="preserve">    (b) foolish</w:t>
      </w:r>
      <w:r>
        <w:br/>
      </w:r>
      <w:r>
        <w:t xml:space="preserve">    (c) conventional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kitchen-related</w:t>
      </w:r>
      <w:r>
        <w:br/>
      </w:r>
      <w:r>
        <w:t xml:space="preserve">    (b) sports-related</w:t>
      </w:r>
      <w:r>
        <w:br/>
      </w:r>
      <w:r>
        <w:t xml:space="preserve">    (c) church-related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building</w:t>
      </w:r>
      <w:r>
        <w:br/>
      </w:r>
      <w:r>
        <w:t xml:space="preserve">    (b) neighborhood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respected and well-known</w:t>
      </w:r>
      <w:r>
        <w:br/>
      </w:r>
      <w:r>
        <w:t xml:space="preserve">    (b) newly acquired</w:t>
      </w:r>
      <w:r>
        <w:br/>
      </w:r>
      <w:r>
        <w:t xml:space="preserve">    (c) barely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challenge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.</w:t>
      </w:r>
      <w:r>
        <w:br/>
      </w:r>
      <w:r>
        <w:t xml:space="preserve">    (a) understood</w:t>
      </w:r>
      <w:r>
        <w:br/>
      </w:r>
      <w:r>
        <w:t xml:space="preserve">    (b) intimidating</w:t>
      </w:r>
      <w:r>
        <w:br/>
      </w:r>
      <w:r>
        <w:t xml:space="preserve">    (c) trivial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lecture</w:t>
      </w:r>
      <w:r>
        <w:br/>
      </w:r>
      <w:r>
        <w:t xml:space="preserve">    (b) assignment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effect of music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ineffable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we can't understand how it resonates within us.</w:t>
      </w:r>
      <w:r>
        <w:br/>
      </w:r>
      <w:r>
        <w:t xml:space="preserve">    (a) indescribable</w:t>
      </w:r>
      <w:r>
        <w:br/>
      </w:r>
      <w:r>
        <w:t xml:space="preserve">    (b) forgettable</w:t>
      </w:r>
      <w:r>
        <w:br/>
      </w:r>
      <w:r>
        <w:t xml:space="preserve">    (c) not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been seen</w:t>
      </w:r>
      <w:r>
        <w:br/>
      </w:r>
      <w:r>
        <w:t xml:space="preserve">    (b) hidden</w:t>
      </w:r>
      <w:r>
        <w:br/>
      </w:r>
      <w:r>
        <w:t xml:space="preserve">    (c) inserted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mockingly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in contrast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carefully measure</w:t>
      </w:r>
      <w:r>
        <w:br/>
      </w:r>
      <w:r>
        <w:t xml:space="preserve">    (b) view or understand</w:t>
      </w:r>
      <w:r>
        <w:br/>
      </w:r>
      <w:r>
        <w:t xml:space="preserve">    (c) actively prevent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clearly see</w:t>
      </w:r>
      <w:r>
        <w:br/>
      </w:r>
      <w:r>
        <w:t xml:space="preserve">    (b) become aware of</w:t>
      </w:r>
      <w:r>
        <w:br/>
      </w:r>
      <w:r>
        <w:t xml:space="preserve">    (c) physically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thinker.</w:t>
      </w:r>
      <w:r>
        <w:br/>
      </w:r>
      <w:r>
        <w:t xml:space="preserve">    (a) quick</w:t>
      </w:r>
      <w:r>
        <w:br/>
      </w:r>
      <w:r>
        <w:t xml:space="preserve">    (b) deep</w:t>
      </w:r>
      <w:r>
        <w:br/>
      </w:r>
      <w:r>
        <w:t xml:space="preserve">    (c) shallow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traditional</w:t>
      </w:r>
      <w:r>
        <w:br/>
      </w:r>
      <w:r>
        <w:t xml:space="preserve">    (b) common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loaner</w:t>
      </w:r>
      <w:r>
        <w:br/>
      </w:r>
      <w:r>
        <w:t xml:space="preserve">    (b) millionaire</w:t>
      </w:r>
      <w:r>
        <w:br/>
      </w:r>
      <w:r>
        <w:t xml:space="preserve">    (c) collector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rue the day</w:t>
      </w:r>
      <w:r>
        <w:rPr>
          <w:b/>
          <w:bCs/>
        </w:rPr>
        <w:t xml:space="preserve"> </w:t>
      </w:r>
      <w:r>
        <w:rPr>
          <w:b/>
          <w:bCs/>
        </w:rPr>
        <w:t xml:space="preserve">he decided to quit his stable job.</w:t>
      </w:r>
      <w:r>
        <w:br/>
      </w:r>
      <w:r>
        <w:t xml:space="preserve">    (a) fondly remember</w:t>
      </w:r>
      <w:r>
        <w:br/>
      </w:r>
      <w:r>
        <w:t xml:space="preserve">    (b) bitterly regret</w:t>
      </w:r>
      <w:r>
        <w:br/>
      </w:r>
      <w:r>
        <w:t xml:space="preserve">    (c) eagerly await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storm passed, the village returned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tranquil</w:t>
      </w:r>
      <w:r>
        <w:rPr>
          <w:b/>
          <w:bCs/>
        </w:rPr>
        <w:t xml:space="preserve"> </w:t>
      </w:r>
      <w:r>
        <w:rPr>
          <w:b/>
          <w:bCs/>
        </w:rPr>
        <w:t xml:space="preserve">evening routine.</w:t>
      </w:r>
      <w:r>
        <w:br/>
      </w:r>
      <w:r>
        <w:t xml:space="preserve">    (a) peacefully calm</w:t>
      </w:r>
      <w:r>
        <w:br/>
      </w:r>
      <w:r>
        <w:t xml:space="preserve">    (b) brightly colored</w:t>
      </w:r>
      <w:r>
        <w:br/>
      </w:r>
      <w:r>
        <w:t xml:space="preserve">    (c) loudly chaotic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2026-07-31T15:25:17Z</dcterms:created>
  <dcterms:modified xsi:type="dcterms:W3CDTF">2026-07-31T15:25:17Z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