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0ce90235370e72e7acfe9be85100f83b6471d7"/>
    <w:p>
      <w:pPr>
        <w:pStyle w:val="Heading1"/>
      </w:pPr>
      <w:r>
        <w:rPr>
          <w:b/>
          <w:bCs/>
        </w:rPr>
        <w:t xml:space="preserve">The Hunchback of Notre Dame</w:t>
      </w:r>
      <w:r>
        <w:br/>
      </w:r>
      <w:r>
        <w:rPr>
          <w:i/>
          <w:iCs/>
        </w:rPr>
        <w:t xml:space="preserve">Victor Hugo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honest trait</w:t>
      </w:r>
      <w:r>
        <w:br/>
      </w:r>
      <w:r>
        <w:t xml:space="preserve">    (b) fake mannerism</w:t>
      </w:r>
      <w:r>
        <w:br/>
      </w:r>
      <w:r>
        <w:t xml:space="preserve">    (c) old hobby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team's victory depended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aggregate</w:t>
      </w:r>
      <w:r>
        <w:rPr>
          <w:b/>
          <w:bCs/>
        </w:rPr>
        <w:t xml:space="preserve"> </w:t>
      </w:r>
      <w:r>
        <w:rPr>
          <w:b/>
          <w:bCs/>
        </w:rPr>
        <w:t xml:space="preserve">of every player's contributions.</w:t>
      </w:r>
      <w:r>
        <w:br/>
      </w:r>
      <w:r>
        <w:t xml:space="preserve">    (a) total combined sum</w:t>
      </w:r>
      <w:r>
        <w:br/>
      </w:r>
      <w:r>
        <w:t xml:space="preserve">    (b) single key effort</w:t>
      </w:r>
      <w:r>
        <w:br/>
      </w:r>
      <w:r>
        <w:t xml:space="preserve">    (c) final desperate push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Caffeine also triggers the release of dopamine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anterior</w:t>
      </w:r>
      <w:r>
        <w:rPr>
          <w:b/>
          <w:bCs/>
        </w:rPr>
        <w:t xml:space="preserve"> </w:t>
      </w:r>
      <w:r>
        <w:rPr>
          <w:b/>
          <w:bCs/>
        </w:rPr>
        <w:t xml:space="preserve">cingulate cortex.</w:t>
      </w:r>
      <w:r>
        <w:br/>
      </w:r>
      <w:r>
        <w:t xml:space="preserve">    (a) frontal</w:t>
      </w:r>
      <w:r>
        <w:br/>
      </w:r>
      <w:r>
        <w:t xml:space="preserve">    (b) the characteristic of bouncing back light/heat/sound...</w:t>
      </w:r>
      <w:r>
        <w:br/>
      </w:r>
      <w:r>
        <w:t xml:space="preserve">    (c) power or responsibility that can be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study</w:t>
      </w:r>
      <w:r>
        <w:br/>
      </w:r>
      <w:r>
        <w:t xml:space="preserve">    (b) attack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dancer</w:t>
      </w:r>
      <w:r>
        <w:br/>
      </w:r>
      <w:r>
        <w:t xml:space="preserve">    (b) a star</w:t>
      </w:r>
      <w:r>
        <w:br/>
      </w:r>
      <w:r>
        <w:t xml:space="preserve">    (c) a flirt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describes a night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debauchery</w:t>
      </w:r>
      <w:r>
        <w:rPr>
          <w:b/>
          <w:bCs/>
        </w:rPr>
        <w:t xml:space="preserve"> </w:t>
      </w:r>
      <w:r>
        <w:rPr>
          <w:b/>
          <w:bCs/>
        </w:rPr>
        <w:t xml:space="preserve">that leaves the guests ashamed.</w:t>
      </w:r>
      <w:r>
        <w:br/>
      </w:r>
      <w:r>
        <w:t xml:space="preserve">    (a) quiet reflection</w:t>
      </w:r>
      <w:r>
        <w:br/>
      </w:r>
      <w:r>
        <w:t xml:space="preserve">    (b) wild immoral behavior</w:t>
      </w:r>
      <w:r>
        <w:br/>
      </w:r>
      <w:r>
        <w:t xml:space="preserve">    (c) careful planning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dull and serious</w:t>
      </w:r>
      <w:r>
        <w:br/>
      </w:r>
      <w:r>
        <w:t xml:space="preserve">    (b) quirky and funny</w:t>
      </w:r>
      <w:r>
        <w:br/>
      </w:r>
      <w:r>
        <w:t xml:space="preserve">    (c) harsh and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effaced</w:t>
      </w:r>
      <w:r>
        <w:rPr>
          <w:b/>
          <w:bCs/>
        </w:rPr>
        <w:t xml:space="preserve"> </w:t>
      </w:r>
      <w:r>
        <w:rPr>
          <w:b/>
          <w:bCs/>
        </w:rPr>
        <w:t xml:space="preserve">the memory of the time in the camps.</w:t>
      </w:r>
      <w:r>
        <w:br/>
      </w:r>
      <w:r>
        <w:t xml:space="preserve">    (a) removed completely</w:t>
      </w:r>
      <w:r>
        <w:br/>
      </w:r>
      <w:r>
        <w:t xml:space="preserve">    (b) shared with others</w:t>
      </w:r>
      <w:r>
        <w:br/>
      </w:r>
      <w:r>
        <w:t xml:space="preserve">    (c) relived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 time, the English used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flying buttress</w:t>
      </w:r>
      <w:r>
        <w:rPr>
          <w:b/>
          <w:bCs/>
        </w:rPr>
        <w:t xml:space="preserve"> </w:t>
      </w:r>
      <w:r>
        <w:rPr>
          <w:b/>
          <w:bCs/>
        </w:rPr>
        <w:t xml:space="preserve">more elegantly.</w:t>
      </w:r>
      <w:r>
        <w:br/>
      </w:r>
      <w:r>
        <w:t xml:space="preserve">    (a) an arch or half-arch that transfers thrust from an upper part of a wall to a lower support</w:t>
      </w:r>
      <w:r>
        <w:br/>
      </w:r>
      <w:r>
        <w:t xml:space="preserve">    (b) one who believes in the teachings of the Chinese philosopher, Confucius (circa 551-478 BC)</w:t>
      </w:r>
      <w:r>
        <w:br/>
      </w:r>
      <w:r>
        <w:t xml:space="preserve">    (c) a scale where each step is a multiple of the prior step rather than a fixed addition to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garnished</w:t>
      </w:r>
      <w:r>
        <w:rPr>
          <w:b/>
          <w:bCs/>
        </w:rPr>
        <w:t xml:space="preserve"> </w:t>
      </w:r>
      <w:r>
        <w:rPr>
          <w:b/>
          <w:bCs/>
        </w:rPr>
        <w:t xml:space="preserve">the soup with parsley before serving it to her guests.</w:t>
      </w:r>
      <w:r>
        <w:br/>
      </w:r>
      <w:r>
        <w:t xml:space="preserve">    (a) decorated</w:t>
      </w:r>
      <w:r>
        <w:br/>
      </w:r>
      <w:r>
        <w:t xml:space="preserve">    (b) thickened</w:t>
      </w:r>
      <w:r>
        <w:br/>
      </w:r>
      <w:r>
        <w:t xml:space="preserve">    (c) reheated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disgraceful</w:t>
      </w:r>
      <w:r>
        <w:br/>
      </w:r>
      <w:r>
        <w:t xml:space="preserve">    (b) eventual</w:t>
      </w:r>
      <w:r>
        <w:br/>
      </w:r>
      <w:r>
        <w:t xml:space="preserve">    (c) quick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contract was so complex that the client had to hire a lawyer to interpret it.</w:t>
      </w:r>
      <w:r>
        <w:br/>
      </w:r>
      <w:r>
        <w:t xml:space="preserve">    (a) special vocabulary</w:t>
      </w:r>
      <w:r>
        <w:br/>
      </w:r>
      <w:r>
        <w:t xml:space="preserve">    (b) underlying philosophy</w:t>
      </w:r>
      <w:r>
        <w:br/>
      </w:r>
      <w:r>
        <w:t xml:space="preserve">    (c) complex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Beavers were hunted nearly to extinction for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luxuriant</w:t>
      </w:r>
      <w:r>
        <w:rPr>
          <w:b/>
          <w:bCs/>
        </w:rPr>
        <w:t xml:space="preserve"> </w:t>
      </w:r>
      <w:r>
        <w:rPr>
          <w:b/>
          <w:bCs/>
        </w:rPr>
        <w:t xml:space="preserve">fur.</w:t>
      </w:r>
      <w:r>
        <w:br/>
      </w:r>
      <w:r>
        <w:t xml:space="preserve">    (a) thick and abundant</w:t>
      </w:r>
      <w:r>
        <w:br/>
      </w:r>
      <w:r>
        <w:t xml:space="preserve">    (b) dark brown</w:t>
      </w:r>
      <w:r>
        <w:br/>
      </w:r>
      <w:r>
        <w:t xml:space="preserve">    (c) scarce (rare)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devious</w:t>
      </w:r>
      <w:r>
        <w:br/>
      </w:r>
      <w:r>
        <w:t xml:space="preserve">    (c) extremely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concern raised by the recent tragedy, this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opportune</w:t>
      </w:r>
      <w:r>
        <w:rPr>
          <w:b/>
          <w:bCs/>
        </w:rPr>
        <w:t xml:space="preserve"> </w:t>
      </w:r>
      <w:r>
        <w:rPr>
          <w:b/>
          <w:bCs/>
        </w:rPr>
        <w:t xml:space="preserve">time to introduce the legislation.</w:t>
      </w:r>
      <w:r>
        <w:br/>
      </w:r>
      <w:r>
        <w:t xml:space="preserve">    (a) unfavorable</w:t>
      </w:r>
      <w:r>
        <w:br/>
      </w:r>
      <w:r>
        <w:t xml:space="preserve">    (b) difficult</w:t>
      </w:r>
      <w:r>
        <w:br/>
      </w:r>
      <w:r>
        <w:t xml:space="preserve">    (c) favorable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Chicago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ordinance</w:t>
      </w:r>
      <w:r>
        <w:rPr>
          <w:b/>
          <w:bCs/>
        </w:rPr>
        <w:t xml:space="preserve"> </w:t>
      </w:r>
      <w:r>
        <w:rPr>
          <w:b/>
          <w:bCs/>
        </w:rPr>
        <w:t xml:space="preserve">required that new streets be laid out with eight streets per mile in one direction and sixteen in the other direction.</w:t>
      </w:r>
      <w:r>
        <w:br/>
      </w:r>
      <w:r>
        <w:t xml:space="preserve">    (a) custom</w:t>
      </w:r>
      <w:r>
        <w:br/>
      </w:r>
      <w:r>
        <w:t xml:space="preserve">    (b) law</w:t>
      </w:r>
      <w:r>
        <w:br/>
      </w:r>
      <w:r>
        <w:t xml:space="preserve">    (c) suggestion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proud of one's actions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highly amusing</w:t>
      </w:r>
      <w:r>
        <w:br/>
      </w:r>
      <w:r>
        <w:t xml:space="preserve">    (b) warmly welcomed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wise</w:t>
      </w:r>
      <w:r>
        <w:br/>
      </w:r>
      <w:r>
        <w:t xml:space="preserve">    (b) impatient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Described C.S. Lewis as a hot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theologian</w:t>
      </w:r>
      <w:r>
        <w:rPr>
          <w:b/>
          <w:bCs/>
        </w:rPr>
        <w:t xml:space="preserve"> </w:t>
      </w:r>
      <w:r>
        <w:rPr>
          <w:b/>
          <w:bCs/>
        </w:rPr>
        <w:t xml:space="preserve">after the Narnia books were made into a movie.</w:t>
      </w:r>
      <w:r>
        <w:br/>
      </w:r>
      <w:r>
        <w:t xml:space="preserve">    (a) someone who moves back and forth; or is unsure or weak</w:t>
      </w:r>
      <w:r>
        <w:br/>
      </w:r>
      <w:r>
        <w:t xml:space="preserve">    (b) someone who is learned in the study of religion</w:t>
      </w:r>
      <w:r>
        <w:br/>
      </w:r>
      <w:r>
        <w:t xml:space="preserve">    (c) someone who won't answer questions; or blocks progress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2026-07-31T15:25:18Z</dcterms:created>
  <dcterms:modified xsi:type="dcterms:W3CDTF">2026-07-31T15:25:18Z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