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1dcccc90ef6d57ed81b4e8f9f93ec9db480ee7"/>
    <w:p>
      <w:pPr>
        <w:pStyle w:val="Heading1"/>
      </w:pPr>
      <w:r>
        <w:rPr>
          <w:b/>
          <w:bCs/>
        </w:rPr>
        <w:t xml:space="preserve">The Hunchback of Notre Dame</w:t>
      </w:r>
      <w:r>
        <w:br/>
      </w:r>
      <w:r>
        <w:rPr>
          <w:i/>
          <w:iCs/>
        </w:rPr>
        <w:t xml:space="preserve">Victor Hugo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"Nevertheless, the Place Maubert is sufficiently large!"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one of the clerks established on the window-sill.</w:t>
      </w:r>
      <w:r>
        <w:br/>
      </w:r>
      <w:r>
        <w:t xml:space="preserve">    (a) not justified or explained as an understandable reaction to another action</w:t>
      </w:r>
      <w:r>
        <w:br/>
      </w:r>
      <w:r>
        <w:t xml:space="preserve">    (b) (verb) drew pictures to accompany  OR  (adjective) accompanied by pictures</w:t>
      </w:r>
      <w:r>
        <w:br/>
      </w:r>
      <w:r>
        <w:t xml:space="preserve">    (c) to insert between other elements; or to interrupt or stop action by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bailiff</w:t>
      </w:r>
      <w:r>
        <w:rPr>
          <w:b/>
          <w:bCs/>
        </w:rPr>
        <w:t xml:space="preserve">'s four sergeants were still there, stiff, motionless, as painted statues.</w:t>
      </w:r>
      <w:r>
        <w:br/>
      </w:r>
      <w:r>
        <w:t xml:space="preserve">    (a) a person who formally does not vote either "yes" or "no"; or who voluntarily doesn't do something -- such as not drinking alcohol</w:t>
      </w:r>
      <w:r>
        <w:br/>
      </w:r>
      <w:r>
        <w:t xml:space="preserve">    (b) math:  the order in which two numbers are added or multiplied does not change their sum or product (2+3=3+2) and (4×7=7×4)</w:t>
      </w:r>
      <w:r>
        <w:br/>
      </w:r>
      <w:r>
        <w:t xml:space="preserve">    (c) court officer responsible for keeping order in the court including custody of the jury, and custody of prisoners while in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meanwhile,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tranquillity</w:t>
      </w:r>
      <w:r>
        <w:rPr>
          <w:b/>
          <w:bCs/>
        </w:rPr>
        <w:t xml:space="preserve"> </w:t>
      </w:r>
      <w:r>
        <w:rPr>
          <w:b/>
          <w:bCs/>
        </w:rPr>
        <w:t xml:space="preserve">had gradually been restored.</w:t>
      </w:r>
      <w:r>
        <w:br/>
      </w:r>
      <w:r>
        <w:t xml:space="preserve">    (a) small quantity or indication</w:t>
      </w:r>
      <w:r>
        <w:br/>
      </w:r>
      <w:r>
        <w:t xml:space="preserve">    (b) reason (for doing something)</w:t>
      </w:r>
      <w:r>
        <w:br/>
      </w:r>
      <w:r>
        <w:t xml:space="preserve">    (c) peace and quiet; or calmness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soon as his illustrious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eminence</w:t>
      </w:r>
      <w:r>
        <w:rPr>
          <w:b/>
          <w:bCs/>
        </w:rPr>
        <w:t xml:space="preserve">, the cardinal, arrives, we will begin.</w:t>
      </w:r>
      <w:r>
        <w:br/>
      </w:r>
      <w:r>
        <w:t xml:space="preserve">    (a) the act of finding fault and telling others; or a description of faults</w:t>
      </w:r>
      <w:r>
        <w:br/>
      </w:r>
      <w:r>
        <w:t xml:space="preserve">    (b) famous, respected, or important within a particular field or profession</w:t>
      </w:r>
      <w:r>
        <w:br/>
      </w:r>
      <w:r>
        <w:t xml:space="preserve">    (c) the process of thinking carefully and making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the costume of Seigneur Jupiter, was very handsome, and contributed not a little towards calming the crowd, by attracting all its attention.</w:t>
      </w:r>
      <w:r>
        <w:br/>
      </w:r>
      <w:r>
        <w:t xml:space="preserve">    (a) even though -- used to connect contrasting ideas</w:t>
      </w:r>
      <w:r>
        <w:br/>
      </w:r>
      <w:r>
        <w:t xml:space="preserve">    (b) in addition to what has just been said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thanked Providence for having sent this happy idea to him; but, as he was preparing to cross the Place, in order to reach the tortuous labyrinth of the city, where meander all those old sister streets,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Rues</w:t>
      </w:r>
      <w:r>
        <w:rPr>
          <w:b/>
          <w:bCs/>
        </w:rPr>
        <w:t xml:space="preserve"> </w:t>
      </w:r>
      <w:r>
        <w:rPr>
          <w:b/>
          <w:bCs/>
        </w:rPr>
        <w:t xml:space="preserve">de la Barillerie, de la Vielle-Draperie, de la Savaterie, de la Juiverie, etc., still extant to-day, with their nine-story houses, he saw the procession of the Pope of the Fools, which was also emerging from the court house, and rushing across the courtyard, with great cries, a great flashing of torches, and the music which belonged to him, Gringoire.</w:t>
      </w:r>
      <w:r>
        <w:br/>
      </w:r>
      <w:r>
        <w:t xml:space="preserve">    (a) feels sadness and regret</w:t>
      </w:r>
      <w:r>
        <w:br/>
      </w:r>
      <w:r>
        <w:t xml:space="preserve">    (b) connections; or connects</w:t>
      </w:r>
      <w:r>
        <w:br/>
      </w:r>
      <w:r>
        <w:t xml:space="preserve">    (c) originates or comes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"Djali," resumed the young girl, emboldened by her growing success, "how preaches Master Jacques Charmolue, procurator to the king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court?"</w:t>
      </w:r>
      <w:r>
        <w:br/>
      </w:r>
      <w:r>
        <w:t xml:space="preserve">    (a) able to take on or adopt</w:t>
      </w:r>
      <w:r>
        <w:br/>
      </w:r>
      <w:r>
        <w:t xml:space="preserve">    (b) the state of being awake</w:t>
      </w:r>
      <w:r>
        <w:br/>
      </w:r>
      <w:r>
        <w:t xml:space="preserve">    (c) associated with a church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no longer the voice of the bald man; it was the voice of a woman, bigoted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</w:t>
      </w:r>
      <w:r>
        <w:rPr>
          <w:b/>
          <w:bCs/>
        </w:rPr>
        <w:t xml:space="preserve">.</w:t>
      </w:r>
      <w:r>
        <w:br/>
      </w:r>
      <w:r>
        <w:t xml:space="preserve">    (a) exceedingly important, serious, or dangerous</w:t>
      </w:r>
      <w:r>
        <w:br/>
      </w:r>
      <w:r>
        <w:t xml:space="preserve">    (b) designed to be useful; or capable of working</w:t>
      </w:r>
      <w:r>
        <w:br/>
      </w:r>
      <w:r>
        <w:t xml:space="preserve">    (c) the intention or desire to see others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 </w:t>
      </w:r>
      <w:r>
        <w:rPr>
          <w:b/>
          <w:bCs/>
        </w:rPr>
        <w:t xml:space="preserve">Quasimodo had hurled himself from the litter, and the women turned aside their eyes in order not to see him tear the archdeacon asunder.</w:t>
      </w:r>
      <w:r>
        <w:br/>
      </w:r>
      <w:r>
        <w:t xml:space="preserve">    (a) intimidating or impressive</w:t>
      </w:r>
      <w:r>
        <w:br/>
      </w:r>
      <w:r>
        <w:t xml:space="preserve">    (b) the quality of being Dutch</w:t>
      </w:r>
      <w:r>
        <w:br/>
      </w:r>
      <w:r>
        <w:t xml:space="preserve">    (c) the quality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was formidable.</w:t>
      </w:r>
      <w:r>
        <w:br/>
      </w:r>
      <w:r>
        <w:t xml:space="preserve">    (a) removal of false belief that something is better than it is; or the disappointment from removal of such a belief</w:t>
      </w:r>
      <w:r>
        <w:br/>
      </w:r>
      <w:r>
        <w:t xml:space="preserve">    (b) a deal where the accused pleads guilty to a lesser crime in return for a lighter punishment or dropped charges</w:t>
      </w:r>
      <w:r>
        <w:br/>
      </w:r>
      <w:r>
        <w:t xml:space="preserve">    (c) to try to persuade, or to criticize in an impassioned and often annoying manner; or a speech with such an intent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"So," said the poet, somewhat disappointed in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hopes.</w:t>
      </w:r>
      <w:r>
        <w:br/>
      </w:r>
      <w:r>
        <w:t xml:space="preserve">    (a) romantic or sexual</w:t>
      </w:r>
      <w:r>
        <w:br/>
      </w:r>
      <w:r>
        <w:t xml:space="preserve">    (b) logical or analytical</w:t>
      </w:r>
      <w:r>
        <w:br/>
      </w:r>
      <w:r>
        <w:t xml:space="preserve">    (c) comprehensive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a mischievous child risked his skin and bones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ineffable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of driving a pin into Quasimodo's hump.</w:t>
      </w:r>
      <w:r>
        <w:br/>
      </w:r>
      <w:r>
        <w:t xml:space="preserve">    (a) working against psychosis (any severe mental disorder in which contact with reality is lost or highly distorted)</w:t>
      </w:r>
      <w:r>
        <w:br/>
      </w:r>
      <w:r>
        <w:t xml:space="preserve">    (b) something that cannot be adequately described with words--perhaps something too wonderful or intense to describe</w:t>
      </w:r>
      <w:r>
        <w:br/>
      </w:r>
      <w:r>
        <w:t xml:space="preserve">    (c) relating to an economic system that abolishes private ownership of property with the goal of a classless society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 </w:t>
      </w:r>
      <w:r>
        <w:rPr>
          <w:b/>
          <w:bCs/>
        </w:rPr>
        <w:t xml:space="preserve">is colossal.</w:t>
      </w:r>
      <w:r>
        <w:br/>
      </w:r>
      <w:r>
        <w:t xml:space="preserve">    (a) a colonnade (series of regularly spaced columns) surrounding a building or enclosing a courtyard</w:t>
      </w:r>
      <w:r>
        <w:br/>
      </w:r>
      <w:r>
        <w:t xml:space="preserve">    (b) building</w:t>
      </w:r>
      <w:r>
        <w:br/>
      </w:r>
      <w:r>
        <w:t xml:space="preserve">    (c) something that encourages something else to happen; or the process of something being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"But," resumed the good Oudarde, "you must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perceived</w:t>
      </w:r>
      <w:r>
        <w:rPr>
          <w:b/>
          <w:bCs/>
        </w:rPr>
        <w:t xml:space="preserve"> </w:t>
      </w:r>
      <w:r>
        <w:rPr>
          <w:b/>
          <w:bCs/>
        </w:rPr>
        <w:t xml:space="preserve">to some extent, that yesterday was a festival."</w:t>
      </w:r>
      <w:r>
        <w:br/>
      </w:r>
      <w:r>
        <w:t xml:space="preserve">    (a) lied in such a way as to damage the reputation of another</w:t>
      </w:r>
      <w:r>
        <w:br/>
      </w:r>
      <w:r>
        <w:t xml:space="preserve">    (b) seen in a certain way so as to form a belief or opinion</w:t>
      </w:r>
      <w:r>
        <w:br/>
      </w:r>
      <w:r>
        <w:t xml:space="preserve">    (c) made a decision or voiced an opinion by formal group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 plunged into the side aisles,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perceived</w:t>
      </w:r>
      <w:r>
        <w:rPr>
          <w:b/>
          <w:bCs/>
        </w:rPr>
        <w:t xml:space="preserve"> </w:t>
      </w:r>
      <w:r>
        <w:rPr>
          <w:b/>
          <w:bCs/>
        </w:rPr>
        <w:t xml:space="preserve">a reddish light behind a cluster of pillars.</w:t>
      </w:r>
      <w:r>
        <w:br/>
      </w:r>
      <w:r>
        <w:t xml:space="preserve">    (a) saw</w:t>
      </w:r>
      <w:r>
        <w:br/>
      </w:r>
      <w:r>
        <w:t xml:space="preserve">    (b) said indirectly</w:t>
      </w:r>
      <w:r>
        <w:br/>
      </w:r>
      <w:r>
        <w:t xml:space="preserve">    (c) greatly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listened to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tenderness.</w:t>
      </w:r>
      <w:r>
        <w:br/>
      </w:r>
      <w:r>
        <w:t xml:space="preserve">    (a) of greatest intensity or emotional depth</w:t>
      </w:r>
      <w:r>
        <w:br/>
      </w:r>
      <w:r>
        <w:t xml:space="preserve">    (b) without a tendency to be full of thought</w:t>
      </w:r>
      <w:r>
        <w:br/>
      </w:r>
      <w:r>
        <w:t xml:space="preserve">    (c) lacking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added with the air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thinker, "One is indebted sometimes to fortune, sometimes to ruse, for the happy issue of great enterprises."</w:t>
      </w:r>
      <w:r>
        <w:br/>
      </w:r>
      <w:r>
        <w:t xml:space="preserve">    (a) quick or efficient</w:t>
      </w:r>
      <w:r>
        <w:br/>
      </w:r>
      <w:r>
        <w:t xml:space="preserve">    (b) foolish or showing ignorance of important circumstances</w:t>
      </w:r>
      <w:r>
        <w:br/>
      </w:r>
      <w:r>
        <w:t xml:space="preserve">    (c) deep or far-reaching in intellect or insight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gusts of the north wind do not make the traveler lay aside his cloak;</w:t>
      </w:r>
      <w:r>
        <w:br/>
      </w:r>
      <w:r>
        <w:t xml:space="preserve">    (a) sudden and unpredictable</w:t>
      </w:r>
      <w:r>
        <w:br/>
      </w:r>
      <w:r>
        <w:t xml:space="preserve">    (b) tending to have exceedingly unfavorable opinions</w:t>
      </w:r>
      <w:r>
        <w:br/>
      </w:r>
      <w:r>
        <w:t xml:space="preserve">    (c) most important; or person that is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house, which is simple and thoroughly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bourgeois</w:t>
      </w:r>
      <w:r>
        <w:br/>
      </w:r>
      <w:r>
        <w:t xml:space="preserve">    (a) speaks with someone about something for the first time</w:t>
      </w:r>
      <w:r>
        <w:br/>
      </w:r>
      <w:r>
        <w:t xml:space="preserve">    (b) the act of protecting something or keeping it as it is</w:t>
      </w:r>
      <w:r>
        <w:br/>
      </w:r>
      <w:r>
        <w:t xml:space="preserve">    (c) typical of the middle class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 girl had recognized the spiteful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someone who believes that all knowledge is derived from experience</w:t>
      </w:r>
      <w:r>
        <w:br/>
      </w:r>
      <w:r>
        <w:t xml:space="preserve">    (b) a person who has withdrawn from society (avoids contact with others)</w:t>
      </w:r>
      <w:r>
        <w:br/>
      </w:r>
      <w:r>
        <w:t xml:space="preserve">    (c) a place where conditions are kept as they were to protect wildlife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2026-07-31T15:25:18Z</dcterms:created>
  <dcterms:modified xsi:type="dcterms:W3CDTF">2026-07-31T15:25:18Z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