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1771d96ec7b6dba3e1c44f6e39da0d4648294c"/>
    <w:p>
      <w:pPr>
        <w:pStyle w:val="Heading1"/>
      </w:pPr>
      <w:r>
        <w:rPr>
          <w:b/>
          <w:bCs/>
        </w:rPr>
        <w:t xml:space="preserve">The Hunchback of Notre Dame</w:t>
      </w:r>
      <w:r>
        <w:br/>
      </w:r>
      <w:r>
        <w:rPr>
          <w:i/>
          <w:iCs/>
        </w:rPr>
        <w:t xml:space="preserve">Victor Hugo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Down with the six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theologians</w:t>
      </w:r>
      <w:r>
        <w:rPr>
          <w:b/>
          <w:bCs/>
        </w:rPr>
        <w:t xml:space="preserve">, with their white surplices!</w:t>
      </w:r>
      <w:r>
        <w:br/>
      </w:r>
      <w:r>
        <w:t xml:space="preserve">    (a) speaks with someone about something for the first time</w:t>
      </w:r>
      <w:r>
        <w:br/>
      </w:r>
      <w:r>
        <w:t xml:space="preserve">    (b) people who are learned in the study of God or religion</w:t>
      </w:r>
      <w:r>
        <w:br/>
      </w:r>
      <w:r>
        <w:t xml:space="preserve">    (c) periods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at once, in the very middle of a quarrel between Mademoiselle Merchandise and Madame Nobility, at the moment when Monsieur Labor was giving utterance to this wonderful line,— In forest ne'er was seen a more triumphant beast; the door of the reserved gallery which had hitherto remained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inopportunely</w:t>
      </w:r>
      <w:r>
        <w:rPr>
          <w:b/>
          <w:bCs/>
        </w:rPr>
        <w:t xml:space="preserve"> </w:t>
      </w:r>
      <w:r>
        <w:rPr>
          <w:b/>
          <w:bCs/>
        </w:rPr>
        <w:t xml:space="preserve">closed, opened still more inopportunely; and the ringing voice of the usher announced abruptly, "His eminence, Monseigneur the Cardinal de Bourbon."</w:t>
      </w:r>
      <w:r>
        <w:br/>
      </w:r>
      <w:r>
        <w:t xml:space="preserve">    (a) with bad circumstances for a particular purpose -- especially the circumstance of timing</w:t>
      </w:r>
      <w:r>
        <w:br/>
      </w:r>
      <w:r>
        <w:t xml:space="preserve">    (b) adequately (in a manner that provides enough -- often without being more than is needed)</w:t>
      </w:r>
      <w:r>
        <w:br/>
      </w:r>
      <w:r>
        <w:t xml:space="preserve">    (c) in a manner that relates to questions that cannot be answered with the scientific method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Quite a different annoyance suddenly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assailed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to attack or cause trouble</w:t>
      </w:r>
      <w:r>
        <w:br/>
      </w:r>
      <w:r>
        <w:t xml:space="preserve">    (b) limited or with boundaries</w:t>
      </w:r>
      <w:r>
        <w:br/>
      </w:r>
      <w:r>
        <w:t xml:space="preserve">    (c) gradually added or removed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true that it appears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to you; and it is very natural, for you bourgeois are not accustomed to it.</w:t>
      </w:r>
      <w:r>
        <w:br/>
      </w:r>
      <w:r>
        <w:t xml:space="preserve">    (a) related to</w:t>
      </w:r>
      <w:r>
        <w:br/>
      </w:r>
      <w:r>
        <w:t xml:space="preserve">    (b) disgusting</w:t>
      </w:r>
      <w:r>
        <w:br/>
      </w:r>
      <w:r>
        <w:t xml:space="preserve">    (c)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not a clerk of the court, and I shall not go to law with you for thus carrying a dagger in Paris, in the teeth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ordinances</w:t>
      </w:r>
      <w:r>
        <w:rPr>
          <w:b/>
          <w:bCs/>
        </w:rPr>
        <w:t xml:space="preserve"> </w:t>
      </w:r>
      <w:r>
        <w:rPr>
          <w:b/>
          <w:bCs/>
        </w:rPr>
        <w:t xml:space="preserve">and prohibitions of M. the Provost.</w:t>
      </w:r>
      <w:r>
        <w:br/>
      </w:r>
      <w:r>
        <w:t xml:space="preserve">    (a) a rule or law -- typically enacted by city government</w:t>
      </w:r>
      <w:r>
        <w:br/>
      </w:r>
      <w:r>
        <w:t xml:space="preserve">    (b) bands of inelastic tissue connecting a muscle to bone</w:t>
      </w:r>
      <w:r>
        <w:br/>
      </w:r>
      <w:r>
        <w:t xml:space="preserve">    (c) acts or processes of stopped something from happening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Three important things are to-day lacking in that façade: in the first place, the staircase of eleven steps which formerly raised it above the soil; next, the lower series of statues which occupied the niches of the three portals; and lastly the upper series, of the twenty-eight most ancient kings of France,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garnished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gallery of the first story, beginning with Childebert, and ending with Phillip Augustus, holding in his hand "the imperial apple."</w:t>
      </w:r>
      <w:r>
        <w:br/>
      </w:r>
      <w:r>
        <w:t xml:space="preserve">    (a) began fighting again</w:t>
      </w:r>
      <w:r>
        <w:br/>
      </w:r>
      <w:r>
        <w:t xml:space="preserve">    (b) decorated or adorned</w:t>
      </w:r>
      <w:r>
        <w:br/>
      </w:r>
      <w:r>
        <w:t xml:space="preserve">    (c) took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regular devil, and a very disorderly one, who made Dom Claude scowl; but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and very subtle, which made the big brother smile.</w:t>
      </w:r>
      <w:r>
        <w:br/>
      </w:r>
      <w:r>
        <w:t xml:space="preserve">    (a) comical in an unusual way</w:t>
      </w:r>
      <w:r>
        <w:br/>
      </w:r>
      <w:r>
        <w:t xml:space="preserve">    (b) not tending to find fault</w:t>
      </w:r>
      <w:r>
        <w:br/>
      </w:r>
      <w:r>
        <w:t xml:space="preserve">    (c)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it was said, a thing quite horrible in a boy of sixteen, that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often extended as far as the Rue de Glatigny.</w:t>
      </w:r>
      <w:r>
        <w:br/>
      </w:r>
      <w:r>
        <w:t xml:space="preserve">    (a) involvement in or the suggestion that someone was involved</w:t>
      </w:r>
      <w:r>
        <w:br/>
      </w:r>
      <w:r>
        <w:t xml:space="preserve">    (b) of Norway, Sweden, Denmark and sometimes Finland &amp; Iceland</w:t>
      </w:r>
      <w:r>
        <w:br/>
      </w:r>
      <w:r>
        <w:t xml:space="preserve">    (c) excessive indulgence in things like alcohol, drugs, or sex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again the archdeacon had protested, objecting that the ordinance of the legate, which dated back to 1207,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anterior</w:t>
      </w:r>
      <w:r>
        <w:rPr>
          <w:b/>
          <w:bCs/>
        </w:rPr>
        <w:t xml:space="preserve"> </w:t>
      </w:r>
      <w:r>
        <w:rPr>
          <w:b/>
          <w:bCs/>
        </w:rPr>
        <w:t xml:space="preserve">by a hundred and twenty-seven years to the Black Book, and consequently was abrogated in fact by it.</w:t>
      </w:r>
      <w:r>
        <w:br/>
      </w:r>
      <w:r>
        <w:t xml:space="preserve">    (a) the front part; or font of the body, or earlier in time</w:t>
      </w:r>
      <w:r>
        <w:br/>
      </w:r>
      <w:r>
        <w:t xml:space="preserve">    (b) the characteristic of bouncing back light/heat/sound...</w:t>
      </w:r>
      <w:r>
        <w:br/>
      </w:r>
      <w:r>
        <w:t xml:space="preserve">    (c) power or responsibility that can be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Everywhere upon its surface, art causes its arabesques, rosettes, and laces to thrive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luxuriantly</w:t>
      </w:r>
      <w:r>
        <w:rPr>
          <w:b/>
          <w:bCs/>
        </w:rPr>
        <w:t xml:space="preserve"> </w:t>
      </w:r>
      <w:r>
        <w:rPr>
          <w:b/>
          <w:bCs/>
        </w:rPr>
        <w:t xml:space="preserve">before the eyes.</w:t>
      </w:r>
      <w:r>
        <w:br/>
      </w:r>
      <w:r>
        <w:t xml:space="preserve">    (a) in a manner not appearing dangerous, but actually very harmful over time  OR  treacherously  (in a dangerous manner due to trickery or from hidden or unpredictable risks)</w:t>
      </w:r>
      <w:r>
        <w:br/>
      </w:r>
      <w:r>
        <w:t xml:space="preserve">    (b) in a manner that is related to relating to existentialism -- a philosophical movement that assumes each person is free to determine what is essential in their existence</w:t>
      </w:r>
      <w:r>
        <w:br/>
      </w:r>
      <w:r>
        <w:t xml:space="preserve">    (c) characterized by growing well or being richly thick or abundant -- as of vegetation or hair</w:t>
      </w:r>
      <w:r>
        <w:br/>
      </w:r>
      <w:r>
        <w:br/>
      </w:r>
      <w:r>
        <w:t xml:space="preserve">or (more rarely):</w:t>
      </w:r>
      <w:r>
        <w:br/>
      </w:r>
      <w:r>
        <w:br/>
      </w:r>
      <w:r>
        <w:t xml:space="preserve">characterized by luxury (very comfortable or extravagant)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coquettes</w:t>
      </w:r>
      <w:r>
        <w:rPr>
          <w:b/>
          <w:bCs/>
        </w:rPr>
        <w:t xml:space="preserve">!</w:t>
      </w:r>
      <w:r>
        <w:br/>
      </w:r>
      <w:r>
        <w:t xml:space="preserve">    (a) differs notably in brightness or tone; or differences in brightness or tone</w:t>
      </w:r>
      <w:r>
        <w:br/>
      </w:r>
      <w:r>
        <w:t xml:space="preserve">    (b) argues -- typically over unimportant things; or instances of such arguments</w:t>
      </w:r>
      <w:r>
        <w:br/>
      </w:r>
      <w:r>
        <w:t xml:space="preserve">    (c) women who are casually playful in a way that arouses sexual interest of men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true that the clergy did not like to have them empty, since that implied lukewarmness in believers, and that lepers were put into them when there were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penitents</w:t>
      </w:r>
      <w:r>
        <w:rPr>
          <w:b/>
          <w:bCs/>
        </w:rPr>
        <w:t xml:space="preserve"> </w:t>
      </w:r>
      <w:r>
        <w:rPr>
          <w:b/>
          <w:bCs/>
        </w:rPr>
        <w:t xml:space="preserve">on hand.</w:t>
      </w:r>
      <w:r>
        <w:br/>
      </w:r>
      <w:r>
        <w:t xml:space="preserve">    (a) people expressing sorrow for having done wrong</w:t>
      </w:r>
      <w:r>
        <w:br/>
      </w:r>
      <w:r>
        <w:t xml:space="preserve">    (b) processes of controlling (how things turn out)</w:t>
      </w:r>
      <w:r>
        <w:br/>
      </w:r>
      <w:r>
        <w:t xml:space="preserve">    (c) shortages (amounts that are less than desired)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Hence, the "public prosecution" satisfied, as the bigwigs of the law still express it 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, the turn came of a thousand private vengeances.</w:t>
      </w:r>
      <w:r>
        <w:br/>
      </w:r>
      <w:r>
        <w:t xml:space="preserve">    (a) specialized vocabulary</w:t>
      </w:r>
      <w:r>
        <w:br/>
      </w:r>
      <w:r>
        <w:t xml:space="preserve">    (b) mirror back (an image)</w:t>
      </w:r>
      <w:r>
        <w:br/>
      </w:r>
      <w:r>
        <w:t xml:space="preserve">    (c) create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must also be stated that if a charitable soul of a bourgeois or ~bourgeoise~, in the rabble, had attempted to carry a glass of water to that wretched creature in torment, there reigned around the infamous steps of the pillory such a prejudice of shame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ignominy</w:t>
      </w:r>
      <w:r>
        <w:rPr>
          <w:b/>
          <w:bCs/>
        </w:rPr>
        <w:t xml:space="preserve">, that it would have sufficed to repulse the good Samaritan.</w:t>
      </w:r>
      <w:r>
        <w:br/>
      </w:r>
      <w:r>
        <w:t xml:space="preserve">    (a) size or dimension</w:t>
      </w:r>
      <w:r>
        <w:br/>
      </w:r>
      <w:r>
        <w:t xml:space="preserve">    (b) circular movement</w:t>
      </w:r>
      <w:r>
        <w:br/>
      </w:r>
      <w:r>
        <w:t xml:space="preserve">    (c) shame or disgrace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Fleur-de-Lys replied to the captain with a bland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disdain;—"Not bad."</w:t>
      </w:r>
      <w:r>
        <w:br/>
      </w:r>
      <w:r>
        <w:t xml:space="preserve">    (a) behaving in an artificial way to make an impression</w:t>
      </w:r>
      <w:r>
        <w:br/>
      </w:r>
      <w:r>
        <w:t xml:space="preserve">    (b) collection of star systems held together by gravity</w:t>
      </w:r>
      <w:r>
        <w:br/>
      </w:r>
      <w:r>
        <w:t xml:space="preserve">    (c) a particular way of seeing or thinking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at once his deep-set eye assumed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and penetrating an expression, that Gringoire felt himself, so to speak, searched to the bottom of the soul by that glance.</w:t>
      </w:r>
      <w:r>
        <w:br/>
      </w:r>
      <w:r>
        <w:t xml:space="preserve">    (a) city</w:t>
      </w:r>
      <w:r>
        <w:br/>
      </w:r>
      <w:r>
        <w:t xml:space="preserve">    (b) wise</w:t>
      </w:r>
      <w:r>
        <w:br/>
      </w:r>
      <w:r>
        <w:t xml:space="preserve">    (c)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Latin tongue is hardly understood, Syriac is unknown, Greek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that 'tis accounted no ignorance in the most learned to skip a Greek word without reading it, and to say, '~Groecum est non legitur~.'</w:t>
      </w:r>
      <w:r>
        <w:br/>
      </w:r>
      <w:r>
        <w:t xml:space="preserve">    (a) extremely unpleasant, disgusting, dislikable, or worthy of hate</w:t>
      </w:r>
      <w:r>
        <w:br/>
      </w:r>
      <w:r>
        <w:t xml:space="preserve">    (b) the degree to which something is able to change or is different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all events, I hoped that a new impression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</w:t>
      </w:r>
      <w:r>
        <w:rPr>
          <w:b/>
          <w:bCs/>
        </w:rPr>
        <w:t xml:space="preserve"> </w:t>
      </w:r>
      <w:r>
        <w:rPr>
          <w:b/>
          <w:bCs/>
        </w:rPr>
        <w:t xml:space="preserve">the first, and the first had become insupportable.</w:t>
      </w:r>
      <w:r>
        <w:br/>
      </w:r>
      <w:r>
        <w:t xml:space="preserve">    (a) to think carefully and make a judgment about</w:t>
      </w:r>
      <w:r>
        <w:br/>
      </w:r>
      <w:r>
        <w:t xml:space="preserve">    (b) move out of an interacting position; or stop</w:t>
      </w:r>
      <w:r>
        <w:br/>
      </w:r>
      <w:r>
        <w:t xml:space="preserve">    (c) remove completely from recognition or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scaffolding of feudal jurisdictions remained standing; an immense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of bailiwicks and seignories crossing each other all over the city, interfering with each other, entangled in one another, enmeshing each other, trespassing on each other; a useless thicket of watches, sub-watches and counter-watches, over which, with armed force, passed brigandage, rapine, and sedition.</w:t>
      </w:r>
      <w:r>
        <w:br/>
      </w:r>
      <w:r>
        <w:t xml:space="preserve">    (a) the state of not being in danger of suffering from something</w:t>
      </w:r>
      <w:r>
        <w:br/>
      </w:r>
      <w:r>
        <w:t xml:space="preserve">    (b) a combination of different, but related quantities or things</w:t>
      </w:r>
      <w:r>
        <w:br/>
      </w:r>
      <w:r>
        <w:t xml:space="preserve">    (c) tile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at once, a hundred torches, the light of which glittered upon the helmets of men at arms, spread over the church at all heights, on the towers, on the galleries,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flying buttresses</w:t>
      </w:r>
      <w:r>
        <w:rPr>
          <w:b/>
          <w:bCs/>
        </w:rPr>
        <w:t xml:space="preserve">.</w:t>
      </w:r>
      <w:r>
        <w:br/>
      </w:r>
      <w:r>
        <w:t xml:space="preserve">    (a) arches or half-arches that transfer thrust from an upper part of a wall to a lower support</w:t>
      </w:r>
      <w:r>
        <w:br/>
      </w:r>
      <w:r>
        <w:t xml:space="preserve">    (b) the science related to DNA sequences or units of heredity that influence biological traits</w:t>
      </w:r>
      <w:r>
        <w:br/>
      </w:r>
      <w:r>
        <w:t xml:space="preserve">    (c) streaks of light in the sky caused by small space rocks burning up in Earth’s atmosphere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2026-07-31T15:25:18Z</dcterms:created>
  <dcterms:modified xsi:type="dcterms:W3CDTF">2026-07-31T15:25:18Z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