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ac9df53b52f8f7e3b4de2025275c5924e1563b"/>
    <w:p>
      <w:pPr>
        <w:pStyle w:val="Heading1"/>
      </w:pPr>
      <w:r>
        <w:rPr>
          <w:b/>
          <w:bCs/>
        </w:rPr>
        <w:t xml:space="preserve">The House on Mango Street</w:t>
      </w:r>
      <w:r>
        <w:br/>
      </w:r>
      <w:r>
        <w:rPr>
          <w:i/>
          <w:iCs/>
        </w:rPr>
        <w:t xml:space="preserve">Sandra Cisneros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anyone think of a better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?</w:t>
      </w:r>
      <w:r>
        <w:br/>
      </w:r>
      <w:r>
        <w:t xml:space="preserve">    (a) possibility</w:t>
      </w:r>
      <w:r>
        <w:br/>
      </w:r>
      <w:r>
        <w:t xml:space="preserve">    (b) job</w:t>
      </w:r>
      <w:r>
        <w:br/>
      </w:r>
      <w:r>
        <w:t xml:space="preserve">    (c)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mother is careful about how she eats because 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anemic</w:t>
      </w:r>
      <w:r>
        <w:rPr>
          <w:b/>
          <w:bCs/>
        </w:rPr>
        <w:t xml:space="preserve">.</w:t>
      </w:r>
      <w:r>
        <w:br/>
      </w:r>
      <w:r>
        <w:t xml:space="preserve">    (a) with blood pressure too high</w:t>
      </w:r>
      <w:r>
        <w:br/>
      </w:r>
      <w:r>
        <w:t xml:space="preserve">    (b) with too few red blood cells</w:t>
      </w:r>
      <w:r>
        <w:br/>
      </w:r>
      <w:r>
        <w:t xml:space="preserve">    (c) with too much cholesterol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anthology</w:t>
      </w:r>
      <w:r>
        <w:rPr>
          <w:b/>
          <w:bCs/>
        </w:rPr>
        <w:t xml:space="preserve"> </w:t>
      </w:r>
      <w:r>
        <w:rPr>
          <w:b/>
          <w:bCs/>
        </w:rPr>
        <w:t xml:space="preserve">of classic American literature.</w:t>
      </w:r>
      <w:r>
        <w:br/>
      </w:r>
      <w:r>
        <w:t xml:space="preserve">    (a) collection of literary works</w:t>
      </w:r>
      <w:r>
        <w:br/>
      </w:r>
      <w:r>
        <w:t xml:space="preserve">    (b) biography of famous authors</w:t>
      </w:r>
      <w:r>
        <w:br/>
      </w:r>
      <w:r>
        <w:t xml:space="preserve">    (c) summary of historical events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she was still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apprentice</w:t>
      </w:r>
      <w:r>
        <w:rPr>
          <w:b/>
          <w:bCs/>
        </w:rPr>
        <w:t xml:space="preserve">, Clara already had a natural talent for woodworking and carved beautiful details into her projects.</w:t>
      </w:r>
      <w:r>
        <w:br/>
      </w:r>
      <w:r>
        <w:t xml:space="preserve">    (a) employee with seniority</w:t>
      </w:r>
      <w:r>
        <w:br/>
      </w:r>
      <w:r>
        <w:t xml:space="preserve">    (b) learner on the job</w:t>
      </w:r>
      <w:r>
        <w:br/>
      </w:r>
      <w:r>
        <w:t xml:space="preserve">    (c) licensed professional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soprano's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aria</w:t>
      </w:r>
      <w:r>
        <w:rPr>
          <w:b/>
          <w:bCs/>
        </w:rPr>
        <w:t xml:space="preserve"> </w:t>
      </w:r>
      <w:r>
        <w:rPr>
          <w:b/>
          <w:bCs/>
        </w:rPr>
        <w:t xml:space="preserve">moved the entire audience to tears.</w:t>
      </w:r>
      <w:r>
        <w:br/>
      </w:r>
      <w:r>
        <w:t xml:space="preserve">    (a) operatic solo</w:t>
      </w:r>
      <w:r>
        <w:br/>
      </w:r>
      <w:r>
        <w:t xml:space="preserve">    (b) stage costume</w:t>
      </w:r>
      <w:r>
        <w:br/>
      </w:r>
      <w:r>
        <w:t xml:space="preserve">    (c) ballet routine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baby's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baptism</w:t>
      </w:r>
      <w:r>
        <w:rPr>
          <w:b/>
          <w:bCs/>
        </w:rPr>
        <w:t xml:space="preserve"> </w:t>
      </w:r>
      <w:r>
        <w:rPr>
          <w:b/>
          <w:bCs/>
        </w:rPr>
        <w:t xml:space="preserve">took place at the local church on Sunday.</w:t>
      </w:r>
      <w:r>
        <w:br/>
      </w:r>
      <w:r>
        <w:t xml:space="preserve">    (a) doctor's appointment</w:t>
      </w:r>
      <w:r>
        <w:br/>
      </w:r>
      <w:r>
        <w:t xml:space="preserve">    (b) religious ceremony</w:t>
      </w:r>
      <w:r>
        <w:br/>
      </w:r>
      <w:r>
        <w:t xml:space="preserve">    (c) first birthday party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bushels</w:t>
      </w:r>
      <w:r>
        <w:rPr>
          <w:b/>
          <w:bCs/>
        </w:rPr>
        <w:t xml:space="preserve"> </w:t>
      </w:r>
      <w:r>
        <w:rPr>
          <w:b/>
          <w:bCs/>
        </w:rPr>
        <w:t xml:space="preserve">of fun.</w:t>
      </w:r>
      <w:r>
        <w:br/>
      </w:r>
      <w:r>
        <w:t xml:space="preserve">    (a) shared by everyone</w:t>
      </w:r>
      <w:r>
        <w:br/>
      </w:r>
      <w:r>
        <w:t xml:space="preserve">    (b) measured in hours</w:t>
      </w:r>
      <w:r>
        <w:br/>
      </w:r>
      <w:r>
        <w:t xml:space="preserve">    (c) a large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museum displayed a stunning replica of jewelry worn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Cleopatra</w:t>
      </w:r>
      <w:r>
        <w:rPr>
          <w:b/>
          <w:bCs/>
        </w:rPr>
        <w:t xml:space="preserve">.</w:t>
      </w:r>
      <w:r>
        <w:br/>
      </w:r>
      <w:r>
        <w:t xml:space="preserve">    (a) last Pharaoh of ancient Egypt</w:t>
      </w:r>
      <w:r>
        <w:br/>
      </w:r>
      <w:r>
        <w:t xml:space="preserve">    (b) famous 18th century French revolutionary</w:t>
      </w:r>
      <w:r>
        <w:br/>
      </w:r>
      <w:r>
        <w:t xml:space="preserve">    (c) powerful 16th century queen of England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two authors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collaborate</w:t>
      </w:r>
      <w:r>
        <w:rPr>
          <w:b/>
          <w:bCs/>
        </w:rPr>
        <w:t xml:space="preserve"> </w:t>
      </w:r>
      <w:r>
        <w:rPr>
          <w:b/>
          <w:bCs/>
        </w:rPr>
        <w:t xml:space="preserve">on a new novel every other year.</w:t>
      </w:r>
      <w:r>
        <w:br/>
      </w:r>
      <w:r>
        <w:t xml:space="preserve">    (a) argue bitterly</w:t>
      </w:r>
      <w:r>
        <w:br/>
      </w:r>
      <w:r>
        <w:t xml:space="preserve">    (b) work together</w:t>
      </w:r>
      <w:r>
        <w:br/>
      </w:r>
      <w:r>
        <w:t xml:space="preserve">    (c) compete fiercely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Rembrandt is my favorite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Dutch</w:t>
      </w:r>
      <w:r>
        <w:rPr>
          <w:b/>
          <w:bCs/>
        </w:rPr>
        <w:t xml:space="preserve"> </w:t>
      </w:r>
      <w:r>
        <w:rPr>
          <w:b/>
          <w:bCs/>
        </w:rPr>
        <w:t xml:space="preserve">painter.</w:t>
      </w:r>
      <w:r>
        <w:br/>
      </w:r>
      <w:r>
        <w:t xml:space="preserve">    (a) of The Netherlands</w:t>
      </w:r>
      <w:r>
        <w:br/>
      </w:r>
      <w:r>
        <w:t xml:space="preserve">    (b) of Sweden</w:t>
      </w:r>
      <w:r>
        <w:br/>
      </w:r>
      <w:r>
        <w:t xml:space="preserve">    (c) of northern Europe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university's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endowment</w:t>
      </w:r>
      <w:r>
        <w:rPr>
          <w:b/>
          <w:bCs/>
        </w:rPr>
        <w:t xml:space="preserve"> </w:t>
      </w:r>
      <w:r>
        <w:rPr>
          <w:b/>
          <w:bCs/>
        </w:rPr>
        <w:t xml:space="preserve">grew significantly thanks to alumni donations.</w:t>
      </w:r>
      <w:r>
        <w:br/>
      </w:r>
      <w:r>
        <w:t xml:space="preserve">    (a) invested funds</w:t>
      </w:r>
      <w:r>
        <w:br/>
      </w:r>
      <w:r>
        <w:t xml:space="preserve">    (b) student debt</w:t>
      </w:r>
      <w:r>
        <w:br/>
      </w:r>
      <w:r>
        <w:t xml:space="preserve">    (c) yearly expenses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Jazz is her favorite musical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genre</w:t>
      </w:r>
      <w:r>
        <w:rPr>
          <w:b/>
          <w:bCs/>
        </w:rPr>
        <w:t xml:space="preserve">.</w:t>
      </w:r>
      <w:r>
        <w:br/>
      </w:r>
      <w:r>
        <w:t xml:space="preserve">    (a) instrument</w:t>
      </w:r>
      <w:r>
        <w:br/>
      </w:r>
      <w:r>
        <w:t xml:space="preserve">    (b) origin</w:t>
      </w:r>
      <w:r>
        <w:br/>
      </w:r>
      <w:r>
        <w:t xml:space="preserve">    (c) style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chose a hotel room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kitchenette</w:t>
      </w:r>
      <w:r>
        <w:rPr>
          <w:b/>
          <w:bCs/>
        </w:rPr>
        <w:t xml:space="preserve"> </w:t>
      </w:r>
      <w:r>
        <w:rPr>
          <w:b/>
          <w:bCs/>
        </w:rPr>
        <w:t xml:space="preserve">so we could prepare simple breakfasts and store snacks during our week-long stay in the city.</w:t>
      </w:r>
      <w:r>
        <w:br/>
      </w:r>
      <w:r>
        <w:t xml:space="preserve">    (a) small kitchen</w:t>
      </w:r>
      <w:r>
        <w:br/>
      </w:r>
      <w:r>
        <w:t xml:space="preserve">    (b) snack bar</w:t>
      </w:r>
      <w:r>
        <w:br/>
      </w:r>
      <w:r>
        <w:t xml:space="preserve">    (c) vending machine area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Malcolm X</w:t>
      </w:r>
      <w:r>
        <w:rPr>
          <w:b/>
          <w:bCs/>
        </w:rPr>
        <w:t xml:space="preserve"> </w:t>
      </w:r>
      <w:r>
        <w:rPr>
          <w:b/>
          <w:bCs/>
        </w:rPr>
        <w:t xml:space="preserve">criticized Martin Luther King Jr. and the mainstream civil rights movement for its emphasis on nonviolence and racial integration.</w:t>
      </w:r>
      <w:r>
        <w:br/>
      </w:r>
      <w:r>
        <w:t xml:space="preserve">    (a) popular politician and orator</w:t>
      </w:r>
      <w:r>
        <w:br/>
      </w:r>
      <w:r>
        <w:t xml:space="preserve">    (b) famous newspaper reporter</w:t>
      </w:r>
      <w:r>
        <w:br/>
      </w:r>
      <w:r>
        <w:t xml:space="preserve">    (c) militant civil rights leader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inherited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, but seldom visits it.</w:t>
      </w:r>
      <w:r>
        <w:br/>
      </w:r>
      <w:r>
        <w:t xml:space="preserve">    (a) large house</w:t>
      </w:r>
      <w:r>
        <w:br/>
      </w:r>
      <w:r>
        <w:t xml:space="preserve">    (b) castle</w:t>
      </w:r>
      <w:r>
        <w:br/>
      </w:r>
      <w:r>
        <w:t xml:space="preserve">    (c) palace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monogram</w:t>
      </w:r>
      <w:r>
        <w:rPr>
          <w:b/>
          <w:bCs/>
        </w:rPr>
        <w:t xml:space="preserve"> </w:t>
      </w:r>
      <w:r>
        <w:rPr>
          <w:b/>
          <w:bCs/>
        </w:rPr>
        <w:t xml:space="preserve">embroidered on each of his dress shirts.</w:t>
      </w:r>
      <w:r>
        <w:br/>
      </w:r>
      <w:r>
        <w:t xml:space="preserve">    (a) fabric label</w:t>
      </w:r>
      <w:r>
        <w:br/>
      </w:r>
      <w:r>
        <w:t xml:space="preserve">    (b) design with initials</w:t>
      </w:r>
      <w:r>
        <w:br/>
      </w:r>
      <w:r>
        <w:t xml:space="preserve">    (c) decorative stripe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school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notify</w:t>
      </w:r>
      <w:r>
        <w:rPr>
          <w:b/>
          <w:bCs/>
        </w:rPr>
        <w:t xml:space="preserve"> </w:t>
      </w:r>
      <w:r>
        <w:rPr>
          <w:b/>
          <w:bCs/>
        </w:rPr>
        <w:t xml:space="preserve">parents if the schedule changes.</w:t>
      </w:r>
      <w:r>
        <w:br/>
      </w:r>
      <w:r>
        <w:t xml:space="preserve">    (a) inform</w:t>
      </w:r>
      <w:r>
        <w:br/>
      </w:r>
      <w:r>
        <w:t xml:space="preserve">    (b) ignore</w:t>
      </w:r>
      <w:r>
        <w:br/>
      </w:r>
      <w:r>
        <w:t xml:space="preserve">    (c) punish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We're going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opera</w:t>
      </w:r>
      <w:r>
        <w:rPr>
          <w:b/>
          <w:bCs/>
        </w:rPr>
        <w:t xml:space="preserve"> </w:t>
      </w:r>
      <w:r>
        <w:rPr>
          <w:b/>
          <w:bCs/>
        </w:rPr>
        <w:t xml:space="preserve">this evening.</w:t>
      </w:r>
      <w:r>
        <w:br/>
      </w:r>
      <w:r>
        <w:t xml:space="preserve">    (a) musical theater performance</w:t>
      </w:r>
      <w:r>
        <w:br/>
      </w:r>
      <w:r>
        <w:t xml:space="preserve">    (b) outdoor sporting event</w:t>
      </w:r>
      <w:r>
        <w:br/>
      </w:r>
      <w:r>
        <w:t xml:space="preserve">    (c) casual dinner gathering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lawyer's argument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succinct</w:t>
      </w:r>
      <w:r>
        <w:rPr>
          <w:b/>
          <w:bCs/>
        </w:rPr>
        <w:t xml:space="preserve"> </w:t>
      </w:r>
      <w:r>
        <w:rPr>
          <w:b/>
          <w:bCs/>
        </w:rPr>
        <w:t xml:space="preserve">and persuasive.</w:t>
      </w:r>
      <w:r>
        <w:br/>
      </w:r>
      <w:r>
        <w:t xml:space="preserve">    (a) using expansive vocabulary</w:t>
      </w:r>
      <w:r>
        <w:br/>
      </w:r>
      <w:r>
        <w:t xml:space="preserve">    (b) clear and concise</w:t>
      </w:r>
      <w:r>
        <w:br/>
      </w:r>
      <w:r>
        <w:t xml:space="preserve">    (c) long and in-depth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thesis</w:t>
      </w:r>
      <w:r>
        <w:rPr>
          <w:b/>
          <w:bCs/>
        </w:rPr>
        <w:t xml:space="preserve"> </w:t>
      </w:r>
      <w:r>
        <w:rPr>
          <w:b/>
          <w:bCs/>
        </w:rPr>
        <w:t xml:space="preserve">studies how social media has made the country more divisive.</w:t>
      </w:r>
      <w:r>
        <w:br/>
      </w:r>
      <w:r>
        <w:t xml:space="preserve">    (a) research paper</w:t>
      </w:r>
      <w:r>
        <w:br/>
      </w:r>
      <w:r>
        <w:t xml:space="preserve">    (b) class</w:t>
      </w:r>
      <w:r>
        <w:br/>
      </w:r>
      <w:r>
        <w:t xml:space="preserve">    (c) organization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2026-07-31T17:22:02Z</dcterms:created>
  <dcterms:modified xsi:type="dcterms:W3CDTF">2026-07-31T17:22:02Z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