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2b0d345f62654aaa6183b1b463e1a28f43cbf3"/>
    <w:p>
      <w:pPr>
        <w:pStyle w:val="Heading1"/>
      </w:pPr>
      <w:r>
        <w:rPr>
          <w:b/>
          <w:bCs/>
        </w:rPr>
        <w:t xml:space="preserve">The House of the Spirits</w:t>
      </w:r>
      <w:r>
        <w:br/>
      </w:r>
      <w:r>
        <w:rPr>
          <w:i/>
          <w:iCs/>
        </w:rPr>
        <w:t xml:space="preserve">Isabel Allende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anesthesia</w:t>
      </w:r>
      <w:r>
        <w:rPr>
          <w:b/>
          <w:bCs/>
        </w:rPr>
        <w:t xml:space="preserve"> </w:t>
      </w:r>
      <w:r>
        <w:rPr>
          <w:b/>
          <w:bCs/>
        </w:rPr>
        <w:t xml:space="preserve">so she would not feel pain during the procedure.</w:t>
      </w:r>
      <w:r>
        <w:br/>
      </w:r>
      <w:r>
        <w:t xml:space="preserve">    (a) a sharp instrument</w:t>
      </w:r>
      <w:r>
        <w:br/>
      </w:r>
      <w:r>
        <w:t xml:space="preserve">    (b) a written diagnosis</w:t>
      </w:r>
      <w:r>
        <w:br/>
      </w:r>
      <w:r>
        <w:t xml:space="preserve">    (c) pain-numbing medicine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characteristics</w:t>
      </w:r>
      <w:r>
        <w:br/>
      </w:r>
      <w:r>
        <w:t xml:space="preserve">    (b) weaknesses</w:t>
      </w:r>
      <w:r>
        <w:br/>
      </w:r>
      <w:r>
        <w:t xml:space="preserve">    (c) strengths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credit for</w:t>
      </w:r>
      <w:r>
        <w:br/>
      </w:r>
      <w:r>
        <w:t xml:space="preserve">    (b) gives help for</w:t>
      </w:r>
      <w:r>
        <w:br/>
      </w:r>
      <w:r>
        <w:t xml:space="preserve">    (c) gives money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Mom is always nervous when the boys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cavorting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pool.</w:t>
      </w:r>
      <w:r>
        <w:br/>
      </w:r>
      <w:r>
        <w:t xml:space="preserve">    (a) swimming carefully</w:t>
      </w:r>
      <w:r>
        <w:br/>
      </w:r>
      <w:r>
        <w:t xml:space="preserve">    (b) resting quietly</w:t>
      </w:r>
      <w:r>
        <w:br/>
      </w:r>
      <w:r>
        <w:t xml:space="preserve">    (c) playing wildly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claimed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clairvoyance</w:t>
      </w:r>
      <w:r>
        <w:rPr>
          <w:b/>
          <w:bCs/>
        </w:rPr>
        <w:t xml:space="preserve"> </w:t>
      </w:r>
      <w:r>
        <w:rPr>
          <w:b/>
          <w:bCs/>
        </w:rPr>
        <w:t xml:space="preserve">after saying she had seen the accident before it happened.</w:t>
      </w:r>
      <w:r>
        <w:br/>
      </w:r>
      <w:r>
        <w:t xml:space="preserve">    (a) careful scientific proof</w:t>
      </w:r>
      <w:r>
        <w:br/>
      </w:r>
      <w:r>
        <w:t xml:space="preserve">    (b) ordinary common sense</w:t>
      </w:r>
      <w:r>
        <w:br/>
      </w:r>
      <w:r>
        <w:t xml:space="preserve">    (c) supposed psychic insight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Marx's writings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communism</w:t>
      </w:r>
      <w:r>
        <w:rPr>
          <w:b/>
          <w:bCs/>
        </w:rPr>
        <w:t xml:space="preserve"> </w:t>
      </w:r>
      <w:r>
        <w:rPr>
          <w:b/>
          <w:bCs/>
        </w:rPr>
        <w:t xml:space="preserve">inspired revolutions across many countries in the 1900s.</w:t>
      </w:r>
      <w:r>
        <w:br/>
      </w:r>
      <w:r>
        <w:t xml:space="preserve">    (a) collective ownership</w:t>
      </w:r>
      <w:r>
        <w:br/>
      </w:r>
      <w:r>
        <w:t xml:space="preserve">    (b) religious reform</w:t>
      </w:r>
      <w:r>
        <w:br/>
      </w:r>
      <w:r>
        <w:t xml:space="preserve">    (c) free market trade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suspect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complicity</w:t>
      </w:r>
      <w:r>
        <w:rPr>
          <w:b/>
          <w:bCs/>
        </w:rPr>
        <w:t xml:space="preserve"> </w:t>
      </w:r>
      <w:r>
        <w:rPr>
          <w:b/>
          <w:bCs/>
        </w:rPr>
        <w:t xml:space="preserve">of top officials.</w:t>
      </w:r>
      <w:r>
        <w:br/>
      </w:r>
      <w:r>
        <w:t xml:space="preserve">    (a) involvement</w:t>
      </w:r>
      <w:r>
        <w:br/>
      </w:r>
      <w:r>
        <w:t xml:space="preserve">    (b) ignorance</w:t>
      </w:r>
      <w:r>
        <w:br/>
      </w:r>
      <w:r>
        <w:t xml:space="preserve">    (c) innocence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equivalent</w:t>
      </w:r>
      <w:r>
        <w:br/>
      </w:r>
      <w:r>
        <w:t xml:space="preserve">    (b) are opposite</w:t>
      </w:r>
      <w:r>
        <w:br/>
      </w:r>
      <w:r>
        <w:t xml:space="preserve">    (c) are unrelated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instructions</w:t>
      </w:r>
      <w:r>
        <w:br/>
      </w:r>
      <w:r>
        <w:t xml:space="preserve">    (b) pictures or drawings</w:t>
      </w:r>
      <w:r>
        <w:br/>
      </w:r>
      <w:r>
        <w:t xml:space="preserve">    (c) letters or emails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known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eccentric</w:t>
      </w:r>
      <w:r>
        <w:rPr>
          <w:b/>
          <w:bCs/>
        </w:rPr>
        <w:t xml:space="preserve"> </w:t>
      </w:r>
      <w:r>
        <w:rPr>
          <w:b/>
          <w:bCs/>
        </w:rPr>
        <w:t xml:space="preserve">behavior, like talking to plants and wearing mismatched shoes.</w:t>
      </w:r>
      <w:r>
        <w:br/>
      </w:r>
      <w:r>
        <w:t xml:space="preserve">    (a) harmful</w:t>
      </w:r>
      <w:r>
        <w:br/>
      </w:r>
      <w:r>
        <w:t xml:space="preserve">    (b) traditional</w:t>
      </w:r>
      <w:r>
        <w:br/>
      </w:r>
      <w:r>
        <w:t xml:space="preserve">    (c)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want to leave early, you have to ask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foreman</w:t>
      </w:r>
      <w:r>
        <w:rPr>
          <w:b/>
          <w:bCs/>
        </w:rPr>
        <w:t xml:space="preserve">.</w:t>
      </w:r>
      <w:r>
        <w:br/>
      </w:r>
      <w:r>
        <w:t xml:space="preserve">    (a) customer</w:t>
      </w:r>
      <w:r>
        <w:br/>
      </w:r>
      <w:r>
        <w:t xml:space="preserve">    (b) owner</w:t>
      </w:r>
      <w:r>
        <w:br/>
      </w:r>
      <w:r>
        <w:t xml:space="preserve">    (c) supervisor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assignment</w:t>
      </w:r>
      <w:r>
        <w:br/>
      </w:r>
      <w:r>
        <w:t xml:space="preserve">    (b) delay</w:t>
      </w:r>
      <w:r>
        <w:br/>
      </w:r>
      <w:r>
        <w:t xml:space="preserve">    (c) lecture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makes clear</w:t>
      </w:r>
      <w:r>
        <w:br/>
      </w:r>
      <w:r>
        <w:t xml:space="preserve">    (b) disproves</w:t>
      </w:r>
      <w:r>
        <w:br/>
      </w:r>
      <w:r>
        <w:t xml:space="preserve">    (c) proves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opulent</w:t>
      </w:r>
      <w:r>
        <w:rPr>
          <w:b/>
          <w:bCs/>
        </w:rPr>
        <w:t xml:space="preserve"> </w:t>
      </w:r>
      <w:r>
        <w:rPr>
          <w:b/>
          <w:bCs/>
        </w:rPr>
        <w:t xml:space="preserve">hotel lobby had marble floors, crystal lights, and velvet chairs.</w:t>
      </w:r>
      <w:r>
        <w:br/>
      </w:r>
      <w:r>
        <w:t xml:space="preserve">    (a) plain and practical</w:t>
      </w:r>
      <w:r>
        <w:br/>
      </w:r>
      <w:r>
        <w:t xml:space="preserve">    (b) rich and luxurious</w:t>
      </w:r>
      <w:r>
        <w:br/>
      </w:r>
      <w:r>
        <w:t xml:space="preserve">    (c) small and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wealthy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</w:t>
      </w:r>
      <w:r>
        <w:rPr>
          <w:b/>
          <w:bCs/>
        </w:rPr>
        <w:t xml:space="preserve"> </w:t>
      </w:r>
      <w:r>
        <w:rPr>
          <w:b/>
          <w:bCs/>
        </w:rPr>
        <w:t xml:space="preserve">donated millions to fund young artists in the city.</w:t>
      </w:r>
      <w:r>
        <w:br/>
      </w:r>
      <w:r>
        <w:t xml:space="preserve">    (a) neighbor</w:t>
      </w:r>
      <w:r>
        <w:br/>
      </w:r>
      <w:r>
        <w:t xml:space="preserve">    (b) critic</w:t>
      </w:r>
      <w:r>
        <w:br/>
      </w:r>
      <w:r>
        <w:t xml:space="preserve">    (c) supporter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poor farmer</w:t>
      </w:r>
      <w:r>
        <w:br/>
      </w:r>
      <w:r>
        <w:t xml:space="preserve">    (b) city dweller</w:t>
      </w:r>
      <w:r>
        <w:br/>
      </w:r>
      <w:r>
        <w:t xml:space="preserve">    (c) young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go before</w:t>
      </w:r>
      <w:r>
        <w:br/>
      </w:r>
      <w:r>
        <w:t xml:space="preserve">    (b) follow</w:t>
      </w:r>
      <w:r>
        <w:br/>
      </w:r>
      <w:r>
        <w:t xml:space="preserve">    (c)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closed off the room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 </w:t>
      </w:r>
      <w:r>
        <w:rPr>
          <w:b/>
          <w:bCs/>
        </w:rPr>
        <w:t xml:space="preserve">the crime scene.</w:t>
      </w:r>
      <w:r>
        <w:br/>
      </w:r>
      <w:r>
        <w:t xml:space="preserve">    (a) keep quiet</w:t>
      </w:r>
      <w:r>
        <w:br/>
      </w:r>
      <w:r>
        <w:t xml:space="preserve">    (b) keep separate</w:t>
      </w:r>
      <w:r>
        <w:br/>
      </w:r>
      <w:r>
        <w:t xml:space="preserve">    (c) keep unchanged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Preserves</w:t>
      </w:r>
      <w:r>
        <w:rPr>
          <w:b/>
          <w:bCs/>
        </w:rPr>
        <w:t xml:space="preserve"> </w:t>
      </w:r>
      <w:r>
        <w:rPr>
          <w:b/>
          <w:bCs/>
        </w:rPr>
        <w:t xml:space="preserve">have more fruit than jam.</w:t>
      </w:r>
      <w:r>
        <w:br/>
      </w:r>
      <w:r>
        <w:t xml:space="preserve">    (a) fruit that is dried, flattened, and rolled</w:t>
      </w:r>
      <w:r>
        <w:br/>
      </w:r>
      <w:r>
        <w:t xml:space="preserve">    (b) chunks of fruit cooked with sugar so they will not spoil</w:t>
      </w:r>
      <w:r>
        <w:br/>
      </w:r>
      <w:r>
        <w:t xml:space="preserve">    (c) fruit canned in its own juice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Societies calling themselves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socialist</w:t>
      </w:r>
      <w:r>
        <w:rPr>
          <w:b/>
          <w:bCs/>
        </w:rPr>
        <w:t xml:space="preserve"> </w:t>
      </w:r>
      <w:r>
        <w:rPr>
          <w:b/>
          <w:bCs/>
        </w:rPr>
        <w:t xml:space="preserve">range from Western-style democracies to dictatorships.</w:t>
      </w:r>
      <w:r>
        <w:br/>
      </w:r>
      <w:r>
        <w:t xml:space="preserve">    (a) with an economic system based on private ownership of property and businesses</w:t>
      </w:r>
      <w:r>
        <w:br/>
      </w:r>
      <w:r>
        <w:t xml:space="preserve">    (b) with an economic system based on government control of all important companies</w:t>
      </w:r>
      <w:r>
        <w:br/>
      </w:r>
      <w:r>
        <w:t xml:space="preserve">    (c) with an economic system that has a complete absence of political authority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2026-07-31T17:20:42Z</dcterms:created>
  <dcterms:modified xsi:type="dcterms:W3CDTF">2026-07-31T17:20:42Z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