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13ae3b4e0585ed8cf341b6b88432734f7f5d22"/>
    <w:p>
      <w:pPr>
        <w:pStyle w:val="Heading1"/>
      </w:pPr>
      <w:r>
        <w:rPr>
          <w:b/>
          <w:bCs/>
        </w:rPr>
        <w:t xml:space="preserve">The House of the Spirits</w:t>
      </w:r>
      <w:r>
        <w:br/>
      </w:r>
      <w:r>
        <w:rPr>
          <w:i/>
          <w:iCs/>
        </w:rPr>
        <w:t xml:space="preserve">Isabel Allende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Jesuit's index finger, which was already raised to</w:t>
      </w:r>
      <w:r>
        <w:rPr>
          <w:b/>
          <w:bCs/>
        </w:rPr>
        <w:t xml:space="preserve"> </w:t>
      </w:r>
      <w:r>
        <w:rPr>
          <w:b/>
          <w:bCs/>
          <w:u w:val="single"/>
        </w:rPr>
        <w:t xml:space="preserve">illustrate</w:t>
      </w:r>
      <w:r>
        <w:rPr>
          <w:b/>
          <w:bCs/>
        </w:rPr>
        <w:t xml:space="preserve"> </w:t>
      </w:r>
      <w:r>
        <w:rPr>
          <w:b/>
          <w:bCs/>
        </w:rPr>
        <w:t xml:space="preserve">additional tortures, remained suspended like a lightning rod above his head.</w:t>
      </w:r>
      <w:r>
        <w:br/>
      </w:r>
      <w:r>
        <w:t xml:space="preserve">    (a) think carefully</w:t>
      </w:r>
      <w:r>
        <w:br/>
      </w:r>
      <w:r>
        <w:t xml:space="preserve">    (b) work or operate</w:t>
      </w:r>
      <w:r>
        <w:br/>
      </w:r>
      <w:r>
        <w:t xml:space="preserve">    (c) help make clear</w:t>
      </w:r>
    </w:p>
    <w:p>
      <w:pPr>
        <w:pStyle w:val="Compact"/>
        <w:numPr>
          <w:ilvl w:val="0"/>
          <w:numId w:val="1001"/>
        </w:numPr>
      </w:pPr>
      <w:r>
        <w:rPr>
          <w:b/>
          <w:bCs/>
        </w:rPr>
        <w:t xml:space="preserve">Clara's strangeness was simply an</w:t>
      </w:r>
      <w:r>
        <w:rPr>
          <w:b/>
          <w:bCs/>
        </w:rPr>
        <w:t xml:space="preserve"> </w:t>
      </w:r>
      <w:r>
        <w:rPr>
          <w:b/>
          <w:bCs/>
          <w:u w:val="single"/>
        </w:rPr>
        <w:t xml:space="preserve">attribute</w:t>
      </w:r>
      <w:r>
        <w:rPr>
          <w:b/>
          <w:bCs/>
        </w:rPr>
        <w:t xml:space="preserve"> </w:t>
      </w:r>
      <w:r>
        <w:rPr>
          <w:b/>
          <w:bCs/>
        </w:rPr>
        <w:t xml:space="preserve">of their youngest daughter, like Luis's limp or Rosa's beauty.</w:t>
      </w:r>
      <w:r>
        <w:br/>
      </w:r>
      <w:r>
        <w:t xml:space="preserve">    (a) dreamlike state of altered consciousness</w:t>
      </w:r>
      <w:r>
        <w:br/>
      </w:r>
      <w:r>
        <w:t xml:space="preserve">    (b) normal mood, personality, or inclination</w:t>
      </w:r>
      <w:r>
        <w:br/>
      </w:r>
      <w:r>
        <w:t xml:space="preserve">    (c) characteristic (of something or someone)</w:t>
      </w:r>
    </w:p>
    <w:p>
      <w:pPr>
        <w:pStyle w:val="Compact"/>
        <w:numPr>
          <w:ilvl w:val="0"/>
          <w:numId w:val="1001"/>
        </w:numPr>
      </w:pPr>
      <w:r>
        <w:rPr>
          <w:b/>
          <w:bCs/>
        </w:rPr>
        <w:t xml:space="preserve">This they</w:t>
      </w:r>
      <w:r>
        <w:rPr>
          <w:b/>
          <w:bCs/>
        </w:rPr>
        <w:t xml:space="preserve"> </w:t>
      </w:r>
      <w:r>
        <w:rPr>
          <w:b/>
          <w:bCs/>
          <w:u w:val="single"/>
        </w:rPr>
        <w:t xml:space="preserve">attributed</w:t>
      </w:r>
      <w:r>
        <w:rPr>
          <w:b/>
          <w:bCs/>
        </w:rPr>
        <w:t xml:space="preserve"> </w:t>
      </w:r>
      <w:r>
        <w:rPr>
          <w:b/>
          <w:bCs/>
        </w:rPr>
        <w:t xml:space="preserve">to Clara.</w:t>
      </w:r>
      <w:r>
        <w:br/>
      </w:r>
      <w:r>
        <w:t xml:space="preserve">    (a) not made different; or shown to be different</w:t>
      </w:r>
      <w:r>
        <w:br/>
      </w:r>
      <w:r>
        <w:t xml:space="preserve">    (b) not changed directly from a solid to a vapor</w:t>
      </w:r>
      <w:r>
        <w:br/>
      </w:r>
      <w:r>
        <w:t xml:space="preserve">    (c) credited (pointed to as the cause of something)</w:t>
      </w:r>
    </w:p>
    <w:p>
      <w:pPr>
        <w:pStyle w:val="Compact"/>
        <w:numPr>
          <w:ilvl w:val="0"/>
          <w:numId w:val="1001"/>
        </w:numPr>
      </w:pPr>
      <w:r>
        <w:rPr>
          <w:b/>
          <w:bCs/>
        </w:rPr>
        <w:t xml:space="preserve">She had helped at her birth and was the only one who really understood the child's</w:t>
      </w:r>
      <w:r>
        <w:rPr>
          <w:b/>
          <w:bCs/>
        </w:rPr>
        <w:t xml:space="preserve"> </w:t>
      </w:r>
      <w:r>
        <w:rPr>
          <w:b/>
          <w:bCs/>
          <w:u w:val="single"/>
        </w:rPr>
        <w:t xml:space="preserve">eccentricities</w:t>
      </w:r>
      <w:r>
        <w:rPr>
          <w:b/>
          <w:bCs/>
        </w:rPr>
        <w:t xml:space="preserve">.</w:t>
      </w:r>
      <w:r>
        <w:br/>
      </w:r>
      <w:r>
        <w:t xml:space="preserve">    (a) people related by blood or marriage</w:t>
      </w:r>
      <w:r>
        <w:br/>
      </w:r>
      <w:r>
        <w:t xml:space="preserve">    (b) short parts of longer written works</w:t>
      </w:r>
      <w:r>
        <w:br/>
      </w:r>
      <w:r>
        <w:t xml:space="preserve">    (c) unconventional or strange behaviors</w:t>
      </w:r>
    </w:p>
    <w:p>
      <w:pPr>
        <w:pStyle w:val="Compact"/>
        <w:numPr>
          <w:ilvl w:val="0"/>
          <w:numId w:val="1001"/>
        </w:numPr>
      </w:pPr>
      <w:r>
        <w:rPr>
          <w:b/>
          <w:bCs/>
        </w:rPr>
        <w:t xml:space="preserve">Marcos maintained that his niece's gift could be a source of income and a good opportunity for him to cultivate his own</w:t>
      </w:r>
      <w:r>
        <w:rPr>
          <w:b/>
          <w:bCs/>
        </w:rPr>
        <w:t xml:space="preserve"> </w:t>
      </w:r>
      <w:r>
        <w:rPr>
          <w:b/>
          <w:bCs/>
          <w:u w:val="single"/>
        </w:rPr>
        <w:t xml:space="preserve">clairvoyance</w:t>
      </w:r>
      <w:r>
        <w:rPr>
          <w:b/>
          <w:bCs/>
        </w:rPr>
        <w:t xml:space="preserve">.</w:t>
      </w:r>
      <w:r>
        <w:br/>
      </w:r>
      <w:r>
        <w:t xml:space="preserve">    (a) to perceive things beyond the natural range of the senses -- especially foreseeing the future</w:t>
      </w:r>
      <w:r>
        <w:br/>
      </w:r>
      <w:r>
        <w:t xml:space="preserve">    (b) a school of philosophy whose adherents try not to be affected by pleasure, pain, or emotions</w:t>
      </w:r>
      <w:r>
        <w:br/>
      </w:r>
      <w:r>
        <w:t xml:space="preserve">    (c) measles -- a highly contagious viral disease marked by distinct red spots followed by a rash</w:t>
      </w:r>
    </w:p>
    <w:p>
      <w:pPr>
        <w:pStyle w:val="Compact"/>
        <w:numPr>
          <w:ilvl w:val="0"/>
          <w:numId w:val="1001"/>
        </w:numPr>
      </w:pPr>
      <w:r>
        <w:rPr>
          <w:b/>
          <w:bCs/>
        </w:rPr>
        <w:t xml:space="preserve">Both men plunged into the work of</w:t>
      </w:r>
      <w:r>
        <w:rPr>
          <w:b/>
          <w:bCs/>
        </w:rPr>
        <w:t xml:space="preserve"> </w:t>
      </w:r>
      <w:r>
        <w:rPr>
          <w:b/>
          <w:bCs/>
          <w:u w:val="single"/>
        </w:rPr>
        <w:t xml:space="preserve">preserving</w:t>
      </w:r>
      <w:r>
        <w:rPr>
          <w:b/>
          <w:bCs/>
        </w:rPr>
        <w:t xml:space="preserve"> </w:t>
      </w:r>
      <w:r>
        <w:rPr>
          <w:b/>
          <w:bCs/>
        </w:rPr>
        <w:t xml:space="preserve">her with unguents and filling her with mortician's paste.</w:t>
      </w:r>
      <w:r>
        <w:br/>
      </w:r>
      <w:r>
        <w:t xml:space="preserve">    (a) keeping away (choosing not to do something)</w:t>
      </w:r>
      <w:r>
        <w:br/>
      </w:r>
      <w:r>
        <w:t xml:space="preserve">    (b) protecting (keeping it as it is)</w:t>
      </w:r>
      <w:r>
        <w:br/>
      </w:r>
      <w:r>
        <w:t xml:space="preserve">    (c) compensating for a loss; or paying a reward</w:t>
      </w:r>
    </w:p>
    <w:p>
      <w:pPr>
        <w:pStyle w:val="Compact"/>
        <w:numPr>
          <w:ilvl w:val="0"/>
          <w:numId w:val="1001"/>
        </w:numPr>
      </w:pPr>
      <w:r>
        <w:rPr>
          <w:b/>
          <w:bCs/>
        </w:rPr>
        <w:t xml:space="preserve">She took a deep breath and the air brought her the sweet scent of peaches that were drying in the courtyard to be used in</w:t>
      </w:r>
      <w:r>
        <w:rPr>
          <w:b/>
          <w:bCs/>
        </w:rPr>
        <w:t xml:space="preserve"> </w:t>
      </w:r>
      <w:r>
        <w:rPr>
          <w:b/>
          <w:bCs/>
          <w:u w:val="single"/>
        </w:rPr>
        <w:t xml:space="preserve">preserves</w:t>
      </w:r>
      <w:r>
        <w:rPr>
          <w:b/>
          <w:bCs/>
        </w:rPr>
        <w:t xml:space="preserve">.</w:t>
      </w:r>
      <w:r>
        <w:br/>
      </w:r>
      <w:r>
        <w:t xml:space="preserve">    (a) instances or results of detailed examinations</w:t>
      </w:r>
      <w:r>
        <w:br/>
      </w:r>
      <w:r>
        <w:t xml:space="preserve">    (b) documents granting permission to do something</w:t>
      </w:r>
      <w:r>
        <w:br/>
      </w:r>
      <w:r>
        <w:t xml:space="preserve">    (c) fruit cooked with sugar and sealed (usually in a jar) so it will not spoil</w:t>
      </w:r>
    </w:p>
    <w:p>
      <w:pPr>
        <w:pStyle w:val="Compact"/>
        <w:numPr>
          <w:ilvl w:val="0"/>
          <w:numId w:val="1001"/>
        </w:numPr>
      </w:pPr>
      <w:r>
        <w:rPr>
          <w:b/>
          <w:bCs/>
        </w:rPr>
        <w:t xml:space="preserve">Because when it comes right down to it, those poor</w:t>
      </w:r>
      <w:r>
        <w:rPr>
          <w:b/>
          <w:bCs/>
        </w:rPr>
        <w:t xml:space="preserve"> </w:t>
      </w:r>
      <w:r>
        <w:rPr>
          <w:b/>
          <w:bCs/>
          <w:u w:val="single"/>
        </w:rPr>
        <w:t xml:space="preserve">peasants</w:t>
      </w:r>
      <w:r>
        <w:rPr>
          <w:b/>
          <w:bCs/>
        </w:rPr>
        <w:t xml:space="preserve"> </w:t>
      </w:r>
      <w:r>
        <w:rPr>
          <w:b/>
          <w:bCs/>
        </w:rPr>
        <w:t xml:space="preserve">are a lot worse off today than they were fifty years ago.</w:t>
      </w:r>
      <w:r>
        <w:br/>
      </w:r>
      <w:r>
        <w:t xml:space="preserve">    (a) organisms in the early stages of growth prior to birth, hatching, or sprouting; in humans organisms during the first eight weeks of development (prior to the fetal stage)</w:t>
      </w:r>
      <w:r>
        <w:br/>
      </w:r>
      <w:r>
        <w:t xml:space="preserve">    (b) members of an artistic movement pioneered by Pablo Picasso and Georges Braque that featured surfaces of geometrical planes to depict three-dimensional organic forms</w:t>
      </w:r>
      <w:r>
        <w:br/>
      </w:r>
      <w:r>
        <w:t xml:space="preserve">    (c) used historically or possibly in relation to a very poor country:  people of low income, education, and social standing -- especially those who raise crops or livestock</w:t>
      </w:r>
    </w:p>
    <w:p>
      <w:pPr>
        <w:pStyle w:val="Compact"/>
        <w:numPr>
          <w:ilvl w:val="0"/>
          <w:numId w:val="1001"/>
        </w:numPr>
      </w:pPr>
      <w:r>
        <w:rPr>
          <w:b/>
          <w:bCs/>
        </w:rPr>
        <w:t xml:space="preserve">He was probably happy that night and the few nights after as the two of them</w:t>
      </w:r>
      <w:r>
        <w:rPr>
          <w:b/>
          <w:bCs/>
        </w:rPr>
        <w:t xml:space="preserve"> </w:t>
      </w:r>
      <w:r>
        <w:rPr>
          <w:b/>
          <w:bCs/>
          <w:u w:val="single"/>
        </w:rPr>
        <w:t xml:space="preserve">cavorted</w:t>
      </w:r>
      <w:r>
        <w:rPr>
          <w:b/>
          <w:bCs/>
        </w:rPr>
        <w:t xml:space="preserve"> </w:t>
      </w:r>
      <w:r>
        <w:rPr>
          <w:b/>
          <w:bCs/>
        </w:rPr>
        <w:t xml:space="preserve">like two puppies in the huge wrought-iron bed that had belonged to the first Trueba and was now somewhat wobbly, although it still withstood the thrusts of love.</w:t>
      </w:r>
      <w:r>
        <w:br/>
      </w:r>
      <w:r>
        <w:t xml:space="preserve">    (a) played in a lively, unrestrained manner</w:t>
      </w:r>
      <w:r>
        <w:br/>
      </w:r>
      <w:r>
        <w:t xml:space="preserve">    (b) tension from opposing ideas or feelings</w:t>
      </w:r>
      <w:r>
        <w:br/>
      </w:r>
      <w:r>
        <w:t xml:space="preserve">    (c) examined in detail to better understand</w:t>
      </w:r>
    </w:p>
    <w:p>
      <w:pPr>
        <w:pStyle w:val="Compact"/>
        <w:numPr>
          <w:ilvl w:val="0"/>
          <w:numId w:val="1001"/>
        </w:numPr>
      </w:pPr>
      <w:r>
        <w:rPr>
          <w:b/>
          <w:bCs/>
        </w:rPr>
        <w:t xml:space="preserve">Trueba would not listen to this sort of thing: it smacked, he said, of</w:t>
      </w:r>
      <w:r>
        <w:rPr>
          <w:b/>
          <w:bCs/>
        </w:rPr>
        <w:t xml:space="preserve"> </w:t>
      </w:r>
      <w:r>
        <w:rPr>
          <w:b/>
          <w:bCs/>
          <w:u w:val="single"/>
        </w:rPr>
        <w:t xml:space="preserve">Communism</w:t>
      </w:r>
      <w:r>
        <w:rPr>
          <w:b/>
          <w:bCs/>
        </w:rPr>
        <w:t xml:space="preserve">.</w:t>
      </w:r>
      <w:r>
        <w:br/>
      </w:r>
      <w:r>
        <w:t xml:space="preserve">    (a) a will (written instructions expressing how somebody wants their property distributed after they die)</w:t>
      </w:r>
      <w:r>
        <w:br/>
      </w:r>
      <w:r>
        <w:t xml:space="preserve">    (b) infectious disease characterized by inflammation of the tissues that surround the brain or spinal cord</w:t>
      </w:r>
      <w:r>
        <w:br/>
      </w:r>
      <w:r>
        <w:t xml:space="preserve">    (c) an economic system that abolishes private ownership of property with the goal of a classless society</w:t>
      </w:r>
    </w:p>
    <w:p>
      <w:pPr>
        <w:pStyle w:val="Compact"/>
        <w:numPr>
          <w:ilvl w:val="0"/>
          <w:numId w:val="1001"/>
        </w:numPr>
      </w:pPr>
      <w:r>
        <w:rPr>
          <w:b/>
          <w:bCs/>
        </w:rPr>
        <w:t xml:space="preserve">She was no longer the</w:t>
      </w:r>
      <w:r>
        <w:rPr>
          <w:b/>
          <w:bCs/>
        </w:rPr>
        <w:t xml:space="preserve"> </w:t>
      </w:r>
      <w:r>
        <w:rPr>
          <w:b/>
          <w:bCs/>
          <w:u w:val="single"/>
        </w:rPr>
        <w:t xml:space="preserve">opulent</w:t>
      </w:r>
      <w:r>
        <w:rPr>
          <w:b/>
          <w:bCs/>
        </w:rPr>
        <w:t xml:space="preserve"> </w:t>
      </w:r>
      <w:r>
        <w:rPr>
          <w:b/>
          <w:bCs/>
        </w:rPr>
        <w:t xml:space="preserve">woman he had left years ago.</w:t>
      </w:r>
      <w:r>
        <w:br/>
      </w:r>
      <w:r>
        <w:t xml:space="preserve">    (a) able to be disagreed with</w:t>
      </w:r>
      <w:r>
        <w:br/>
      </w:r>
      <w:r>
        <w:t xml:space="preserve">    (b) magnificent and luxurious</w:t>
      </w:r>
      <w:r>
        <w:br/>
      </w:r>
      <w:r>
        <w:t xml:space="preserve">    (c) not able to be translated</w:t>
      </w:r>
    </w:p>
    <w:p>
      <w:pPr>
        <w:pStyle w:val="Compact"/>
        <w:numPr>
          <w:ilvl w:val="0"/>
          <w:numId w:val="1001"/>
        </w:numPr>
      </w:pPr>
      <w:r>
        <w:rPr>
          <w:b/>
          <w:bCs/>
        </w:rPr>
        <w:t xml:space="preserve">He was the</w:t>
      </w:r>
      <w:r>
        <w:rPr>
          <w:b/>
          <w:bCs/>
        </w:rPr>
        <w:t xml:space="preserve"> </w:t>
      </w:r>
      <w:r>
        <w:rPr>
          <w:b/>
          <w:bCs/>
          <w:u w:val="single"/>
        </w:rPr>
        <w:t xml:space="preserve">foreman's</w:t>
      </w:r>
      <w:r>
        <w:rPr>
          <w:b/>
          <w:bCs/>
        </w:rPr>
        <w:t xml:space="preserve"> </w:t>
      </w:r>
      <w:r>
        <w:rPr>
          <w:b/>
          <w:bCs/>
        </w:rPr>
        <w:t xml:space="preserve">son and, to differentiate him from his father and grandfather, had been named Pedro Tercero Garcia.</w:t>
      </w:r>
      <w:r>
        <w:br/>
      </w:r>
      <w:r>
        <w:t xml:space="preserve">    (a) relating to one-sided information that is purposefully spread to influence opinions</w:t>
      </w:r>
      <w:r>
        <w:br/>
      </w:r>
      <w:r>
        <w:t xml:space="preserve">    (b) able to be persuaded to do something by tempting with pleasure or something desired</w:t>
      </w:r>
      <w:r>
        <w:br/>
      </w:r>
      <w:r>
        <w:t xml:space="preserve">    (c) a person chosen to lead and speak for a group, especially at work or in a courtroom</w:t>
      </w:r>
    </w:p>
    <w:p>
      <w:pPr>
        <w:pStyle w:val="Compact"/>
        <w:numPr>
          <w:ilvl w:val="0"/>
          <w:numId w:val="1001"/>
        </w:numPr>
      </w:pPr>
      <w:r>
        <w:rPr>
          <w:b/>
          <w:bCs/>
        </w:rPr>
        <w:t xml:space="preserve">I suppose I blew my stack from all the pressure I'd been under the</w:t>
      </w:r>
      <w:r>
        <w:rPr>
          <w:b/>
          <w:bCs/>
        </w:rPr>
        <w:t xml:space="preserve"> </w:t>
      </w:r>
      <w:r>
        <w:rPr>
          <w:b/>
          <w:bCs/>
          <w:u w:val="single"/>
        </w:rPr>
        <w:t xml:space="preserve">preceding</w:t>
      </w:r>
      <w:r>
        <w:rPr>
          <w:b/>
          <w:bCs/>
        </w:rPr>
        <w:t xml:space="preserve"> </w:t>
      </w:r>
      <w:r>
        <w:rPr>
          <w:b/>
          <w:bCs/>
        </w:rPr>
        <w:t xml:space="preserve">months.</w:t>
      </w:r>
      <w:r>
        <w:br/>
      </w:r>
      <w:r>
        <w:t xml:space="preserve">    (a) influencing or effecting</w:t>
      </w:r>
      <w:r>
        <w:br/>
      </w:r>
      <w:r>
        <w:t xml:space="preserve">    (b) beginning to fight again</w:t>
      </w:r>
      <w:r>
        <w:br/>
      </w:r>
      <w:r>
        <w:t xml:space="preserve">    (c) prior (in time or space)</w:t>
      </w:r>
    </w:p>
    <w:p>
      <w:pPr>
        <w:pStyle w:val="Compact"/>
        <w:numPr>
          <w:ilvl w:val="0"/>
          <w:numId w:val="1001"/>
        </w:numPr>
      </w:pPr>
      <w:r>
        <w:rPr>
          <w:b/>
          <w:bCs/>
        </w:rPr>
        <w:t xml:space="preserve">She was too busy putting things on the table and taking them away, and keeping an eye on her daughter, but as she removed the soup bowl with the leftover lentils she caught the final words of her husband's</w:t>
      </w:r>
      <w:r>
        <w:rPr>
          <w:b/>
          <w:bCs/>
        </w:rPr>
        <w:t xml:space="preserve"> </w:t>
      </w:r>
      <w:r>
        <w:rPr>
          <w:b/>
          <w:bCs/>
          <w:u w:val="single"/>
        </w:rPr>
        <w:t xml:space="preserve">harangue</w:t>
      </w:r>
      <w:r>
        <w:rPr>
          <w:b/>
          <w:bCs/>
        </w:rPr>
        <w:t xml:space="preserve">.</w:t>
      </w:r>
      <w:r>
        <w:br/>
      </w:r>
      <w:r>
        <w:t xml:space="preserve">    (a) removal of false belief that something is better than it is; or the disappointment from removal of such a belief</w:t>
      </w:r>
      <w:r>
        <w:br/>
      </w:r>
      <w:r>
        <w:t xml:space="preserve">    (b) to try to persuade, or to criticize in an impassioned and often annoying manner; or a speech with such an intent</w:t>
      </w:r>
      <w:r>
        <w:br/>
      </w:r>
      <w:r>
        <w:t xml:space="preserve">    (c) a deal where the accused pleads guilty to a lesser crime in return for a lighter punishment or dropped charges</w:t>
      </w:r>
    </w:p>
    <w:p>
      <w:pPr>
        <w:pStyle w:val="Compact"/>
        <w:numPr>
          <w:ilvl w:val="0"/>
          <w:numId w:val="1001"/>
        </w:numPr>
      </w:pPr>
      <w:r>
        <w:rPr>
          <w:b/>
          <w:bCs/>
        </w:rPr>
        <w:t xml:space="preserve">"The</w:t>
      </w:r>
      <w:r>
        <w:rPr>
          <w:b/>
          <w:bCs/>
        </w:rPr>
        <w:t xml:space="preserve"> </w:t>
      </w:r>
      <w:r>
        <w:rPr>
          <w:b/>
          <w:bCs/>
          <w:u w:val="single"/>
        </w:rPr>
        <w:t xml:space="preserve">Socialists</w:t>
      </w:r>
      <w:r>
        <w:rPr>
          <w:b/>
          <w:bCs/>
        </w:rPr>
        <w:t xml:space="preserve"> </w:t>
      </w:r>
      <w:r>
        <w:rPr>
          <w:b/>
          <w:bCs/>
        </w:rPr>
        <w:t xml:space="preserve">are going to win," Jaime had said.</w:t>
      </w:r>
      <w:r>
        <w:br/>
      </w:r>
      <w:r>
        <w:t xml:space="preserve">    (a) people who believe in the teaching of Buddha -- that aims to end suffering by ending selfish desire and following a path of wisdom, ethics, and meditation</w:t>
      </w:r>
      <w:r>
        <w:br/>
      </w:r>
      <w:r>
        <w:t xml:space="preserve">    (b) math values that tell how many times a number is multiplied by itself to reach another number -- often used to describe very big or very small quantities</w:t>
      </w:r>
      <w:r>
        <w:br/>
      </w:r>
      <w:r>
        <w:t xml:space="preserve">    (c) people who want an economic system based on government ownership or control of all important companies -- with the ideal of equal benefits to all people</w:t>
      </w:r>
    </w:p>
    <w:p>
      <w:pPr>
        <w:pStyle w:val="Compact"/>
        <w:numPr>
          <w:ilvl w:val="0"/>
          <w:numId w:val="1001"/>
        </w:numPr>
      </w:pPr>
      <w:r>
        <w:rPr>
          <w:b/>
          <w:bCs/>
        </w:rPr>
        <w:t xml:space="preserve">After his terrible encounter with his</w:t>
      </w:r>
      <w:r>
        <w:rPr>
          <w:b/>
          <w:bCs/>
        </w:rPr>
        <w:t xml:space="preserve"> </w:t>
      </w:r>
      <w:r>
        <w:rPr>
          <w:b/>
          <w:bCs/>
          <w:u w:val="single"/>
        </w:rPr>
        <w:t xml:space="preserve">patron</w:t>
      </w:r>
      <w:r>
        <w:rPr>
          <w:b/>
          <w:bCs/>
        </w:rPr>
        <w:t xml:space="preserve">, he was taken in by Father Jose Dulce Maria in the parish house.</w:t>
      </w:r>
      <w:r>
        <w:br/>
      </w:r>
      <w:r>
        <w:t xml:space="preserve">    (a) someone with delusions of grandeur (the belief that they are much more important than they are)</w:t>
      </w:r>
      <w:r>
        <w:br/>
      </w:r>
      <w:r>
        <w:t xml:space="preserve">    (b) someone who speaks in an ambiguous manner that does not clearly express an opinion or decision</w:t>
      </w:r>
      <w:r>
        <w:br/>
      </w:r>
      <w:r>
        <w:t xml:space="preserve">    (c) a regular customer; or someone who gives money or support to an organization, cause, or person</w:t>
      </w:r>
    </w:p>
    <w:p>
      <w:pPr>
        <w:pStyle w:val="Compact"/>
        <w:numPr>
          <w:ilvl w:val="0"/>
          <w:numId w:val="1001"/>
        </w:numPr>
      </w:pPr>
      <w:r>
        <w:rPr>
          <w:b/>
          <w:bCs/>
        </w:rPr>
        <w:t xml:space="preserve">She was waiting for him seated in her chair, holding Miguel's hand, the two of them deep in a mutual</w:t>
      </w:r>
      <w:r>
        <w:rPr>
          <w:b/>
          <w:bCs/>
        </w:rPr>
        <w:t xml:space="preserve"> </w:t>
      </w:r>
      <w:r>
        <w:rPr>
          <w:b/>
          <w:bCs/>
          <w:u w:val="single"/>
        </w:rPr>
        <w:t xml:space="preserve">complicity</w:t>
      </w:r>
      <w:r>
        <w:rPr>
          <w:b/>
          <w:bCs/>
        </w:rPr>
        <w:t xml:space="preserve"> </w:t>
      </w:r>
      <w:r>
        <w:rPr>
          <w:b/>
          <w:bCs/>
        </w:rPr>
        <w:t xml:space="preserve">from which, as always, Nicolas felt excluded.</w:t>
      </w:r>
      <w:r>
        <w:br/>
      </w:r>
      <w:r>
        <w:t xml:space="preserve">    (a) act of helping in a crime or offense</w:t>
      </w:r>
      <w:r>
        <w:br/>
      </w:r>
      <w:r>
        <w:t xml:space="preserve">    (b) a Muslim religious teacher or leader</w:t>
      </w:r>
      <w:r>
        <w:br/>
      </w:r>
      <w:r>
        <w:t xml:space="preserve">    (c) lacking experience or sophistication</w:t>
      </w:r>
    </w:p>
    <w:p>
      <w:pPr>
        <w:pStyle w:val="Compact"/>
        <w:numPr>
          <w:ilvl w:val="0"/>
          <w:numId w:val="1001"/>
        </w:numPr>
      </w:pPr>
      <w:r>
        <w:rPr>
          <w:b/>
          <w:bCs/>
        </w:rPr>
        <w:t xml:space="preserve">He had never administered</w:t>
      </w:r>
      <w:r>
        <w:rPr>
          <w:b/>
          <w:bCs/>
        </w:rPr>
        <w:t xml:space="preserve"> </w:t>
      </w:r>
      <w:r>
        <w:rPr>
          <w:b/>
          <w:bCs/>
          <w:u w:val="single"/>
        </w:rPr>
        <w:t xml:space="preserve">anesthesia</w:t>
      </w:r>
      <w:r>
        <w:rPr>
          <w:b/>
          <w:bCs/>
        </w:rPr>
        <w:t xml:space="preserve"> </w:t>
      </w:r>
      <w:r>
        <w:rPr>
          <w:b/>
          <w:bCs/>
        </w:rPr>
        <w:t xml:space="preserve">or performed a surgical operation.</w:t>
      </w:r>
      <w:r>
        <w:br/>
      </w:r>
      <w:r>
        <w:t xml:space="preserve">    (a) loss of bodily sensation -- especially created intentionally to control pain</w:t>
      </w:r>
      <w:r>
        <w:br/>
      </w:r>
      <w:r>
        <w:t xml:space="preserve">    (b) a common name for tetanus, a serious infection that makes the jaw clamp shut</w:t>
      </w:r>
      <w:r>
        <w:br/>
      </w:r>
      <w:r>
        <w:t xml:space="preserve">    (c) the state or degree of having the ability to change for different situations</w:t>
      </w:r>
    </w:p>
    <w:p>
      <w:pPr>
        <w:pStyle w:val="Compact"/>
        <w:numPr>
          <w:ilvl w:val="0"/>
          <w:numId w:val="1001"/>
        </w:numPr>
      </w:pPr>
      <w:r>
        <w:rPr>
          <w:b/>
          <w:bCs/>
        </w:rPr>
        <w:t xml:space="preserve">Over the course of the next few years Esteban Trueba kept abreast of the black sheep of the family through Blan-ca's sporadic</w:t>
      </w:r>
      <w:r>
        <w:rPr>
          <w:b/>
          <w:bCs/>
        </w:rPr>
        <w:t xml:space="preserve"> </w:t>
      </w:r>
      <w:r>
        <w:rPr>
          <w:b/>
          <w:bCs/>
          <w:u w:val="single"/>
        </w:rPr>
        <w:t xml:space="preserve">correspondence</w:t>
      </w:r>
      <w:r>
        <w:rPr>
          <w:b/>
          <w:bCs/>
        </w:rPr>
        <w:t xml:space="preserve"> </w:t>
      </w:r>
      <w:r>
        <w:rPr>
          <w:b/>
          <w:bCs/>
        </w:rPr>
        <w:t xml:space="preserve">with him.</w:t>
      </w:r>
      <w:r>
        <w:br/>
      </w:r>
      <w:r>
        <w:t xml:space="preserve">    (a) communication by written letters or messages</w:t>
      </w:r>
      <w:r>
        <w:br/>
      </w:r>
      <w:r>
        <w:t xml:space="preserve">    (b) found a condition or substance to be present</w:t>
      </w:r>
      <w:r>
        <w:br/>
      </w:r>
      <w:r>
        <w:t xml:space="preserve">    (c) Nazi organization for children aged 10 to 18</w:t>
      </w:r>
    </w:p>
    <w:p>
      <w:pPr>
        <w:pStyle w:val="Compact"/>
        <w:numPr>
          <w:ilvl w:val="0"/>
          <w:numId w:val="1001"/>
        </w:numPr>
      </w:pPr>
      <w:r>
        <w:rPr>
          <w:b/>
          <w:bCs/>
        </w:rPr>
        <w:t xml:space="preserve">I am beginning to suspect that nothing that happens is fortuitous, that it all</w:t>
      </w:r>
      <w:r>
        <w:rPr>
          <w:b/>
          <w:bCs/>
        </w:rPr>
        <w:t xml:space="preserve"> </w:t>
      </w:r>
      <w:r>
        <w:rPr>
          <w:b/>
          <w:bCs/>
          <w:u w:val="single"/>
        </w:rPr>
        <w:t xml:space="preserve">corresponds</w:t>
      </w:r>
      <w:r>
        <w:rPr>
          <w:b/>
          <w:bCs/>
        </w:rPr>
        <w:t xml:space="preserve"> </w:t>
      </w:r>
      <w:r>
        <w:rPr>
          <w:b/>
          <w:bCs/>
        </w:rPr>
        <w:t xml:space="preserve">to a fate laid down before my birth, and that Esteban Garcia is part of the design.</w:t>
      </w:r>
      <w:r>
        <w:br/>
      </w:r>
      <w:r>
        <w:t xml:space="preserve">    (a) (noun) text that is marked as important  OR  (verb) marks important text</w:t>
      </w:r>
      <w:r>
        <w:br/>
      </w:r>
      <w:r>
        <w:t xml:space="preserve">    (b) causes of problems or illnesses; or processes to identify such problems</w:t>
      </w:r>
      <w:r>
        <w:br/>
      </w:r>
      <w:r>
        <w:t xml:space="preserve">    (c) connects or fits together by being equivalent, proportionate, or matched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2026-07-31T17:20:42Z</dcterms:created>
  <dcterms:modified xsi:type="dcterms:W3CDTF">2026-07-31T17:20:42Z</dcterms:modified>
</cp:coreProperties>
</file>

<file path=docProps/custom.xml><?xml version="1.0" encoding="utf-8"?>
<Properties xmlns="http://schemas.openxmlformats.org/officeDocument/2006/custom-properties" xmlns:vt="http://schemas.openxmlformats.org/officeDocument/2006/docPropsVTypes"/>
</file>