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931694affe47efc7b92cfe5026a3404c2ad2262"/>
    <w:p>
      <w:pPr>
        <w:pStyle w:val="Heading1"/>
      </w:pPr>
      <w:r>
        <w:rPr>
          <w:b/>
          <w:bCs/>
        </w:rPr>
        <w:t xml:space="preserve">The House of the Seven Gables</w:t>
      </w:r>
      <w:r>
        <w:br/>
      </w:r>
      <w:r>
        <w:rPr>
          <w:i/>
          <w:iCs/>
        </w:rPr>
        <w:t xml:space="preserve">Nathanial Hawthorne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team's victory depended 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aggregate</w:t>
      </w:r>
      <w:r>
        <w:rPr>
          <w:b/>
          <w:bCs/>
        </w:rPr>
        <w:t xml:space="preserve"> </w:t>
      </w:r>
      <w:r>
        <w:rPr>
          <w:b/>
          <w:bCs/>
        </w:rPr>
        <w:t xml:space="preserve">of every player's contributions.</w:t>
      </w:r>
      <w:r>
        <w:br/>
      </w:r>
      <w:r>
        <w:t xml:space="preserve">    (a) single key effort</w:t>
      </w:r>
      <w:r>
        <w:br/>
      </w:r>
      <w:r>
        <w:t xml:space="preserve">    (b) final desperate push</w:t>
      </w:r>
      <w:r>
        <w:br/>
      </w:r>
      <w:r>
        <w:t xml:space="preserve">    (c) total combined sum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accepted the invitation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alacrity</w:t>
      </w:r>
      <w:r>
        <w:rPr>
          <w:b/>
          <w:bCs/>
        </w:rPr>
        <w:t xml:space="preserve">.</w:t>
      </w:r>
      <w:r>
        <w:br/>
      </w:r>
      <w:r>
        <w:t xml:space="preserve">    (a) embarrassment</w:t>
      </w:r>
      <w:r>
        <w:br/>
      </w:r>
      <w:r>
        <w:t xml:space="preserve">    (b) concern</w:t>
      </w:r>
      <w:r>
        <w:br/>
      </w:r>
      <w:r>
        <w:t xml:space="preserve">    (c) quickness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book,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Harry Potter</w:t>
      </w:r>
      <w:r>
        <w:rPr>
          <w:b/>
          <w:bCs/>
        </w:rPr>
        <w:t xml:space="preserve">, Voldemort is Harry's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antagonist</w:t>
      </w:r>
      <w:r>
        <w:rPr>
          <w:b/>
          <w:bCs/>
        </w:rPr>
        <w:t xml:space="preserve">.</w:t>
      </w:r>
      <w:r>
        <w:br/>
      </w:r>
      <w:r>
        <w:t xml:space="preserve">    (a) friend</w:t>
      </w:r>
      <w:r>
        <w:br/>
      </w:r>
      <w:r>
        <w:t xml:space="preserve">    (b) partner</w:t>
      </w:r>
      <w:r>
        <w:br/>
      </w:r>
      <w:r>
        <w:t xml:space="preserve">    (c) enemy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France and Germany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contiguous</w:t>
      </w:r>
      <w:r>
        <w:rPr>
          <w:b/>
          <w:bCs/>
        </w:rPr>
        <w:t xml:space="preserve">, sharing a border along the Rhine.</w:t>
      </w:r>
      <w:r>
        <w:br/>
      </w:r>
      <w:r>
        <w:t xml:space="preserve">    (a) ancient</w:t>
      </w:r>
      <w:r>
        <w:br/>
      </w:r>
      <w:r>
        <w:t xml:space="preserve">    (b) isolated</w:t>
      </w:r>
      <w:r>
        <w:br/>
      </w:r>
      <w:r>
        <w:t xml:space="preserve">    (c) adjacent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university's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endowment</w:t>
      </w:r>
      <w:r>
        <w:rPr>
          <w:b/>
          <w:bCs/>
        </w:rPr>
        <w:t xml:space="preserve"> </w:t>
      </w:r>
      <w:r>
        <w:rPr>
          <w:b/>
          <w:bCs/>
        </w:rPr>
        <w:t xml:space="preserve">grew significantly thanks to alumni donations.</w:t>
      </w:r>
      <w:r>
        <w:br/>
      </w:r>
      <w:r>
        <w:t xml:space="preserve">    (a) invested funds</w:t>
      </w:r>
      <w:r>
        <w:br/>
      </w:r>
      <w:r>
        <w:t xml:space="preserve">    (b) yearly expenses</w:t>
      </w:r>
      <w:r>
        <w:br/>
      </w:r>
      <w:r>
        <w:t xml:space="preserve">    (c) student debt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appreciate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forbearance</w:t>
      </w:r>
      <w:r>
        <w:rPr>
          <w:b/>
          <w:bCs/>
        </w:rPr>
        <w:t xml:space="preserve">.</w:t>
      </w:r>
      <w:r>
        <w:br/>
      </w:r>
      <w:r>
        <w:t xml:space="preserve">    (a) financial loan</w:t>
      </w:r>
      <w:r>
        <w:br/>
      </w:r>
      <w:r>
        <w:t xml:space="preserve">    (b) family concerns</w:t>
      </w:r>
      <w:r>
        <w:br/>
      </w:r>
      <w:r>
        <w:t xml:space="preserve">    (c) patience or tolerance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resolution calls upon the country to "cease hostilities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forthwith</w:t>
      </w:r>
      <w:r>
        <w:rPr>
          <w:b/>
          <w:bCs/>
        </w:rPr>
        <w:t xml:space="preserve">."</w:t>
      </w:r>
      <w:r>
        <w:br/>
      </w:r>
      <w:r>
        <w:t xml:space="preserve">    (a) immediately</w:t>
      </w:r>
      <w:r>
        <w:br/>
      </w:r>
      <w:r>
        <w:t xml:space="preserve">    (b) carefully</w:t>
      </w:r>
      <w:r>
        <w:br/>
      </w:r>
      <w:r>
        <w:t xml:space="preserve">    (c) publicly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Things have changed, but she remains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inflexible</w:t>
      </w:r>
      <w:r>
        <w:rPr>
          <w:b/>
          <w:bCs/>
        </w:rPr>
        <w:t xml:space="preserve">.</w:t>
      </w:r>
      <w:r>
        <w:br/>
      </w:r>
      <w:r>
        <w:t xml:space="preserve">    (a) not skilled</w:t>
      </w:r>
      <w:r>
        <w:br/>
      </w:r>
      <w:r>
        <w:t xml:space="preserve">    (b) unbending (not able to adjust well to different conditions)</w:t>
      </w:r>
      <w:r>
        <w:br/>
      </w:r>
      <w:r>
        <w:t xml:space="preserve">    (c) unimportant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a young apprentice, 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malleable</w:t>
      </w:r>
      <w:r>
        <w:rPr>
          <w:b/>
          <w:bCs/>
        </w:rPr>
        <w:t xml:space="preserve"> </w:t>
      </w:r>
      <w:r>
        <w:rPr>
          <w:b/>
          <w:bCs/>
        </w:rPr>
        <w:t xml:space="preserve">and eager to learn, quickly adapting to the styles of different chefs in the kitchen.</w:t>
      </w:r>
      <w:r>
        <w:br/>
      </w:r>
      <w:r>
        <w:t xml:space="preserve">    (a) inexperienced</w:t>
      </w:r>
      <w:r>
        <w:br/>
      </w:r>
      <w:r>
        <w:t xml:space="preserve">    (b) inexpensive</w:t>
      </w:r>
      <w:r>
        <w:br/>
      </w:r>
      <w:r>
        <w:t xml:space="preserve">    (c) flexible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obstreperous</w:t>
      </w:r>
      <w:r>
        <w:rPr>
          <w:b/>
          <w:bCs/>
        </w:rPr>
        <w:t xml:space="preserve"> </w:t>
      </w:r>
      <w:r>
        <w:rPr>
          <w:b/>
          <w:bCs/>
        </w:rPr>
        <w:t xml:space="preserve">crowd at the concert made it difficult for the security guards to maintain order.</w:t>
      </w:r>
      <w:r>
        <w:br/>
      </w:r>
      <w:r>
        <w:t xml:space="preserve">    (a) happily excited</w:t>
      </w:r>
      <w:r>
        <w:br/>
      </w:r>
      <w:r>
        <w:t xml:space="preserve">    (b) singing loudly</w:t>
      </w:r>
      <w:r>
        <w:br/>
      </w:r>
      <w:r>
        <w:t xml:space="preserve">    (c) noisily unruly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dismissed his taste in movies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plebeian</w:t>
      </w:r>
      <w:r>
        <w:rPr>
          <w:b/>
          <w:bCs/>
        </w:rPr>
        <w:t xml:space="preserve">, preferring obscure foreign films.</w:t>
      </w:r>
      <w:r>
        <w:br/>
      </w:r>
      <w:r>
        <w:t xml:space="preserve">    (a) secretive or mysterious</w:t>
      </w:r>
      <w:r>
        <w:br/>
      </w:r>
      <w:r>
        <w:t xml:space="preserve">    (b) wealthy or powerful</w:t>
      </w:r>
      <w:r>
        <w:br/>
      </w:r>
      <w:r>
        <w:t xml:space="preserve">    (c) ordinary or unsophisticated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a group, the people with a family history of heart disease have a higher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propensity</w:t>
      </w:r>
      <w:r>
        <w:rPr>
          <w:b/>
          <w:bCs/>
        </w:rPr>
        <w:t xml:space="preserve"> </w:t>
      </w:r>
      <w:r>
        <w:rPr>
          <w:b/>
          <w:bCs/>
        </w:rPr>
        <w:t xml:space="preserve">to develop the condition themselves.</w:t>
      </w:r>
      <w:r>
        <w:br/>
      </w:r>
      <w:r>
        <w:t xml:space="preserve">    (a) fear</w:t>
      </w:r>
      <w:r>
        <w:br/>
      </w:r>
      <w:r>
        <w:t xml:space="preserve">    (b) tendency</w:t>
      </w:r>
      <w:r>
        <w:br/>
      </w:r>
      <w:r>
        <w:t xml:space="preserve">    (c) avoidance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criminal was ordered to pay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recompense</w:t>
      </w:r>
      <w:r>
        <w:rPr>
          <w:b/>
          <w:bCs/>
        </w:rPr>
        <w:t xml:space="preserve"> </w:t>
      </w:r>
      <w:r>
        <w:rPr>
          <w:b/>
          <w:bCs/>
        </w:rPr>
        <w:t xml:space="preserve">to his victims as part of his sentence.</w:t>
      </w:r>
      <w:r>
        <w:br/>
      </w:r>
      <w:r>
        <w:t xml:space="preserve">    (a) a penalty fine</w:t>
      </w:r>
      <w:r>
        <w:br/>
      </w:r>
      <w:r>
        <w:t xml:space="preserve">    (b) compensation for loss</w:t>
      </w:r>
      <w:r>
        <w:br/>
      </w:r>
      <w:r>
        <w:t xml:space="preserve">    (c) an apology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repugnant</w:t>
      </w:r>
      <w:r>
        <w:rPr>
          <w:b/>
          <w:bCs/>
        </w:rPr>
        <w:t xml:space="preserve"> </w:t>
      </w:r>
      <w:r>
        <w:rPr>
          <w:b/>
          <w:bCs/>
        </w:rPr>
        <w:t xml:space="preserve">behavior at the party made everyone want to go home early.</w:t>
      </w:r>
      <w:r>
        <w:br/>
      </w:r>
      <w:r>
        <w:t xml:space="preserve">    (a) deeply offensive</w:t>
      </w:r>
      <w:r>
        <w:br/>
      </w:r>
      <w:r>
        <w:t xml:space="preserve">    (b) warmly welcomed</w:t>
      </w:r>
      <w:r>
        <w:br/>
      </w:r>
      <w:r>
        <w:t xml:space="preserve">    (c) highly amusing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been making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sagacious</w:t>
      </w:r>
      <w:r>
        <w:rPr>
          <w:b/>
          <w:bCs/>
        </w:rPr>
        <w:t xml:space="preserve"> </w:t>
      </w:r>
      <w:r>
        <w:rPr>
          <w:b/>
          <w:bCs/>
        </w:rPr>
        <w:t xml:space="preserve">business decisions for more than 30 years.</w:t>
      </w:r>
      <w:r>
        <w:br/>
      </w:r>
      <w:r>
        <w:t xml:space="preserve">    (a) wise</w:t>
      </w:r>
      <w:r>
        <w:br/>
      </w:r>
      <w:r>
        <w:t xml:space="preserve">    (b) impatient</w:t>
      </w:r>
      <w:r>
        <w:br/>
      </w:r>
      <w:r>
        <w:t xml:space="preserve">    (c) careless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scruples</w:t>
      </w:r>
      <w:r>
        <w:rPr>
          <w:b/>
          <w:bCs/>
        </w:rPr>
        <w:t xml:space="preserve"> </w:t>
      </w:r>
      <w:r>
        <w:rPr>
          <w:b/>
          <w:bCs/>
        </w:rPr>
        <w:t xml:space="preserve">were not so strong as to withstand her friend's arguments.</w:t>
      </w:r>
      <w:r>
        <w:br/>
      </w:r>
      <w:r>
        <w:t xml:space="preserve">    (a) principles that discourage certain kinds of action</w:t>
      </w:r>
      <w:r>
        <w:br/>
      </w:r>
      <w:r>
        <w:t xml:space="preserve">    (b) known facts</w:t>
      </w:r>
      <w:r>
        <w:br/>
      </w:r>
      <w:r>
        <w:t xml:space="preserve">    (c) firmness of purpose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country suffers from rising youth unemployment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torpid</w:t>
      </w:r>
      <w:r>
        <w:rPr>
          <w:b/>
          <w:bCs/>
        </w:rPr>
        <w:t xml:space="preserve"> </w:t>
      </w:r>
      <w:r>
        <w:rPr>
          <w:b/>
          <w:bCs/>
        </w:rPr>
        <w:t xml:space="preserve">growth.</w:t>
      </w:r>
      <w:r>
        <w:br/>
      </w:r>
      <w:r>
        <w:t xml:space="preserve">    (a) the state or degree of being clear, easily noticed, and/or identifiable as different or separate</w:t>
      </w:r>
      <w:r>
        <w:br/>
      </w:r>
      <w:r>
        <w:t xml:space="preserve">    (b) having two or more sounds (phonetic values) such as the letter "a" in</w:t>
      </w:r>
      <w:r>
        <w:t xml:space="preserve"> </w:t>
      </w:r>
      <w:r>
        <w:rPr>
          <w:i/>
          <w:iCs/>
        </w:rPr>
        <w:t xml:space="preserve">cat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date</w:t>
      </w:r>
      <w:r>
        <w:br/>
      </w:r>
      <w:r>
        <w:t xml:space="preserve">    (c) sluggish or slow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snapped out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torpor</w:t>
      </w:r>
      <w:r>
        <w:rPr>
          <w:b/>
          <w:bCs/>
        </w:rPr>
        <w:t xml:space="preserve"> </w:t>
      </w:r>
      <w:r>
        <w:rPr>
          <w:b/>
          <w:bCs/>
        </w:rPr>
        <w:t xml:space="preserve">and began living life again.</w:t>
      </w:r>
      <w:r>
        <w:br/>
      </w:r>
      <w:r>
        <w:t xml:space="preserve">    (a) a state of low-energy and inactivity</w:t>
      </w:r>
      <w:r>
        <w:br/>
      </w:r>
      <w:r>
        <w:t xml:space="preserve">    (b) a state of intoxication and irrationality</w:t>
      </w:r>
      <w:r>
        <w:br/>
      </w:r>
      <w:r>
        <w:t xml:space="preserve">    (c) a state of working all the time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transfigured</w:t>
      </w:r>
      <w:r>
        <w:rPr>
          <w:b/>
          <w:bCs/>
        </w:rPr>
        <w:t xml:space="preserve"> </w:t>
      </w:r>
      <w:r>
        <w:rPr>
          <w:b/>
          <w:bCs/>
        </w:rPr>
        <w:t xml:space="preserve">by a spiritual awakening.</w:t>
      </w:r>
      <w:r>
        <w:br/>
      </w:r>
      <w:r>
        <w:t xml:space="preserve">    (a) barely affected</w:t>
      </w:r>
      <w:r>
        <w:br/>
      </w:r>
      <w:r>
        <w:t xml:space="preserve">    (b) deeply confused</w:t>
      </w:r>
      <w:r>
        <w:br/>
      </w:r>
      <w:r>
        <w:t xml:space="preserve">    (c) completely changed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vivacious</w:t>
      </w:r>
      <w:r>
        <w:rPr>
          <w:b/>
          <w:bCs/>
        </w:rPr>
        <w:t xml:space="preserve"> </w:t>
      </w:r>
      <w:r>
        <w:rPr>
          <w:b/>
          <w:bCs/>
        </w:rPr>
        <w:t xml:space="preserve">high school senior who has captured the nations heart.</w:t>
      </w:r>
      <w:r>
        <w:br/>
      </w:r>
      <w:r>
        <w:t xml:space="preserve">    (a) smart and well-spoken</w:t>
      </w:r>
      <w:r>
        <w:br/>
      </w:r>
      <w:r>
        <w:t xml:space="preserve">    (b) engaging and lively</w:t>
      </w:r>
      <w:r>
        <w:br/>
      </w:r>
      <w:r>
        <w:t xml:space="preserve">    (c) kind and attractive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2026-07-31T15:23:39Z</dcterms:created>
  <dcterms:modified xsi:type="dcterms:W3CDTF">2026-07-31T15:23:39Z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