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f3a433bee29cd6563219e143e310aac1f41f209"/>
    <w:p>
      <w:pPr>
        <w:pStyle w:val="Heading1"/>
      </w:pPr>
      <w:r>
        <w:rPr>
          <w:b/>
          <w:bCs/>
        </w:rPr>
        <w:t xml:space="preserve">The House of the Seven Gables</w:t>
      </w:r>
      <w:r>
        <w:br/>
      </w:r>
      <w:r>
        <w:rPr>
          <w:i/>
          <w:iCs/>
        </w:rPr>
        <w:t xml:space="preserve">Nathanial Hawthorne</w:t>
      </w:r>
      <w:r>
        <w:br/>
      </w:r>
      <w:r>
        <w:rPr>
          <w:b/>
          <w:bCs/>
        </w:rPr>
        <w:t xml:space="preserve">Extra Credit 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Not to speak of other objections, it exposes the romance to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inflexible</w:t>
      </w:r>
      <w:r>
        <w:rPr>
          <w:b/>
          <w:bCs/>
        </w:rPr>
        <w:t xml:space="preserve"> </w:t>
      </w:r>
      <w:r>
        <w:rPr>
          <w:b/>
          <w:bCs/>
        </w:rPr>
        <w:t xml:space="preserve">and exceedingly dangerous species of criticism, by bringing his fancy-pictures almost into positive contact with the realities of the moment.</w:t>
      </w:r>
      <w:r>
        <w:br/>
      </w:r>
      <w:r>
        <w:t xml:space="preserve">    (a) not tending to find fault</w:t>
      </w:r>
      <w:r>
        <w:br/>
      </w:r>
      <w:r>
        <w:t xml:space="preserve">    (b) not bendable or adaptable</w:t>
      </w:r>
      <w:r>
        <w:br/>
      </w:r>
      <w:r>
        <w:t xml:space="preserve">    (c) not able to be translated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was too powerful for the conscientious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scruples</w:t>
      </w:r>
      <w:r>
        <w:rPr>
          <w:b/>
          <w:bCs/>
        </w:rPr>
        <w:t xml:space="preserve"> </w:t>
      </w:r>
      <w:r>
        <w:rPr>
          <w:b/>
          <w:bCs/>
        </w:rPr>
        <w:t xml:space="preserve">of the old bachelor; at whose death, accordingly, the mansion-house, together with most of his other riches, passed into the possession of his next legal representative.</w:t>
      </w:r>
      <w:r>
        <w:br/>
      </w:r>
      <w:r>
        <w:t xml:space="preserve">    (a) prepares food in a way that keeps it from spoiling</w:t>
      </w:r>
      <w:r>
        <w:br/>
      </w:r>
      <w:r>
        <w:t xml:space="preserve">    (b) moves again into position to work; or starts again</w:t>
      </w:r>
      <w:r>
        <w:br/>
      </w:r>
      <w:r>
        <w:t xml:space="preserve">    (c) principles that discourage certain kinds of action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certainly operated to prolong in their case, and to confirm to them as their only inheritance, those feelings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repugnance</w:t>
      </w:r>
      <w:r>
        <w:rPr>
          <w:b/>
          <w:bCs/>
        </w:rPr>
        <w:t xml:space="preserve"> </w:t>
      </w:r>
      <w:r>
        <w:rPr>
          <w:b/>
          <w:bCs/>
        </w:rPr>
        <w:t xml:space="preserve">and superstitious terror with which the people of the town, even after awakening from their frenzy, continued to regard the memory of the reputed witches.</w:t>
      </w:r>
      <w:r>
        <w:br/>
      </w:r>
      <w:r>
        <w:t xml:space="preserve">    (a) dissatisfaction</w:t>
      </w:r>
      <w:r>
        <w:br/>
      </w:r>
      <w:r>
        <w:t xml:space="preserve">    (b) discouragement</w:t>
      </w:r>
      <w:r>
        <w:br/>
      </w:r>
      <w:r>
        <w:t xml:space="preserve">    (c) strong disgust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Not with such fervor prays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torpid</w:t>
      </w:r>
      <w:r>
        <w:rPr>
          <w:b/>
          <w:bCs/>
        </w:rPr>
        <w:t xml:space="preserve"> </w:t>
      </w:r>
      <w:r>
        <w:rPr>
          <w:b/>
          <w:bCs/>
        </w:rPr>
        <w:t xml:space="preserve">recluse, looking forward to the cold, sunless, stagnant calm of a day that is to be like innumerable yesterdays.</w:t>
      </w:r>
      <w:r>
        <w:br/>
      </w:r>
      <w:r>
        <w:t xml:space="preserve">    (a) having two or more sounds (phonetic values) such as the letter "a" in</w:t>
      </w:r>
      <w:r>
        <w:t xml:space="preserve"> </w:t>
      </w:r>
      <w:r>
        <w:rPr>
          <w:i/>
          <w:iCs/>
        </w:rPr>
        <w:t xml:space="preserve">cat</w:t>
      </w:r>
      <w:r>
        <w:t xml:space="preserve"> </w:t>
      </w:r>
      <w:r>
        <w:t xml:space="preserve">and</w:t>
      </w:r>
      <w:r>
        <w:t xml:space="preserve"> </w:t>
      </w:r>
      <w:r>
        <w:rPr>
          <w:i/>
          <w:iCs/>
        </w:rPr>
        <w:t xml:space="preserve">date</w:t>
      </w:r>
      <w:r>
        <w:br/>
      </w:r>
      <w:r>
        <w:t xml:space="preserve">    (b) the state or degree of being clear, easily noticed, and/or identifiable as different or separate</w:t>
      </w:r>
      <w:r>
        <w:br/>
      </w:r>
      <w:r>
        <w:t xml:space="preserve">    (c) inactive or sluggish -- either from low energy or in a natural resting state such as hibernation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was a slender young man, not more than one or two and twenty years old, with rather a grave and thoughtful expression for his years, but likewise a springy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alacrity</w:t>
      </w:r>
      <w:r>
        <w:rPr>
          <w:b/>
          <w:bCs/>
        </w:rPr>
        <w:t xml:space="preserve"> </w:t>
      </w:r>
      <w:r>
        <w:rPr>
          <w:b/>
          <w:bCs/>
        </w:rPr>
        <w:t xml:space="preserve">and vigor.</w:t>
      </w:r>
      <w:r>
        <w:br/>
      </w:r>
      <w:r>
        <w:t xml:space="preserve">    (a) the gain of advantage from something</w:t>
      </w:r>
      <w:r>
        <w:br/>
      </w:r>
      <w:r>
        <w:t xml:space="preserve">    (b) the quality of exactness or accuracy</w:t>
      </w:r>
      <w:r>
        <w:br/>
      </w:r>
      <w:r>
        <w:t xml:space="preserve">    (c) quickness; and/or cheerful eagerness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was the invigorating breath of a fresh outward atmosphere, after the long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torpor</w:t>
      </w:r>
      <w:r>
        <w:rPr>
          <w:b/>
          <w:bCs/>
        </w:rPr>
        <w:t xml:space="preserve"> </w:t>
      </w:r>
      <w:r>
        <w:rPr>
          <w:b/>
          <w:bCs/>
        </w:rPr>
        <w:t xml:space="preserve">and monotonous seclusion of her life.</w:t>
      </w:r>
      <w:r>
        <w:br/>
      </w:r>
      <w:r>
        <w:t xml:space="preserve">    (a) forces into an undesired activity or situation -- such as legally sentencing someone to punishment  OR  finds guilty -- especially in court  OR  provides the means of finding guilty</w:t>
      </w:r>
      <w:r>
        <w:br/>
      </w:r>
      <w:r>
        <w:t xml:space="preserve">    (b) a technique of showing events faster than they happen by taking a series of pictures, one after each passing of some time period, and then combing the pictures into a quick video</w:t>
      </w:r>
      <w:r>
        <w:br/>
      </w:r>
      <w:r>
        <w:t xml:space="preserve">    (c) state of low-energy and inactivity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Customers came in, as the forenoon advanced, but rather slowly; in some cases, too, it must be owned, with little satisfaction either to themselves or Miss Hepzibah; nor, on the whole, with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aggregate</w:t>
      </w:r>
      <w:r>
        <w:rPr>
          <w:b/>
          <w:bCs/>
        </w:rPr>
        <w:t xml:space="preserve"> </w:t>
      </w:r>
      <w:r>
        <w:rPr>
          <w:b/>
          <w:bCs/>
        </w:rPr>
        <w:t xml:space="preserve">of very rich emolument to the till.</w:t>
      </w:r>
      <w:r>
        <w:br/>
      </w:r>
      <w:r>
        <w:t xml:space="preserve">    (a) combined</w:t>
      </w:r>
      <w:r>
        <w:br/>
      </w:r>
      <w:r>
        <w:t xml:space="preserve">    (b) reporter</w:t>
      </w:r>
      <w:r>
        <w:br/>
      </w:r>
      <w:r>
        <w:t xml:space="preserve">    (c) disorder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At all events, Hepzibah had fully satisfied herself of the impossibility of ever becoming wonted to this peevishly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obstreperous</w:t>
      </w:r>
      <w:r>
        <w:rPr>
          <w:b/>
          <w:bCs/>
        </w:rPr>
        <w:t xml:space="preserve"> </w:t>
      </w:r>
      <w:r>
        <w:rPr>
          <w:b/>
          <w:bCs/>
        </w:rPr>
        <w:t xml:space="preserve">little bell.</w:t>
      </w:r>
      <w:r>
        <w:br/>
      </w:r>
      <w:r>
        <w:t xml:space="preserve">    (a) mental activity of which one is self-aware</w:t>
      </w:r>
      <w:r>
        <w:br/>
      </w:r>
      <w:r>
        <w:t xml:space="preserve">    (b) noisily unruly (disorderly and disruptive)</w:t>
      </w:r>
      <w:r>
        <w:br/>
      </w:r>
      <w:r>
        <w:t xml:space="preserve">    (c) without involvement of anything in between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As for the bargain, it was wrinkled slyness and craft pitted against native truth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sagacity</w:t>
      </w:r>
      <w:r>
        <w:rPr>
          <w:b/>
          <w:bCs/>
        </w:rPr>
        <w:t xml:space="preserve">.</w:t>
      </w:r>
      <w:r>
        <w:br/>
      </w:r>
      <w:r>
        <w:t xml:space="preserve">    (a) memory</w:t>
      </w:r>
      <w:r>
        <w:br/>
      </w:r>
      <w:r>
        <w:t xml:space="preserve">    (b) wisdom</w:t>
      </w:r>
      <w:r>
        <w:br/>
      </w:r>
      <w:r>
        <w:t xml:space="preserve">    (c) battle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was a fair parallel between new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Plebeianism</w:t>
      </w:r>
      <w:r>
        <w:rPr>
          <w:b/>
          <w:bCs/>
        </w:rPr>
        <w:t xml:space="preserve"> </w:t>
      </w:r>
      <w:r>
        <w:rPr>
          <w:b/>
          <w:bCs/>
        </w:rPr>
        <w:t xml:space="preserve">and old Gentility.</w:t>
      </w:r>
      <w:r>
        <w:br/>
      </w:r>
      <w:r>
        <w:t xml:space="preserve">    (a) an ionized gas (typically at high temperature) that is a good conductor of electricity and reacts to magnetic fields</w:t>
      </w:r>
      <w:r>
        <w:br/>
      </w:r>
      <w:r>
        <w:t xml:space="preserve">    (b) of or belonging to common people -- often implying a lack of refinement</w:t>
      </w:r>
      <w:r>
        <w:br/>
      </w:r>
      <w:r>
        <w:br/>
      </w:r>
      <w:r>
        <w:t xml:space="preserve">or:</w:t>
      </w:r>
      <w:r>
        <w:br/>
      </w:r>
      <w:r>
        <w:br/>
      </w:r>
      <w:r>
        <w:t xml:space="preserve">an ordinary citizen of ancient Rome</w:t>
      </w:r>
      <w:r>
        <w:br/>
      </w:r>
      <w:r>
        <w:t xml:space="preserve">    (c) a mental illness most commonly associated with undeveloped social abilities, language, and other communication skills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chicken, hereupon, though almost as venerable in appearance as its mother—possessing, indeed, the whole antiquity of its progenitors in miniature,—mustered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vivacity</w:t>
      </w:r>
      <w:r>
        <w:rPr>
          <w:b/>
          <w:bCs/>
        </w:rPr>
        <w:t xml:space="preserve"> </w:t>
      </w:r>
      <w:r>
        <w:rPr>
          <w:b/>
          <w:bCs/>
        </w:rPr>
        <w:t xml:space="preserve">enough to flutter upward and alight on Phoebe's shoulder.</w:t>
      </w:r>
      <w:r>
        <w:br/>
      </w:r>
      <w:r>
        <w:t xml:space="preserve">    (a) engaging liveliness</w:t>
      </w:r>
      <w:r>
        <w:br/>
      </w:r>
      <w:r>
        <w:t xml:space="preserve">    (b) wrong understanding</w:t>
      </w:r>
      <w:r>
        <w:br/>
      </w:r>
      <w:r>
        <w:t xml:space="preserve">    (c) firmness of purpose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"My name is Phoebe Pyncheon," said the girl, with a manner of some reserve; for she was aware that her new acquaintance could be no other than the daguerreotypist, of whose lawless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propensities</w:t>
      </w:r>
      <w:r>
        <w:rPr>
          <w:b/>
          <w:bCs/>
        </w:rPr>
        <w:t xml:space="preserve"> </w:t>
      </w:r>
      <w:r>
        <w:rPr>
          <w:b/>
          <w:bCs/>
        </w:rPr>
        <w:t xml:space="preserve">the old maid had given her a disagreeable idea.</w:t>
      </w:r>
      <w:r>
        <w:br/>
      </w:r>
      <w:r>
        <w:t xml:space="preserve">    (a) drawings or photographs</w:t>
      </w:r>
      <w:r>
        <w:br/>
      </w:r>
      <w:r>
        <w:t xml:space="preserve">    (b) tendency or inclination</w:t>
      </w:r>
      <w:r>
        <w:br/>
      </w:r>
      <w:r>
        <w:t xml:space="preserve">    (c) positively charged ions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stood by a window, holding a book in close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contiguity</w:t>
      </w:r>
      <w:r>
        <w:rPr>
          <w:b/>
          <w:bCs/>
        </w:rPr>
        <w:t xml:space="preserve"> </w:t>
      </w:r>
      <w:r>
        <w:rPr>
          <w:b/>
          <w:bCs/>
        </w:rPr>
        <w:t xml:space="preserve">to her nose, as if with the hope of gaining an olfactory acquaintance with its contents, since her imperfect vision made it not very easy to read them.</w:t>
      </w:r>
      <w:r>
        <w:br/>
      </w:r>
      <w:r>
        <w:t xml:space="preserve">    (a) an electronic component that acts like a one-way valve</w:t>
      </w:r>
      <w:r>
        <w:br/>
      </w:r>
      <w:r>
        <w:t xml:space="preserve">    (b) with a common boundary; or very close in space or time</w:t>
      </w:r>
      <w:r>
        <w:br/>
      </w:r>
      <w:r>
        <w:t xml:space="preserve">    (c) any substance that tends to increase the flow of urine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was too slight to seize upon at the instant; yet, as recollected afterwards, seemed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transfigure</w:t>
      </w:r>
      <w:r>
        <w:rPr>
          <w:b/>
          <w:bCs/>
        </w:rPr>
        <w:t xml:space="preserve"> </w:t>
      </w:r>
      <w:r>
        <w:rPr>
          <w:b/>
          <w:bCs/>
        </w:rPr>
        <w:t xml:space="preserve">the whole man.</w:t>
      </w:r>
      <w:r>
        <w:br/>
      </w:r>
      <w:r>
        <w:t xml:space="preserve">    (a) change completely the nature or appearance of -- especially in a positive way</w:t>
      </w:r>
      <w:r>
        <w:br/>
      </w:r>
      <w:r>
        <w:t xml:space="preserve">    (b) to change to multiple areas of control or concentration (rather than just 1)</w:t>
      </w:r>
      <w:r>
        <w:br/>
      </w:r>
      <w:r>
        <w:t xml:space="preserve">    (c) to investigate; or an investigation; or an instrument used for investigation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Why are poets so apt to choose their mates, not for any similarity of poetic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endowment</w:t>
      </w:r>
      <w:r>
        <w:rPr>
          <w:b/>
          <w:bCs/>
        </w:rPr>
        <w:t xml:space="preserve">, but for qualities which might make the happiness of the rudest handicraftsman as well as that of the ideal craftsman of the spirit?</w:t>
      </w:r>
      <w:r>
        <w:br/>
      </w:r>
      <w:r>
        <w:t xml:space="preserve">    (a) a musical play with orchestra in which most of the dialogue is sung (or the art form that consists of such musicals; or describing something as related to that art form)</w:t>
      </w:r>
      <w:r>
        <w:br/>
      </w:r>
      <w:r>
        <w:t xml:space="preserve">    (b) the invested money that provides income for an institution; or an instance of giving such money</w:t>
      </w:r>
      <w:r>
        <w:br/>
      </w:r>
      <w:r>
        <w:br/>
      </w:r>
      <w:r>
        <w:t xml:space="preserve">or:</w:t>
      </w:r>
      <w:r>
        <w:br/>
      </w:r>
      <w:r>
        <w:br/>
      </w:r>
      <w:r>
        <w:t xml:space="preserve">abilities or qualities -- especially those that are nature-given</w:t>
      </w:r>
      <w:r>
        <w:br/>
      </w:r>
      <w:r>
        <w:t xml:space="preserve">    (c) a person with or something related to an eating disorder in which overeating is followed by guilt and unhealthy attempts at correction -- especially self-induced vomiting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As this latter point was one which the daguerreotypist could not decide for himself, 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forthwith</w:t>
      </w:r>
      <w:r>
        <w:rPr>
          <w:b/>
          <w:bCs/>
        </w:rPr>
        <w:t xml:space="preserve"> </w:t>
      </w:r>
      <w:r>
        <w:rPr>
          <w:b/>
          <w:bCs/>
        </w:rPr>
        <w:t xml:space="preserve">produced his roll of manuscript, and, while the late sunbeams gilded the seven gables, began to read.</w:t>
      </w:r>
      <w:r>
        <w:br/>
      </w:r>
      <w:r>
        <w:t xml:space="preserve">    (a) a last name</w:t>
      </w:r>
      <w:r>
        <w:br/>
      </w:r>
      <w:r>
        <w:t xml:space="preserve">    (b) immediately</w:t>
      </w:r>
      <w:r>
        <w:br/>
      </w:r>
      <w:r>
        <w:t xml:space="preserve">    (c) well suited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did not mean to tax your time without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recompense</w:t>
      </w:r>
      <w:r>
        <w:rPr>
          <w:b/>
          <w:bCs/>
        </w:rPr>
        <w:t xml:space="preserve">.</w:t>
      </w:r>
      <w:r>
        <w:br/>
      </w:r>
      <w:r>
        <w:t xml:space="preserve">    (a) examine in detail to better understand</w:t>
      </w:r>
      <w:r>
        <w:br/>
      </w:r>
      <w:r>
        <w:t xml:space="preserve">    (b) compensate for a loss; or pay a reward</w:t>
      </w:r>
      <w:r>
        <w:br/>
      </w:r>
      <w:r>
        <w:t xml:space="preserve">    (c) appropriate in size, amount, or degree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short, on an enlarged view of the business, the carpenter's terms appeared so ridiculously easy that Mr. Pyncheon could scarcely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forbear</w:t>
      </w:r>
      <w:r>
        <w:rPr>
          <w:b/>
          <w:bCs/>
        </w:rPr>
        <w:t xml:space="preserve"> </w:t>
      </w:r>
      <w:r>
        <w:rPr>
          <w:b/>
          <w:bCs/>
        </w:rPr>
        <w:t xml:space="preserve">laughing in his face.</w:t>
      </w:r>
      <w:r>
        <w:br/>
      </w:r>
      <w:r>
        <w:t xml:space="preserve">    (a) where attention is concentrated</w:t>
      </w:r>
      <w:r>
        <w:br/>
      </w:r>
      <w:r>
        <w:t xml:space="preserve">    (b) the ability to take on or adopt</w:t>
      </w:r>
      <w:r>
        <w:br/>
      </w:r>
      <w:r>
        <w:t xml:space="preserve">    (c) refrain (hold back) from acting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quality of Hepzibah's mind was too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unmalleable</w:t>
      </w:r>
      <w:r>
        <w:rPr>
          <w:b/>
          <w:bCs/>
        </w:rPr>
        <w:t xml:space="preserve"> </w:t>
      </w:r>
      <w:r>
        <w:rPr>
          <w:b/>
          <w:bCs/>
        </w:rPr>
        <w:t xml:space="preserve">to take new impressions so readily as Clifford's.</w:t>
      </w:r>
      <w:r>
        <w:br/>
      </w:r>
      <w:r>
        <w:t xml:space="preserve">    (a) not easily shaped or influenced</w:t>
      </w:r>
      <w:r>
        <w:br/>
      </w:r>
      <w:r>
        <w:t xml:space="preserve">    (b) non-traditional or non-standard</w:t>
      </w:r>
      <w:r>
        <w:br/>
      </w:r>
      <w:r>
        <w:t xml:space="preserve">    (c) poor ability to make a decision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now comes boisterously from the northwest, and, taking hold of the aged framework of the Seven Gables, gives it a shake, like a wrestler that would try strength with 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antagonist</w:t>
      </w:r>
      <w:r>
        <w:rPr>
          <w:b/>
          <w:bCs/>
        </w:rPr>
        <w:t xml:space="preserve">.</w:t>
      </w:r>
      <w:r>
        <w:br/>
      </w:r>
      <w:r>
        <w:t xml:space="preserve">    (a) someone who changes something (upon review)</w:t>
      </w:r>
      <w:r>
        <w:br/>
      </w:r>
      <w:r>
        <w:t xml:space="preserve">    (b) someone who takes something on as their own</w:t>
      </w:r>
      <w:r>
        <w:br/>
      </w:r>
      <w:r>
        <w:t xml:space="preserve">    (c) someone who offers opposition or is hostile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2026-07-31T15:23:39Z</dcterms:created>
  <dcterms:modified xsi:type="dcterms:W3CDTF">2026-07-31T15:23:39Z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