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6a743790db9c2176261180f059f646adab4805"/>
    <w:p>
      <w:pPr>
        <w:pStyle w:val="Heading1"/>
      </w:pPr>
      <w:r>
        <w:rPr>
          <w:b/>
          <w:bCs/>
        </w:rPr>
        <w:t xml:space="preserve">The House of Mirth</w:t>
      </w:r>
      <w:r>
        <w:br/>
      </w:r>
      <w:r>
        <w:rPr>
          <w:i/>
          <w:iCs/>
        </w:rPr>
        <w:t xml:space="preserve">Edith Wharton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passage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adapted</w:t>
      </w:r>
      <w:r>
        <w:rPr>
          <w:b/>
          <w:bCs/>
        </w:rPr>
        <w:t xml:space="preserve"> </w:t>
      </w:r>
      <w:r>
        <w:rPr>
          <w:b/>
          <w:bCs/>
        </w:rPr>
        <w:t xml:space="preserve">from Ralph Ellison,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Invisible Man</w:t>
      </w:r>
      <w:r>
        <w:rPr>
          <w:b/>
          <w:bCs/>
        </w:rPr>
        <w:t xml:space="preserve"> </w:t>
      </w:r>
      <w:r>
        <w:rPr>
          <w:b/>
          <w:bCs/>
        </w:rPr>
        <w:t xml:space="preserve">©1952.</w:t>
      </w:r>
      <w:r>
        <w:br/>
      </w:r>
      <w:r>
        <w:t xml:space="preserve">    (a) copied</w:t>
      </w:r>
      <w:r>
        <w:br/>
      </w:r>
      <w:r>
        <w:t xml:space="preserve">    (b) changed</w:t>
      </w:r>
      <w:r>
        <w:br/>
      </w:r>
      <w:r>
        <w:t xml:space="preserve">    (c) read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unimportant part</w:t>
      </w:r>
      <w:r>
        <w:br/>
      </w:r>
      <w:r>
        <w:t xml:space="preserve">    (b) result</w:t>
      </w:r>
      <w:r>
        <w:br/>
      </w:r>
      <w:r>
        <w:t xml:space="preserve">    (c) important part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unethical</w:t>
      </w:r>
      <w:r>
        <w:br/>
      </w:r>
      <w:r>
        <w:t xml:space="preserve">    (b) important</w:t>
      </w:r>
      <w:r>
        <w:br/>
      </w:r>
      <w:r>
        <w:t xml:space="preserve">    (c)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conspicuous</w:t>
      </w:r>
      <w:r>
        <w:rPr>
          <w:b/>
          <w:bCs/>
        </w:rPr>
        <w:t xml:space="preserve"> </w:t>
      </w:r>
      <w:r>
        <w:rPr>
          <w:b/>
          <w:bCs/>
        </w:rPr>
        <w:t xml:space="preserve">person on the President's cabinet, often appearing on television.</w:t>
      </w:r>
      <w:r>
        <w:br/>
      </w:r>
      <w:r>
        <w:t xml:space="preserve">    (a) hard to trust</w:t>
      </w:r>
      <w:r>
        <w:br/>
      </w:r>
      <w:r>
        <w:t xml:space="preserve">    (b) easy to notice</w:t>
      </w:r>
      <w:r>
        <w:br/>
      </w:r>
      <w:r>
        <w:t xml:space="preserve">    (c) quick to argue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constraints</w:t>
      </w:r>
      <w:r>
        <w:rPr>
          <w:b/>
          <w:bCs/>
        </w:rPr>
        <w:t xml:space="preserve"> </w:t>
      </w:r>
      <w:r>
        <w:rPr>
          <w:b/>
          <w:bCs/>
        </w:rPr>
        <w:t xml:space="preserve">on her power to spend taxpayer funds.</w:t>
      </w:r>
      <w:r>
        <w:br/>
      </w:r>
      <w:r>
        <w:t xml:space="preserve">    (a) limitations</w:t>
      </w:r>
      <w:r>
        <w:br/>
      </w:r>
      <w:r>
        <w:t xml:space="preserve">    (b) flexibility</w:t>
      </w:r>
      <w:r>
        <w:br/>
      </w:r>
      <w:r>
        <w:t xml:space="preserve">    (c) increases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quite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styles of the two teachers.</w:t>
      </w:r>
      <w:r>
        <w:br/>
      </w:r>
      <w:r>
        <w:t xml:space="preserve">    (a) covering of all styles</w:t>
      </w:r>
      <w:r>
        <w:br/>
      </w:r>
      <w:r>
        <w:t xml:space="preserve">    (b) notable difference</w:t>
      </w:r>
      <w:r>
        <w:br/>
      </w:r>
      <w:r>
        <w:t xml:space="preserve">    (c) notable similarity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grew stern.</w:t>
      </w:r>
      <w:r>
        <w:br/>
      </w:r>
      <w:r>
        <w:t xml:space="preserve">    (a) voice</w:t>
      </w:r>
      <w:r>
        <w:br/>
      </w:r>
      <w:r>
        <w:t xml:space="preserve">    (b) a method of counting</w:t>
      </w:r>
      <w:r>
        <w:br/>
      </w:r>
      <w:r>
        <w:t xml:space="preserve">    (c) facial expression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terrorism.</w:t>
      </w:r>
      <w:r>
        <w:br/>
      </w:r>
      <w:r>
        <w:t xml:space="preserve">    (a) discourage</w:t>
      </w:r>
      <w:r>
        <w:br/>
      </w:r>
      <w:r>
        <w:t xml:space="preserve">    (b) show favor for</w:t>
      </w:r>
      <w:r>
        <w:br/>
      </w:r>
      <w:r>
        <w:t xml:space="preserve">    (c) provide funds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themselves on the side of our enemy.</w:t>
      </w:r>
      <w:r>
        <w:br/>
      </w:r>
      <w:r>
        <w:t xml:space="preserve">    (a) been seen</w:t>
      </w:r>
      <w:r>
        <w:br/>
      </w:r>
      <w:r>
        <w:t xml:space="preserve">    (b) inserted</w:t>
      </w:r>
      <w:r>
        <w:br/>
      </w:r>
      <w:r>
        <w:t xml:space="preserve">    (c)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Ironically</w:t>
      </w:r>
      <w:r>
        <w:rPr>
          <w:b/>
          <w:bCs/>
        </w:rPr>
        <w:t xml:space="preserve">, her strongest supporters undermined her popularity through their extremism.</w:t>
      </w:r>
      <w:r>
        <w:br/>
      </w:r>
      <w:r>
        <w:t xml:space="preserve">    (a) when what happens is very fitting for the situation</w:t>
      </w:r>
      <w:r>
        <w:br/>
      </w:r>
      <w:r>
        <w:t xml:space="preserve">    (b) when what happens is exactly what usually happens</w:t>
      </w:r>
      <w:r>
        <w:br/>
      </w:r>
      <w:r>
        <w:t xml:space="preserve">    (c) when what happens is very different than what might be 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voice was dripping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irony</w:t>
      </w:r>
      <w:r>
        <w:rPr>
          <w:b/>
          <w:bCs/>
        </w:rPr>
        <w:t xml:space="preserve"> </w:t>
      </w:r>
      <w:r>
        <w:rPr>
          <w:b/>
          <w:bCs/>
        </w:rPr>
        <w:t xml:space="preserve">as she said, "You look beautiful."</w:t>
      </w:r>
      <w:r>
        <w:br/>
      </w:r>
      <w:r>
        <w:t xml:space="preserve">    (a) sarcasm</w:t>
      </w:r>
      <w:r>
        <w:br/>
      </w:r>
      <w:r>
        <w:t xml:space="preserve">    (b) sincerity</w:t>
      </w:r>
      <w:r>
        <w:br/>
      </w:r>
      <w:r>
        <w:t xml:space="preserve">    (c) kindness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parents left her a small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legacy</w:t>
      </w:r>
      <w:r>
        <w:rPr>
          <w:b/>
          <w:bCs/>
        </w:rPr>
        <w:t xml:space="preserve">.</w:t>
      </w:r>
      <w:r>
        <w:br/>
      </w:r>
      <w:r>
        <w:t xml:space="preserve">    (a) "todo" list</w:t>
      </w:r>
      <w:r>
        <w:br/>
      </w:r>
      <w:r>
        <w:t xml:space="preserve">    (b) meal</w:t>
      </w:r>
      <w:r>
        <w:br/>
      </w:r>
      <w:r>
        <w:t xml:space="preserve">    (c) inheritance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harmful and hidden</w:t>
      </w:r>
      <w:r>
        <w:br/>
      </w:r>
      <w:r>
        <w:t xml:space="preserve">    (b) extremely devious</w:t>
      </w:r>
      <w:r>
        <w:br/>
      </w:r>
      <w:r>
        <w:t xml:space="preserve">    (c) extremely dislikable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proud of one's actions</w:t>
      </w:r>
      <w:r>
        <w:br/>
      </w:r>
      <w:r>
        <w:t xml:space="preserve">    (b) confused about the rules</w:t>
      </w:r>
      <w:r>
        <w:br/>
      </w:r>
      <w:r>
        <w:t xml:space="preserve">    (c) feeling regret for wrongdoing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one 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something with the senses and another to understand its importance.</w:t>
      </w:r>
      <w:r>
        <w:br/>
      </w:r>
      <w:r>
        <w:t xml:space="preserve">    (a) physically touch</w:t>
      </w:r>
      <w:r>
        <w:br/>
      </w:r>
      <w:r>
        <w:t xml:space="preserve">    (b) become aware of</w:t>
      </w:r>
      <w:r>
        <w:br/>
      </w:r>
      <w:r>
        <w:t xml:space="preserve">    (c) clearly see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Courage is dangerous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prudence</w:t>
      </w:r>
      <w:r>
        <w:rPr>
          <w:b/>
          <w:bCs/>
        </w:rPr>
        <w:t xml:space="preserve">.</w:t>
      </w:r>
      <w:r>
        <w:br/>
      </w:r>
      <w:r>
        <w:t xml:space="preserve">    (a) good support</w:t>
      </w:r>
      <w:r>
        <w:br/>
      </w:r>
      <w:r>
        <w:t xml:space="preserve">    (b) good purpose</w:t>
      </w:r>
      <w:r>
        <w:br/>
      </w:r>
      <w:r>
        <w:t xml:space="preserve">    (c) good sense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behavior at the party made everyone want to go home early.</w:t>
      </w:r>
      <w:r>
        <w:br/>
      </w:r>
      <w:r>
        <w:t xml:space="preserve">    (a) highly amusing</w:t>
      </w:r>
      <w:r>
        <w:br/>
      </w:r>
      <w:r>
        <w:t xml:space="preserve">    (b) warmly welcomed</w:t>
      </w:r>
      <w:r>
        <w:br/>
      </w:r>
      <w:r>
        <w:t xml:space="preserve">    (c) deeply offensive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never drink again.</w:t>
      </w:r>
      <w:r>
        <w:br/>
      </w:r>
      <w:r>
        <w:t xml:space="preserve">    (a) was encouraged</w:t>
      </w:r>
      <w:r>
        <w:br/>
      </w:r>
      <w:r>
        <w:t xml:space="preserve">    (b) firmly decided</w:t>
      </w:r>
      <w:r>
        <w:br/>
      </w:r>
      <w:r>
        <w:t xml:space="preserve">    (c) was 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testing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</w:t>
      </w:r>
      <w:r>
        <w:rPr>
          <w:b/>
          <w:bCs/>
        </w:rPr>
        <w:t xml:space="preserve"> </w:t>
      </w:r>
      <w:r>
        <w:rPr>
          <w:b/>
          <w:bCs/>
        </w:rPr>
        <w:t xml:space="preserve">to keep a good attitude.</w:t>
      </w:r>
      <w:r>
        <w:br/>
      </w:r>
      <w:r>
        <w:t xml:space="preserve">    (a) optimism</w:t>
      </w:r>
      <w:r>
        <w:br/>
      </w:r>
      <w:r>
        <w:t xml:space="preserve">    (b) ability</w:t>
      </w:r>
      <w:r>
        <w:br/>
      </w:r>
      <w:r>
        <w:t xml:space="preserve">    (c) determination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known facts</w:t>
      </w:r>
      <w:r>
        <w:br/>
      </w:r>
      <w:r>
        <w:t xml:space="preserve">    (b) firmness of purpose</w:t>
      </w:r>
      <w:r>
        <w:br/>
      </w:r>
      <w:r>
        <w:t xml:space="preserve">    (c) principles that discourage certain kinds of action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2026-07-31T15:22:35Z</dcterms:created>
  <dcterms:modified xsi:type="dcterms:W3CDTF">2026-07-31T15:22:35Z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