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8f83fba8af088ab689c0bd780ae55e76ad9fbbd"/>
    <w:p>
      <w:pPr>
        <w:pStyle w:val="Heading1"/>
      </w:pPr>
      <w:r>
        <w:rPr>
          <w:b/>
          <w:bCs/>
        </w:rPr>
        <w:t xml:space="preserve">The House of Mirth</w:t>
      </w:r>
      <w:r>
        <w:br/>
      </w:r>
      <w:r>
        <w:rPr>
          <w:i/>
          <w:iCs/>
        </w:rPr>
        <w:t xml:space="preserve">Edith Wharton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Although we disagree, I think we can reach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amicable</w:t>
      </w:r>
      <w:r>
        <w:rPr>
          <w:b/>
          <w:bCs/>
        </w:rPr>
        <w:t xml:space="preserve"> </w:t>
      </w:r>
      <w:r>
        <w:rPr>
          <w:b/>
          <w:bCs/>
        </w:rPr>
        <w:t xml:space="preserve">compromise.</w:t>
      </w:r>
      <w:r>
        <w:br/>
      </w:r>
      <w:r>
        <w:t xml:space="preserve">    (a) temporary</w:t>
      </w:r>
      <w:r>
        <w:br/>
      </w:r>
      <w:r>
        <w:t xml:space="preserve">    (b) quick</w:t>
      </w:r>
      <w:r>
        <w:br/>
      </w:r>
      <w:r>
        <w:t xml:space="preserve">    (c) friendly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the book,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Harry Potter</w:t>
      </w:r>
      <w:r>
        <w:rPr>
          <w:b/>
          <w:bCs/>
        </w:rPr>
        <w:t xml:space="preserve">, Voldemort is Harry's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antagonist</w:t>
      </w:r>
      <w:r>
        <w:rPr>
          <w:b/>
          <w:bCs/>
        </w:rPr>
        <w:t xml:space="preserve">.</w:t>
      </w:r>
      <w:r>
        <w:br/>
      </w:r>
      <w:r>
        <w:t xml:space="preserve">    (a) friend</w:t>
      </w:r>
      <w:r>
        <w:br/>
      </w:r>
      <w:r>
        <w:t xml:space="preserve">    (b) partner</w:t>
      </w:r>
      <w:r>
        <w:br/>
      </w:r>
      <w:r>
        <w:t xml:space="preserve">    (c) enemy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spending habits are not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conducive</w:t>
      </w:r>
      <w:r>
        <w:rPr>
          <w:b/>
          <w:bCs/>
        </w:rPr>
        <w:t xml:space="preserve"> </w:t>
      </w:r>
      <w:r>
        <w:rPr>
          <w:b/>
          <w:bCs/>
        </w:rPr>
        <w:t xml:space="preserve">to achieving her financial goals.</w:t>
      </w:r>
      <w:r>
        <w:br/>
      </w:r>
      <w:r>
        <w:t xml:space="preserve">    (a) helpful</w:t>
      </w:r>
      <w:r>
        <w:br/>
      </w:r>
      <w:r>
        <w:t xml:space="preserve">    (b) irrelevant</w:t>
      </w:r>
      <w:r>
        <w:br/>
      </w:r>
      <w:r>
        <w:t xml:space="preserve">    (c) harmful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algebra, letters often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denote</w:t>
      </w:r>
      <w:r>
        <w:rPr>
          <w:b/>
          <w:bCs/>
        </w:rPr>
        <w:t xml:space="preserve"> </w:t>
      </w:r>
      <w:r>
        <w:rPr>
          <w:b/>
          <w:bCs/>
        </w:rPr>
        <w:t xml:space="preserve">unknown numbers in equations.</w:t>
      </w:r>
      <w:r>
        <w:br/>
      </w:r>
      <w:r>
        <w:t xml:space="preserve">    (a) confuse</w:t>
      </w:r>
      <w:r>
        <w:br/>
      </w:r>
      <w:r>
        <w:t xml:space="preserve">    (b) represent</w:t>
      </w:r>
      <w:r>
        <w:br/>
      </w:r>
      <w:r>
        <w:t xml:space="preserve">    (c) scatter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discerning</w:t>
      </w:r>
      <w:r>
        <w:rPr>
          <w:b/>
          <w:bCs/>
        </w:rPr>
        <w:t xml:space="preserve"> </w:t>
      </w:r>
      <w:r>
        <w:rPr>
          <w:b/>
          <w:bCs/>
        </w:rPr>
        <w:t xml:space="preserve">eye for talent.</w:t>
      </w:r>
      <w:r>
        <w:br/>
      </w:r>
      <w:r>
        <w:t xml:space="preserve">    (a) having good fun</w:t>
      </w:r>
      <w:r>
        <w:br/>
      </w:r>
      <w:r>
        <w:t xml:space="preserve">    (b) having good judgment</w:t>
      </w:r>
      <w:r>
        <w:br/>
      </w:r>
      <w:r>
        <w:t xml:space="preserve">    (c) having good energy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Our philosophy is 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diversification</w:t>
      </w:r>
      <w:r>
        <w:rPr>
          <w:b/>
          <w:bCs/>
        </w:rPr>
        <w:t xml:space="preserve"> </w:t>
      </w:r>
      <w:r>
        <w:rPr>
          <w:b/>
          <w:bCs/>
        </w:rPr>
        <w:t xml:space="preserve">strengthens the Board just as a mixed gene pool strengthens the individual.</w:t>
      </w:r>
      <w:r>
        <w:br/>
      </w:r>
      <w:r>
        <w:t xml:space="preserve">    (a) shows or demonstrates</w:t>
      </w:r>
      <w:r>
        <w:br/>
      </w:r>
      <w:r>
        <w:t xml:space="preserve">    (b) has a hunched posture</w:t>
      </w:r>
      <w:r>
        <w:br/>
      </w:r>
      <w:r>
        <w:t xml:space="preserve">    (c) variation (in the types or backgrounds of people on the Board)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I'm tired of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dyspeptic</w:t>
      </w:r>
      <w:r>
        <w:rPr>
          <w:b/>
          <w:bCs/>
        </w:rPr>
        <w:t xml:space="preserve"> </w:t>
      </w:r>
      <w:r>
        <w:rPr>
          <w:b/>
          <w:bCs/>
        </w:rPr>
        <w:t xml:space="preserve">complaints.</w:t>
      </w:r>
      <w:r>
        <w:br/>
      </w:r>
      <w:r>
        <w:t xml:space="preserve">    (a) related to the change of a light wave (or other wave) when it passes an opaque edge or narrow opening</w:t>
      </w:r>
      <w:r>
        <w:br/>
      </w:r>
      <w:r>
        <w:t xml:space="preserve">    (b) grouchy or irritable</w:t>
      </w:r>
      <w:r>
        <w:br/>
      </w:r>
      <w:r>
        <w:t xml:space="preserve">    (c) related to a scale where each step is a multiple of the prior step rather than a fixed addition to it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seemed uninformed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inarticulate</w:t>
      </w:r>
      <w:r>
        <w:rPr>
          <w:b/>
          <w:bCs/>
        </w:rPr>
        <w:t xml:space="preserve"> </w:t>
      </w:r>
      <w:r>
        <w:rPr>
          <w:b/>
          <w:bCs/>
        </w:rPr>
        <w:t xml:space="preserve">compared to her opponent in the debate.</w:t>
      </w:r>
      <w:r>
        <w:br/>
      </w:r>
      <w:r>
        <w:t xml:space="preserve">    (a) biased</w:t>
      </w:r>
      <w:r>
        <w:br/>
      </w:r>
      <w:r>
        <w:t xml:space="preserve">    (b) poorly spoken</w:t>
      </w:r>
      <w:r>
        <w:br/>
      </w:r>
      <w:r>
        <w:t xml:space="preserve">    (c) without empathy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too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indolent</w:t>
      </w:r>
      <w:r>
        <w:rPr>
          <w:b/>
          <w:bCs/>
        </w:rPr>
        <w:t xml:space="preserve"> </w:t>
      </w:r>
      <w:r>
        <w:rPr>
          <w:b/>
          <w:bCs/>
        </w:rPr>
        <w:t xml:space="preserve">for med school.</w:t>
      </w:r>
      <w:r>
        <w:br/>
      </w:r>
      <w:r>
        <w:t xml:space="preserve">    (a) calm</w:t>
      </w:r>
      <w:r>
        <w:br/>
      </w:r>
      <w:r>
        <w:t xml:space="preserve">    (b) kind</w:t>
      </w:r>
      <w:r>
        <w:br/>
      </w:r>
      <w:r>
        <w:t xml:space="preserve">    (c) lazy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author uses the character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initiate</w:t>
      </w:r>
      <w:r>
        <w:rPr>
          <w:b/>
          <w:bCs/>
        </w:rPr>
        <w:t xml:space="preserve"> </w:t>
      </w:r>
      <w:r>
        <w:rPr>
          <w:b/>
          <w:bCs/>
        </w:rPr>
        <w:t xml:space="preserve">his readers to life and norms within an American high-security prison.</w:t>
      </w:r>
      <w:r>
        <w:br/>
      </w:r>
      <w:r>
        <w:t xml:space="preserve">    (a) criticize</w:t>
      </w:r>
      <w:r>
        <w:br/>
      </w:r>
      <w:r>
        <w:t xml:space="preserve">    (b) make excuses</w:t>
      </w:r>
      <w:r>
        <w:br/>
      </w:r>
      <w:r>
        <w:t xml:space="preserve">    (c) introduce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As a young apprentice, she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malleable</w:t>
      </w:r>
      <w:r>
        <w:rPr>
          <w:b/>
          <w:bCs/>
        </w:rPr>
        <w:t xml:space="preserve"> </w:t>
      </w:r>
      <w:r>
        <w:rPr>
          <w:b/>
          <w:bCs/>
        </w:rPr>
        <w:t xml:space="preserve">and eager to learn, quickly adapting to the styles of different chefs in the kitchen.</w:t>
      </w:r>
      <w:r>
        <w:br/>
      </w:r>
      <w:r>
        <w:t xml:space="preserve">    (a) flexible</w:t>
      </w:r>
      <w:r>
        <w:br/>
      </w:r>
      <w:r>
        <w:t xml:space="preserve">    (b) inexpensive</w:t>
      </w:r>
      <w:r>
        <w:br/>
      </w:r>
      <w:r>
        <w:t xml:space="preserve">    (c) inexperienced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thrives at sifting through that kind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minute</w:t>
      </w:r>
      <w:r>
        <w:rPr>
          <w:b/>
          <w:bCs/>
        </w:rPr>
        <w:t xml:space="preserve"> </w:t>
      </w:r>
      <w:r>
        <w:rPr>
          <w:b/>
          <w:bCs/>
        </w:rPr>
        <w:t xml:space="preserve">detail.</w:t>
      </w:r>
      <w:r>
        <w:br/>
      </w:r>
      <w:r>
        <w:t xml:space="preserve">    (a) including even small considerations</w:t>
      </w:r>
      <w:r>
        <w:br/>
      </w:r>
      <w:r>
        <w:t xml:space="preserve">    (b) quickly eliminated</w:t>
      </w:r>
      <w:r>
        <w:br/>
      </w:r>
      <w:r>
        <w:t xml:space="preserve">    (c) available from prior research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hearing all the rumors, the real explanation turned out to be surprisingly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prosaic</w:t>
      </w:r>
      <w:r>
        <w:rPr>
          <w:b/>
          <w:bCs/>
        </w:rPr>
        <w:t xml:space="preserve">.</w:t>
      </w:r>
      <w:r>
        <w:br/>
      </w:r>
      <w:r>
        <w:t xml:space="preserve">    (a) ordinary and uninteresting</w:t>
      </w:r>
      <w:r>
        <w:br/>
      </w:r>
      <w:r>
        <w:t xml:space="preserve">    (b) not concerned with what others might think of oneself</w:t>
      </w:r>
      <w:r>
        <w:br/>
      </w:r>
      <w:r>
        <w:t xml:space="preserve">    (c) able to make clear with example, diagram, photo, etc.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Not all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provisional</w:t>
      </w:r>
      <w:r>
        <w:rPr>
          <w:b/>
          <w:bCs/>
        </w:rPr>
        <w:t xml:space="preserve"> </w:t>
      </w:r>
      <w:r>
        <w:rPr>
          <w:b/>
          <w:bCs/>
        </w:rPr>
        <w:t xml:space="preserve">ballots will be counted.</w:t>
      </w:r>
      <w:r>
        <w:br/>
      </w:r>
      <w:r>
        <w:t xml:space="preserve">    (a) already checked</w:t>
      </w:r>
      <w:r>
        <w:br/>
      </w:r>
      <w:r>
        <w:t xml:space="preserve">    (b) fully valid</w:t>
      </w:r>
      <w:r>
        <w:br/>
      </w:r>
      <w:r>
        <w:t xml:space="preserve">    (c) not final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the merger, they concluded the office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redundant</w:t>
      </w:r>
      <w:r>
        <w:rPr>
          <w:b/>
          <w:bCs/>
        </w:rPr>
        <w:t xml:space="preserve">.</w:t>
      </w:r>
      <w:r>
        <w:br/>
      </w:r>
      <w:r>
        <w:t xml:space="preserve">    (a) exactly fitting requirements</w:t>
      </w:r>
      <w:r>
        <w:br/>
      </w:r>
      <w:r>
        <w:t xml:space="preserve">    (b) more than is needed or desired</w:t>
      </w:r>
      <w:r>
        <w:br/>
      </w:r>
      <w:r>
        <w:t xml:space="preserve">    (c) less than what is required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wore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sumptuous</w:t>
      </w:r>
      <w:r>
        <w:rPr>
          <w:b/>
          <w:bCs/>
        </w:rPr>
        <w:t xml:space="preserve"> </w:t>
      </w:r>
      <w:r>
        <w:rPr>
          <w:b/>
          <w:bCs/>
        </w:rPr>
        <w:t xml:space="preserve">gown made of the finest silk and adorned with sparkling jewels.</w:t>
      </w:r>
      <w:r>
        <w:br/>
      </w:r>
      <w:r>
        <w:t xml:space="preserve">    (a) long</w:t>
      </w:r>
      <w:r>
        <w:br/>
      </w:r>
      <w:r>
        <w:t xml:space="preserve">    (b) flattering</w:t>
      </w:r>
      <w:r>
        <w:br/>
      </w:r>
      <w:r>
        <w:t xml:space="preserve">    (c) magnificent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Everyone liked the idea. The arguments I prepared to support it were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superfluous</w:t>
      </w:r>
      <w:r>
        <w:rPr>
          <w:b/>
          <w:bCs/>
        </w:rPr>
        <w:t xml:space="preserve">.</w:t>
      </w:r>
      <w:r>
        <w:br/>
      </w:r>
      <w:r>
        <w:t xml:space="preserve">    (a) important</w:t>
      </w:r>
      <w:r>
        <w:br/>
      </w:r>
      <w:r>
        <w:t xml:space="preserve">    (b) appreciated</w:t>
      </w:r>
      <w:r>
        <w:br/>
      </w:r>
      <w:r>
        <w:t xml:space="preserve">    (c) unnecessary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don't drink because members of my family have an increased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susceptibility</w:t>
      </w:r>
      <w:r>
        <w:rPr>
          <w:b/>
          <w:bCs/>
        </w:rPr>
        <w:t xml:space="preserve"> </w:t>
      </w:r>
      <w:r>
        <w:rPr>
          <w:b/>
          <w:bCs/>
        </w:rPr>
        <w:t xml:space="preserve">to alcoholism.</w:t>
      </w:r>
      <w:r>
        <w:br/>
      </w:r>
      <w:r>
        <w:t xml:space="preserve">    (a) the trait of being easily harmed</w:t>
      </w:r>
      <w:r>
        <w:br/>
      </w:r>
      <w:r>
        <w:t xml:space="preserve">    (b) the main building (or buildings) of government</w:t>
      </w:r>
      <w:r>
        <w:br/>
      </w:r>
      <w:r>
        <w:t xml:space="preserve">    (c) two successive lines of poetry; usually rhymed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have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tacit</w:t>
      </w:r>
      <w:r>
        <w:rPr>
          <w:b/>
          <w:bCs/>
        </w:rPr>
        <w:t xml:space="preserve"> </w:t>
      </w:r>
      <w:r>
        <w:rPr>
          <w:b/>
          <w:bCs/>
        </w:rPr>
        <w:t xml:space="preserve">agreement.</w:t>
      </w:r>
      <w:r>
        <w:br/>
      </w:r>
      <w:r>
        <w:t xml:space="preserve">    (a) clear</w:t>
      </w:r>
      <w:r>
        <w:br/>
      </w:r>
      <w:r>
        <w:t xml:space="preserve">    (b) implied</w:t>
      </w:r>
      <w:r>
        <w:br/>
      </w:r>
      <w:r>
        <w:t xml:space="preserve">    (c) reasonable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vacuous</w:t>
      </w:r>
      <w:r>
        <w:rPr>
          <w:b/>
          <w:bCs/>
        </w:rPr>
        <w:t xml:space="preserve"> </w:t>
      </w:r>
      <w:r>
        <w:rPr>
          <w:b/>
          <w:bCs/>
        </w:rPr>
        <w:t xml:space="preserve">comments were either off topic or erroneous.</w:t>
      </w:r>
      <w:r>
        <w:br/>
      </w:r>
      <w:r>
        <w:t xml:space="preserve">    (a) emotion-filled</w:t>
      </w:r>
      <w:r>
        <w:br/>
      </w:r>
      <w:r>
        <w:t xml:space="preserve">    (b) side</w:t>
      </w:r>
      <w:r>
        <w:br/>
      </w:r>
      <w:r>
        <w:t xml:space="preserve">    (c) dumb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2026-07-31T15:22:36Z</dcterms:created>
  <dcterms:modified xsi:type="dcterms:W3CDTF">2026-07-31T15:22:36Z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