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64cf442123feeb250fa08dda47291e46197764c"/>
    <w:p>
      <w:pPr>
        <w:pStyle w:val="Heading1"/>
      </w:pPr>
      <w:r>
        <w:rPr>
          <w:b/>
          <w:bCs/>
        </w:rPr>
        <w:t xml:space="preserve">The House of Mirth</w:t>
      </w:r>
      <w:r>
        <w:br/>
      </w:r>
      <w:r>
        <w:rPr>
          <w:i/>
          <w:iCs/>
        </w:rPr>
        <w:t xml:space="preserve">Edith Wharton</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"It wasn't meant to be disagreeable," he returned</w:t>
      </w:r>
      <w:r>
        <w:rPr>
          <w:b/>
          <w:bCs/>
        </w:rPr>
        <w:t xml:space="preserve"> </w:t>
      </w:r>
      <w:r>
        <w:rPr>
          <w:b/>
          <w:bCs/>
          <w:u w:val="single"/>
        </w:rPr>
        <w:t xml:space="preserve">amicably</w:t>
      </w:r>
      <w:r>
        <w:rPr>
          <w:b/>
          <w:bCs/>
        </w:rPr>
        <w:t xml:space="preserve">.</w:t>
      </w:r>
      <w:r>
        <w:br/>
      </w:r>
      <w:r>
        <w:t xml:space="preserve">    (a) in a manner that is not good</w:t>
      </w:r>
      <w:r>
        <w:br/>
      </w:r>
      <w:r>
        <w:t xml:space="preserve">    (b) friendly or showing goodwill</w:t>
      </w:r>
      <w:r>
        <w:br/>
      </w:r>
      <w:r>
        <w:t xml:space="preserve">    (c) in a manner that finds fault</w:t>
      </w:r>
    </w:p>
    <w:p>
      <w:pPr>
        <w:pStyle w:val="Compact"/>
        <w:numPr>
          <w:ilvl w:val="0"/>
          <w:numId w:val="1001"/>
        </w:numPr>
      </w:pPr>
      <w:r>
        <w:rPr>
          <w:b/>
          <w:bCs/>
        </w:rPr>
        <w:t xml:space="preserve">...and her imagination was fired by the thought that Mr. Gryce, who might have sounded the depths of the most complex self-indulgence, was perhaps actually taking his first journey alone with a pretty woman. It struck her as providential that she should be the instrument of his</w:t>
      </w:r>
      <w:r>
        <w:rPr>
          <w:b/>
          <w:bCs/>
        </w:rPr>
        <w:t xml:space="preserve"> </w:t>
      </w:r>
      <w:r>
        <w:rPr>
          <w:b/>
          <w:bCs/>
          <w:u w:val="single"/>
        </w:rPr>
        <w:t xml:space="preserve">initiation</w:t>
      </w:r>
      <w:r>
        <w:rPr>
          <w:b/>
          <w:bCs/>
        </w:rPr>
        <w:t xml:space="preserve">.</w:t>
      </w:r>
      <w:r>
        <w:br/>
      </w:r>
      <w:r>
        <w:t xml:space="preserve">    (a) a drug that calms or puts to sleep; or describing something as calming</w:t>
      </w:r>
      <w:r>
        <w:br/>
      </w:r>
      <w:r>
        <w:t xml:space="preserve">    (b) introduction (to an activity or area of knowledge)</w:t>
      </w:r>
      <w:r>
        <w:br/>
      </w:r>
      <w:r>
        <w:t xml:space="preserve">    (c) the reason for doing something; or the level of desire to do something</w:t>
      </w:r>
    </w:p>
    <w:p>
      <w:pPr>
        <w:pStyle w:val="Compact"/>
        <w:numPr>
          <w:ilvl w:val="0"/>
          <w:numId w:val="1001"/>
        </w:numPr>
      </w:pPr>
      <w:r>
        <w:rPr>
          <w:b/>
          <w:bCs/>
        </w:rPr>
        <w:t xml:space="preserve">To his wife he no longer counted: he had become extinct when he ceased to fulfil his purpose, and she sat at his side with the</w:t>
      </w:r>
      <w:r>
        <w:rPr>
          <w:b/>
          <w:bCs/>
        </w:rPr>
        <w:t xml:space="preserve"> </w:t>
      </w:r>
      <w:r>
        <w:rPr>
          <w:b/>
          <w:bCs/>
          <w:u w:val="single"/>
        </w:rPr>
        <w:t xml:space="preserve">provisional</w:t>
      </w:r>
      <w:r>
        <w:rPr>
          <w:b/>
          <w:bCs/>
        </w:rPr>
        <w:t xml:space="preserve"> </w:t>
      </w:r>
      <w:r>
        <w:rPr>
          <w:b/>
          <w:bCs/>
        </w:rPr>
        <w:t xml:space="preserve">air of a traveller who waits for a belated train to start.</w:t>
      </w:r>
      <w:r>
        <w:br/>
      </w:r>
      <w:r>
        <w:t xml:space="preserve">    (a) temporary; or in effect while awaiting approval or a more permanent solution</w:t>
      </w:r>
      <w:r>
        <w:br/>
      </w:r>
      <w:r>
        <w:t xml:space="preserve">    (b) the state or degree of having the ability to change for different situations</w:t>
      </w:r>
      <w:r>
        <w:br/>
      </w:r>
      <w:r>
        <w:t xml:space="preserve">    (c) the quality of behaving in an instinctive, uninhibited, and unplanned manner</w:t>
      </w:r>
    </w:p>
    <w:p>
      <w:pPr>
        <w:pStyle w:val="Compact"/>
        <w:numPr>
          <w:ilvl w:val="0"/>
          <w:numId w:val="1001"/>
        </w:numPr>
      </w:pPr>
      <w:r>
        <w:rPr>
          <w:b/>
          <w:bCs/>
        </w:rPr>
        <w:t xml:space="preserve">There was in Lily a vein of sentiment, perhaps transmitted from this source, which gave an idealizing touch to her most</w:t>
      </w:r>
      <w:r>
        <w:rPr>
          <w:b/>
          <w:bCs/>
        </w:rPr>
        <w:t xml:space="preserve"> </w:t>
      </w:r>
      <w:r>
        <w:rPr>
          <w:b/>
          <w:bCs/>
          <w:u w:val="single"/>
        </w:rPr>
        <w:t xml:space="preserve">prosaic</w:t>
      </w:r>
      <w:r>
        <w:rPr>
          <w:b/>
          <w:bCs/>
        </w:rPr>
        <w:t xml:space="preserve"> </w:t>
      </w:r>
      <w:r>
        <w:rPr>
          <w:b/>
          <w:bCs/>
        </w:rPr>
        <w:t xml:space="preserve">purposes.</w:t>
      </w:r>
      <w:r>
        <w:br/>
      </w:r>
      <w:r>
        <w:t xml:space="preserve">    (a) able to make clear with example, diagram, photo, etc.</w:t>
      </w:r>
      <w:r>
        <w:br/>
      </w:r>
      <w:r>
        <w:t xml:space="preserve">    (b) lacking anything unusual, interesting, or challenging</w:t>
      </w:r>
      <w:r>
        <w:br/>
      </w:r>
      <w:r>
        <w:t xml:space="preserve">    (c) not concerned with what others might think of oneself</w:t>
      </w:r>
    </w:p>
    <w:p>
      <w:pPr>
        <w:pStyle w:val="Compact"/>
        <w:numPr>
          <w:ilvl w:val="0"/>
          <w:numId w:val="1001"/>
        </w:numPr>
      </w:pPr>
      <w:r>
        <w:rPr>
          <w:b/>
          <w:bCs/>
        </w:rPr>
        <w:t xml:space="preserve">Mrs. Trenor was a tall fair woman, whose height just saved her from</w:t>
      </w:r>
      <w:r>
        <w:rPr>
          <w:b/>
          <w:bCs/>
        </w:rPr>
        <w:t xml:space="preserve"> </w:t>
      </w:r>
      <w:r>
        <w:rPr>
          <w:b/>
          <w:bCs/>
          <w:u w:val="single"/>
        </w:rPr>
        <w:t xml:space="preserve">redundancy</w:t>
      </w:r>
      <w:r>
        <w:rPr>
          <w:b/>
          <w:bCs/>
        </w:rPr>
        <w:t xml:space="preserve">.</w:t>
      </w:r>
      <w:r>
        <w:br/>
      </w:r>
      <w:r>
        <w:t xml:space="preserve">    (a) a person with or something related to an eating disorder in which overeating is followed by guilt and unhealthy attempts at correction -- especially self-induced vomiting</w:t>
      </w:r>
      <w:r>
        <w:br/>
      </w:r>
      <w:r>
        <w:t xml:space="preserve">    (b) a musical play with orchestra in which most of the dialogue is sung (or the art form that consists of such musicals; or describing something as related to that art form)</w:t>
      </w:r>
      <w:r>
        <w:br/>
      </w:r>
      <w:r>
        <w:t xml:space="preserve">    (c) more than is needed -- often something that is unnecessarily repeated</w:t>
      </w:r>
      <w:r>
        <w:br/>
      </w:r>
      <w:r>
        <w:br/>
      </w:r>
      <w:r>
        <w:t xml:space="preserve">or in technical usage:  describing a secondary component designed to work if the primary component fails</w:t>
      </w:r>
    </w:p>
    <w:p>
      <w:pPr>
        <w:pStyle w:val="Compact"/>
        <w:numPr>
          <w:ilvl w:val="0"/>
          <w:numId w:val="1001"/>
        </w:numPr>
      </w:pPr>
      <w:r>
        <w:rPr>
          <w:b/>
          <w:bCs/>
        </w:rPr>
        <w:t xml:space="preserve">A solitude was</w:t>
      </w:r>
      <w:r>
        <w:rPr>
          <w:b/>
          <w:bCs/>
        </w:rPr>
        <w:t xml:space="preserve"> </w:t>
      </w:r>
      <w:r>
        <w:rPr>
          <w:b/>
          <w:bCs/>
          <w:u w:val="single"/>
        </w:rPr>
        <w:t xml:space="preserve">tacitly</w:t>
      </w:r>
      <w:r>
        <w:rPr>
          <w:b/>
          <w:bCs/>
        </w:rPr>
        <w:t xml:space="preserve"> </w:t>
      </w:r>
      <w:r>
        <w:rPr>
          <w:b/>
          <w:bCs/>
        </w:rPr>
        <w:t xml:space="preserve">created for her in the crowded existence of Bellomont, and her friends could not have shown a greater readiness for self-effacement had her wooing been adorned with all the attributes of romance.</w:t>
      </w:r>
      <w:r>
        <w:br/>
      </w:r>
      <w:r>
        <w:t xml:space="preserve">    (a) completely or totally</w:t>
      </w:r>
      <w:r>
        <w:br/>
      </w:r>
      <w:r>
        <w:t xml:space="preserve">    (b) exactly or accurately</w:t>
      </w:r>
      <w:r>
        <w:br/>
      </w:r>
      <w:r>
        <w:t xml:space="preserve">    (c) in an indirect manner</w:t>
      </w:r>
    </w:p>
    <w:p>
      <w:pPr>
        <w:pStyle w:val="Compact"/>
        <w:numPr>
          <w:ilvl w:val="0"/>
          <w:numId w:val="1001"/>
        </w:numPr>
      </w:pPr>
      <w:r>
        <w:rPr>
          <w:b/>
          <w:bCs/>
        </w:rPr>
        <w:t xml:space="preserve">Her intentions in short had never been more definite; but poor Lily, for all the hard glaze of her exterior, was inwardly as</w:t>
      </w:r>
      <w:r>
        <w:rPr>
          <w:b/>
          <w:bCs/>
        </w:rPr>
        <w:t xml:space="preserve"> </w:t>
      </w:r>
      <w:r>
        <w:rPr>
          <w:b/>
          <w:bCs/>
          <w:u w:val="single"/>
        </w:rPr>
        <w:t xml:space="preserve">malleable</w:t>
      </w:r>
      <w:r>
        <w:rPr>
          <w:b/>
          <w:bCs/>
        </w:rPr>
        <w:t xml:space="preserve"> </w:t>
      </w:r>
      <w:r>
        <w:rPr>
          <w:b/>
          <w:bCs/>
        </w:rPr>
        <w:t xml:space="preserve">as wax.</w:t>
      </w:r>
      <w:r>
        <w:br/>
      </w:r>
      <w:r>
        <w:t xml:space="preserve">    (a) the character or degree of bouncing back light (or more rarely: heat, sound, electromagnetic waves...)</w:t>
      </w:r>
      <w:r>
        <w:br/>
      </w:r>
      <w:r>
        <w:t xml:space="preserve">    (b) of people:  flexible or easily influenced</w:t>
      </w:r>
      <w:r>
        <w:br/>
      </w:r>
      <w:r>
        <w:br/>
      </w:r>
      <w:r>
        <w:t xml:space="preserve">of materials:  capable of being shaped or bent or drawn out</w:t>
      </w:r>
      <w:r>
        <w:br/>
      </w:r>
      <w:r>
        <w:t xml:space="preserve">    (c) igneous or sedimentary rock that changes due to pressure, heat, or chemical reactions (such as marble)</w:t>
      </w:r>
    </w:p>
    <w:p>
      <w:pPr>
        <w:pStyle w:val="Compact"/>
        <w:numPr>
          <w:ilvl w:val="0"/>
          <w:numId w:val="1001"/>
        </w:numPr>
      </w:pPr>
      <w:r>
        <w:rPr>
          <w:b/>
          <w:bCs/>
        </w:rPr>
        <w:t xml:space="preserve">He was a mournful</w:t>
      </w:r>
      <w:r>
        <w:rPr>
          <w:b/>
          <w:bCs/>
        </w:rPr>
        <w:t xml:space="preserve"> </w:t>
      </w:r>
      <w:r>
        <w:rPr>
          <w:b/>
          <w:bCs/>
          <w:u w:val="single"/>
        </w:rPr>
        <w:t xml:space="preserve">dyspeptic</w:t>
      </w:r>
      <w:r>
        <w:rPr>
          <w:b/>
          <w:bCs/>
        </w:rPr>
        <w:t xml:space="preserve">, intent on finding out the deleterious ingredients of every dish and diverted from this care only by the sound of his wife's voice.</w:t>
      </w:r>
      <w:r>
        <w:br/>
      </w:r>
      <w:r>
        <w:t xml:space="preserve">    (a) related to a scale where each step is a multiple of the prior step rather than a fixed addition to it</w:t>
      </w:r>
      <w:r>
        <w:br/>
      </w:r>
      <w:r>
        <w:t xml:space="preserve">    (b) related to the change of a light wave (or other wave) when it passes an opaque edge or narrow opening</w:t>
      </w:r>
      <w:r>
        <w:br/>
      </w:r>
      <w:r>
        <w:t xml:space="preserve">    (c) having a sour or irritable attitude; or relating to indigestion or discomfort in the digestive system</w:t>
      </w:r>
    </w:p>
    <w:p>
      <w:pPr>
        <w:pStyle w:val="Compact"/>
        <w:numPr>
          <w:ilvl w:val="0"/>
          <w:numId w:val="1001"/>
        </w:numPr>
      </w:pPr>
      <w:r>
        <w:rPr>
          <w:b/>
          <w:bCs/>
        </w:rPr>
        <w:t xml:space="preserve">And between the two, what a long stretch of</w:t>
      </w:r>
      <w:r>
        <w:rPr>
          <w:b/>
          <w:bCs/>
        </w:rPr>
        <w:t xml:space="preserve"> </w:t>
      </w:r>
      <w:r>
        <w:rPr>
          <w:b/>
          <w:bCs/>
          <w:u w:val="single"/>
        </w:rPr>
        <w:t xml:space="preserve">vacuity</w:t>
      </w:r>
      <w:r>
        <w:rPr>
          <w:b/>
          <w:bCs/>
        </w:rPr>
        <w:t xml:space="preserve">!</w:t>
      </w:r>
      <w:r>
        <w:br/>
      </w:r>
      <w:r>
        <w:t xml:space="preserve">    (a) a long uninterrupted speech</w:t>
      </w:r>
      <w:r>
        <w:br/>
      </w:r>
      <w:r>
        <w:t xml:space="preserve">    (b) lacking intelligent thought</w:t>
      </w:r>
      <w:r>
        <w:br/>
      </w:r>
      <w:r>
        <w:t xml:space="preserve">    (c) result or predictable value</w:t>
      </w:r>
    </w:p>
    <w:p>
      <w:pPr>
        <w:pStyle w:val="Compact"/>
        <w:numPr>
          <w:ilvl w:val="0"/>
          <w:numId w:val="1001"/>
        </w:numPr>
      </w:pPr>
      <w:r>
        <w:rPr>
          <w:b/>
          <w:bCs/>
        </w:rPr>
        <w:t xml:space="preserve">Mrs. Dorset was pale with temper, and her</w:t>
      </w:r>
      <w:r>
        <w:rPr>
          <w:b/>
          <w:bCs/>
        </w:rPr>
        <w:t xml:space="preserve"> </w:t>
      </w:r>
      <w:r>
        <w:rPr>
          <w:b/>
          <w:bCs/>
          <w:u w:val="single"/>
        </w:rPr>
        <w:t xml:space="preserve">antagonist</w:t>
      </w:r>
      <w:r>
        <w:rPr>
          <w:b/>
          <w:bCs/>
        </w:rPr>
        <w:t xml:space="preserve"> </w:t>
      </w:r>
      <w:r>
        <w:rPr>
          <w:b/>
          <w:bCs/>
        </w:rPr>
        <w:t xml:space="preserve">felt a certain pleasure in prolonging her distress.</w:t>
      </w:r>
      <w:r>
        <w:br/>
      </w:r>
      <w:r>
        <w:t xml:space="preserve">    (a) someone who takes something on as their own</w:t>
      </w:r>
      <w:r>
        <w:br/>
      </w:r>
      <w:r>
        <w:t xml:space="preserve">    (b) someone who offers opposition or is hostile</w:t>
      </w:r>
      <w:r>
        <w:br/>
      </w:r>
      <w:r>
        <w:t xml:space="preserve">    (c) someone who changes something (upon review)</w:t>
      </w:r>
    </w:p>
    <w:p>
      <w:pPr>
        <w:pStyle w:val="Compact"/>
        <w:numPr>
          <w:ilvl w:val="0"/>
          <w:numId w:val="1001"/>
        </w:numPr>
      </w:pPr>
      <w:r>
        <w:rPr>
          <w:b/>
          <w:bCs/>
        </w:rPr>
        <w:t xml:space="preserve">She had expected, when she came downstairs, to find him on the watch for her; and she had found him, instead, in a situation which might well</w:t>
      </w:r>
      <w:r>
        <w:rPr>
          <w:b/>
          <w:bCs/>
        </w:rPr>
        <w:t xml:space="preserve"> </w:t>
      </w:r>
      <w:r>
        <w:rPr>
          <w:b/>
          <w:bCs/>
          <w:u w:val="single"/>
        </w:rPr>
        <w:t xml:space="preserve">denote</w:t>
      </w:r>
      <w:r>
        <w:rPr>
          <w:b/>
          <w:bCs/>
        </w:rPr>
        <w:t xml:space="preserve"> </w:t>
      </w:r>
      <w:r>
        <w:rPr>
          <w:b/>
          <w:bCs/>
        </w:rPr>
        <w:t xml:space="preserve">that he had been on the watch for another lady.</w:t>
      </w:r>
      <w:r>
        <w:br/>
      </w:r>
      <w:r>
        <w:t xml:space="preserve">    (a) select (on a computer screen)</w:t>
      </w:r>
      <w:r>
        <w:br/>
      </w:r>
      <w:r>
        <w:t xml:space="preserve">    (b) stand for or symbolize literally; or be a sign or indicator of</w:t>
      </w:r>
      <w:r>
        <w:br/>
      </w:r>
      <w:r>
        <w:t xml:space="preserve">    (c) consume or destroy completely</w:t>
      </w:r>
    </w:p>
    <w:p>
      <w:pPr>
        <w:pStyle w:val="Compact"/>
        <w:numPr>
          <w:ilvl w:val="0"/>
          <w:numId w:val="1001"/>
        </w:numPr>
      </w:pPr>
      <w:r>
        <w:rPr>
          <w:b/>
          <w:bCs/>
        </w:rPr>
        <w:t xml:space="preserve">He leaned back, spreading himself farther across the seat, as if dilated by the joyful sense of his own</w:t>
      </w:r>
      <w:r>
        <w:rPr>
          <w:b/>
          <w:bCs/>
        </w:rPr>
        <w:t xml:space="preserve"> </w:t>
      </w:r>
      <w:r>
        <w:rPr>
          <w:b/>
          <w:bCs/>
          <w:u w:val="single"/>
        </w:rPr>
        <w:t xml:space="preserve">discernment</w:t>
      </w:r>
      <w:r>
        <w:rPr>
          <w:b/>
          <w:bCs/>
        </w:rPr>
        <w:t xml:space="preserve">.</w:t>
      </w:r>
      <w:r>
        <w:br/>
      </w:r>
      <w:r>
        <w:t xml:space="preserve">    (a) measles -- a highly contagious viral disease marked by distinct red spots followed by a rash</w:t>
      </w:r>
      <w:r>
        <w:br/>
      </w:r>
      <w:r>
        <w:t xml:space="preserve">    (b) the ability or act of saying or handling things in such a way that others feel good about them</w:t>
      </w:r>
      <w:r>
        <w:br/>
      </w:r>
      <w:r>
        <w:t xml:space="preserve">    (c) having good judgment or good taste and/or perceiving things not easily perceived by most people</w:t>
      </w:r>
    </w:p>
    <w:p>
      <w:pPr>
        <w:pStyle w:val="Compact"/>
        <w:numPr>
          <w:ilvl w:val="0"/>
          <w:numId w:val="1001"/>
        </w:numPr>
      </w:pPr>
      <w:r>
        <w:rPr>
          <w:b/>
          <w:bCs/>
        </w:rPr>
        <w:t xml:space="preserve">The latter, however, was not discoverable in the conservatories, and Lily, oppressed by a sudden conviction of failure, was casting about for a way to rid herself of her now</w:t>
      </w:r>
      <w:r>
        <w:rPr>
          <w:b/>
          <w:bCs/>
        </w:rPr>
        <w:t xml:space="preserve"> </w:t>
      </w:r>
      <w:r>
        <w:rPr>
          <w:b/>
          <w:bCs/>
          <w:u w:val="single"/>
        </w:rPr>
        <w:t xml:space="preserve">superfluous</w:t>
      </w:r>
      <w:r>
        <w:rPr>
          <w:b/>
          <w:bCs/>
        </w:rPr>
        <w:t xml:space="preserve"> </w:t>
      </w:r>
      <w:r>
        <w:rPr>
          <w:b/>
          <w:bCs/>
        </w:rPr>
        <w:t xml:space="preserve">companion, when they came upon Mrs. Van Osburgh, flushed and exhausted, but beaming with the consciousness of duty performed.</w:t>
      </w:r>
      <w:r>
        <w:br/>
      </w:r>
      <w:r>
        <w:t xml:space="preserve">    (a) the quality of being sensible and careful</w:t>
      </w:r>
      <w:r>
        <w:br/>
      </w:r>
      <w:r>
        <w:t xml:space="preserve">    (b) more than is needed, desired, or required</w:t>
      </w:r>
      <w:r>
        <w:br/>
      </w:r>
      <w:r>
        <w:t xml:space="preserve">    (c) without purpose, job, or natural activity</w:t>
      </w:r>
    </w:p>
    <w:p>
      <w:pPr>
        <w:pStyle w:val="Compact"/>
        <w:numPr>
          <w:ilvl w:val="0"/>
          <w:numId w:val="1001"/>
        </w:numPr>
      </w:pPr>
      <w:r>
        <w:rPr>
          <w:b/>
          <w:bCs/>
        </w:rPr>
        <w:t xml:space="preserve">She greatly preferred the brilliant and unreliable Lily, who did not know one end of a crochet-needle from the other, and had frequently wounded her</w:t>
      </w:r>
      <w:r>
        <w:rPr>
          <w:b/>
          <w:bCs/>
        </w:rPr>
        <w:t xml:space="preserve"> </w:t>
      </w:r>
      <w:r>
        <w:rPr>
          <w:b/>
          <w:bCs/>
          <w:u w:val="single"/>
        </w:rPr>
        <w:t xml:space="preserve">susceptibilities</w:t>
      </w:r>
      <w:r>
        <w:rPr>
          <w:b/>
          <w:bCs/>
        </w:rPr>
        <w:t xml:space="preserve"> </w:t>
      </w:r>
      <w:r>
        <w:rPr>
          <w:b/>
          <w:bCs/>
        </w:rPr>
        <w:t xml:space="preserve">by suggesting that the drawing-room should be "done over."</w:t>
      </w:r>
      <w:r>
        <w:br/>
      </w:r>
      <w:r>
        <w:t xml:space="preserve">    (a) things not easily set on fire</w:t>
      </w:r>
      <w:r>
        <w:br/>
      </w:r>
      <w:r>
        <w:t xml:space="preserve">    (b) feelings that are easily hurt</w:t>
      </w:r>
      <w:r>
        <w:br/>
      </w:r>
      <w:r>
        <w:t xml:space="preserve">    (c) results or predictable values</w:t>
      </w:r>
    </w:p>
    <w:p>
      <w:pPr>
        <w:pStyle w:val="Compact"/>
        <w:numPr>
          <w:ilvl w:val="0"/>
          <w:numId w:val="1001"/>
        </w:numPr>
      </w:pPr>
      <w:r>
        <w:rPr>
          <w:b/>
          <w:bCs/>
        </w:rPr>
        <w:t xml:space="preserve">She looked about the drawing-room with an expression of</w:t>
      </w:r>
      <w:r>
        <w:rPr>
          <w:b/>
          <w:bCs/>
        </w:rPr>
        <w:t xml:space="preserve"> </w:t>
      </w:r>
      <w:r>
        <w:rPr>
          <w:b/>
          <w:bCs/>
          <w:u w:val="single"/>
        </w:rPr>
        <w:t xml:space="preserve">minute</w:t>
      </w:r>
      <w:r>
        <w:rPr>
          <w:b/>
          <w:bCs/>
        </w:rPr>
        <w:t xml:space="preserve"> </w:t>
      </w:r>
      <w:r>
        <w:rPr>
          <w:b/>
          <w:bCs/>
        </w:rPr>
        <w:t xml:space="preserve">scrutiny.</w:t>
      </w:r>
      <w:r>
        <w:br/>
      </w:r>
      <w:r>
        <w:t xml:space="preserve">    (a) careful</w:t>
      </w:r>
      <w:r>
        <w:br/>
      </w:r>
      <w:r>
        <w:t xml:space="preserve">    (b) the quality of holding something back or holding others down through oppression</w:t>
      </w:r>
      <w:r>
        <w:br/>
      </w:r>
      <w:r>
        <w:t xml:space="preserve">    (c) having the characteristics of a</w:t>
      </w:r>
      <w:r>
        <w:t xml:space="preserve"> </w:t>
      </w:r>
      <w:r>
        <w:rPr>
          <w:i/>
          <w:iCs/>
        </w:rPr>
        <w:t xml:space="preserve">monk</w:t>
      </w:r>
      <w:r>
        <w:t xml:space="preserve"> </w:t>
      </w:r>
      <w:r>
        <w:t xml:space="preserve">(often inclined toward self-denial)</w:t>
      </w:r>
    </w:p>
    <w:p>
      <w:pPr>
        <w:pStyle w:val="Compact"/>
        <w:numPr>
          <w:ilvl w:val="0"/>
          <w:numId w:val="1001"/>
        </w:numPr>
      </w:pPr>
      <w:r>
        <w:rPr>
          <w:b/>
          <w:bCs/>
        </w:rPr>
        <w:t xml:space="preserve">During the interlude of music which succeeded the TABLEAUX, the actors had seated themselves here and there in the audience,</w:t>
      </w:r>
      <w:r>
        <w:rPr>
          <w:b/>
          <w:bCs/>
        </w:rPr>
        <w:t xml:space="preserve"> </w:t>
      </w:r>
      <w:r>
        <w:rPr>
          <w:b/>
          <w:bCs/>
          <w:u w:val="single"/>
        </w:rPr>
        <w:t xml:space="preserve">diversifying</w:t>
      </w:r>
      <w:r>
        <w:rPr>
          <w:b/>
          <w:bCs/>
        </w:rPr>
        <w:t xml:space="preserve"> </w:t>
      </w:r>
      <w:r>
        <w:rPr>
          <w:b/>
          <w:bCs/>
        </w:rPr>
        <w:t xml:space="preserve">its conventional appearance by the varied picturesqueness of their dress.</w:t>
      </w:r>
      <w:r>
        <w:br/>
      </w:r>
      <w:r>
        <w:t xml:space="preserve">    (a) making more varied</w:t>
      </w:r>
      <w:r>
        <w:br/>
      </w:r>
      <w:r>
        <w:t xml:space="preserve">    (b) thinking carefully</w:t>
      </w:r>
      <w:r>
        <w:br/>
      </w:r>
      <w:r>
        <w:t xml:space="preserve">    (c) leaping or jumping</w:t>
      </w:r>
    </w:p>
    <w:p>
      <w:pPr>
        <w:pStyle w:val="Compact"/>
        <w:numPr>
          <w:ilvl w:val="0"/>
          <w:numId w:val="1001"/>
        </w:numPr>
      </w:pPr>
      <w:r>
        <w:rPr>
          <w:b/>
          <w:bCs/>
        </w:rPr>
        <w:t xml:space="preserve">A few</w:t>
      </w:r>
      <w:r>
        <w:rPr>
          <w:b/>
          <w:bCs/>
        </w:rPr>
        <w:t xml:space="preserve"> </w:t>
      </w:r>
      <w:r>
        <w:rPr>
          <w:b/>
          <w:bCs/>
          <w:u w:val="single"/>
        </w:rPr>
        <w:t xml:space="preserve">sumptuously</w:t>
      </w:r>
      <w:r>
        <w:rPr>
          <w:b/>
          <w:bCs/>
        </w:rPr>
        <w:t xml:space="preserve">-cloaked ladies were already gathered in the marble vestibule, and in the coat-room he found Van Alstyne and Gus Trenor.</w:t>
      </w:r>
      <w:r>
        <w:br/>
      </w:r>
      <w:r>
        <w:t xml:space="preserve">    (a) in a manner that uses extreme or violent methods to achieve a political goal</w:t>
      </w:r>
      <w:r>
        <w:br/>
      </w:r>
      <w:r>
        <w:t xml:space="preserve">    (b) with acceptance of something undesired as unavoidable or the lesser of evils</w:t>
      </w:r>
      <w:r>
        <w:br/>
      </w:r>
      <w:r>
        <w:t xml:space="preserve">    (c) magnificent (impressively wonderful) -- often indicating something expensive</w:t>
      </w:r>
    </w:p>
    <w:p>
      <w:pPr>
        <w:pStyle w:val="Compact"/>
        <w:numPr>
          <w:ilvl w:val="0"/>
          <w:numId w:val="1001"/>
        </w:numPr>
      </w:pPr>
      <w:r>
        <w:rPr>
          <w:b/>
          <w:bCs/>
        </w:rPr>
        <w:t xml:space="preserve">She did not like Trenor's unusual excitability, with its too evident explanation, and the thought of being alone with him, with her friend out of reach upstairs, at the other end of the great empty house, did not</w:t>
      </w:r>
      <w:r>
        <w:rPr>
          <w:b/>
          <w:bCs/>
        </w:rPr>
        <w:t xml:space="preserve"> </w:t>
      </w:r>
      <w:r>
        <w:rPr>
          <w:b/>
          <w:bCs/>
          <w:u w:val="single"/>
        </w:rPr>
        <w:t xml:space="preserve">conduce</w:t>
      </w:r>
      <w:r>
        <w:rPr>
          <w:b/>
          <w:bCs/>
        </w:rPr>
        <w:t xml:space="preserve"> </w:t>
      </w:r>
      <w:r>
        <w:rPr>
          <w:b/>
          <w:bCs/>
        </w:rPr>
        <w:t xml:space="preserve">to a desire to prolong their TETE-A-TETE.</w:t>
      </w:r>
      <w:r>
        <w:br/>
      </w:r>
      <w:r>
        <w:t xml:space="preserve">    (a) contribute (to a result)</w:t>
      </w:r>
      <w:r>
        <w:br/>
      </w:r>
      <w:r>
        <w:t xml:space="preserve">    (b) struggle or disagreement</w:t>
      </w:r>
      <w:r>
        <w:br/>
      </w:r>
      <w:r>
        <w:t xml:space="preserve">    (c) include consideration of</w:t>
      </w:r>
    </w:p>
    <w:p>
      <w:pPr>
        <w:pStyle w:val="Compact"/>
        <w:numPr>
          <w:ilvl w:val="0"/>
          <w:numId w:val="1001"/>
        </w:numPr>
      </w:pPr>
      <w:r>
        <w:rPr>
          <w:b/>
          <w:bCs/>
        </w:rPr>
        <w:t xml:space="preserve">His first rush of</w:t>
      </w:r>
      <w:r>
        <w:rPr>
          <w:b/>
          <w:bCs/>
        </w:rPr>
        <w:t xml:space="preserve"> </w:t>
      </w:r>
      <w:r>
        <w:rPr>
          <w:b/>
          <w:bCs/>
          <w:u w:val="single"/>
        </w:rPr>
        <w:t xml:space="preserve">inarticulate</w:t>
      </w:r>
      <w:r>
        <w:rPr>
          <w:b/>
          <w:bCs/>
        </w:rPr>
        <w:t xml:space="preserve"> </w:t>
      </w:r>
      <w:r>
        <w:rPr>
          <w:b/>
          <w:bCs/>
        </w:rPr>
        <w:t xml:space="preserve">resentment had been followed by a steadiness and concentration of tone more disconcerting to Lily than the excitement preceding it.</w:t>
      </w:r>
      <w:r>
        <w:br/>
      </w:r>
      <w:r>
        <w:t xml:space="preserve">    (a) unable to express oneself clearly; or not expressed clearly</w:t>
      </w:r>
      <w:r>
        <w:br/>
      </w:r>
      <w:r>
        <w:t xml:space="preserve">    (b) the degree or quality of being exactly vertical or straight</w:t>
      </w:r>
      <w:r>
        <w:br/>
      </w:r>
      <w:r>
        <w:t xml:space="preserve">    (c) tendency to be direct in a disagreeable, insensitive manner</w:t>
      </w:r>
    </w:p>
    <w:p>
      <w:pPr>
        <w:pStyle w:val="Compact"/>
        <w:numPr>
          <w:ilvl w:val="0"/>
          <w:numId w:val="1001"/>
        </w:numPr>
      </w:pPr>
      <w:r>
        <w:rPr>
          <w:b/>
          <w:bCs/>
        </w:rPr>
        <w:t xml:space="preserve">All the secret ambitions which Mrs. Gormer's native</w:t>
      </w:r>
      <w:r>
        <w:rPr>
          <w:b/>
          <w:bCs/>
        </w:rPr>
        <w:t xml:space="preserve"> </w:t>
      </w:r>
      <w:r>
        <w:rPr>
          <w:b/>
          <w:bCs/>
          <w:u w:val="single"/>
        </w:rPr>
        <w:t xml:space="preserve">indolence</w:t>
      </w:r>
      <w:r>
        <w:rPr>
          <w:b/>
          <w:bCs/>
        </w:rPr>
        <w:t xml:space="preserve">, and the attitude of her companions, kept in habitual abeyance,</w:t>
      </w:r>
      <w:r>
        <w:br/>
      </w:r>
      <w:r>
        <w:t xml:space="preserve">    (a) not real</w:t>
      </w:r>
      <w:r>
        <w:br/>
      </w:r>
      <w:r>
        <w:t xml:space="preserve">    (b) laziness</w:t>
      </w:r>
      <w:r>
        <w:br/>
      </w:r>
      <w:r>
        <w:t xml:space="preserve">    (c) allowing</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2026-07-31T15:22:36Z</dcterms:created>
  <dcterms:modified xsi:type="dcterms:W3CDTF">2026-07-31T15:22:36Z</dcterms:modified>
</cp:coreProperties>
</file>

<file path=docProps/custom.xml><?xml version="1.0" encoding="utf-8"?>
<Properties xmlns="http://schemas.openxmlformats.org/officeDocument/2006/custom-properties" xmlns:vt="http://schemas.openxmlformats.org/officeDocument/2006/docPropsVTypes"/>
</file>