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1d1dd713f74c9874b04a2d1b5de42817b489b2"/>
    <w:p>
      <w:pPr>
        <w:pStyle w:val="Heading1"/>
      </w:pPr>
      <w:r>
        <w:rPr>
          <w:b/>
          <w:bCs/>
        </w:rPr>
        <w:t xml:space="preserve">The House of Hades</w:t>
      </w:r>
      <w:r>
        <w:br/>
      </w:r>
      <w:r>
        <w:rPr>
          <w:i/>
          <w:iCs/>
        </w:rPr>
        <w:t xml:space="preserve">Rick Riordan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he seemed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agitated</w:t>
      </w:r>
      <w:r>
        <w:rPr>
          <w:b/>
          <w:bCs/>
        </w:rPr>
        <w:t xml:space="preserve">....Anything that could make a fearless horse skittish should have terrified Hazel.</w:t>
      </w:r>
      <w:r>
        <w:br/>
      </w:r>
      <w:r>
        <w:t xml:space="preserve">    (a) not calm; or stirred up (often emotionally)</w:t>
      </w:r>
      <w:r>
        <w:br/>
      </w:r>
      <w:r>
        <w:t xml:space="preserve">    (b) concentrated, look at, or paid attention to</w:t>
      </w:r>
      <w:r>
        <w:br/>
      </w:r>
      <w:r>
        <w:t xml:space="preserve">    (c) thought carefully and made a judgment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They'd been holding hands ever since they dropped into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chasm</w:t>
      </w:r>
      <w:r>
        <w:rPr>
          <w:b/>
          <w:bCs/>
        </w:rPr>
        <w:t xml:space="preserve">.</w:t>
      </w:r>
      <w:r>
        <w:br/>
      </w:r>
      <w:r>
        <w:t xml:space="preserve">    (a) a nerve or brain cell</w:t>
      </w:r>
      <w:r>
        <w:br/>
      </w:r>
      <w:r>
        <w:t xml:space="preserve">    (b) a large gap or divide</w:t>
      </w:r>
      <w:r>
        <w:br/>
      </w:r>
      <w:r>
        <w:t xml:space="preserve">    (c) long eventful journey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Annabeth's left, the ground dropped off in a series of cliffs, like colossal steps leading deeper into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abyss</w:t>
      </w:r>
      <w:r>
        <w:rPr>
          <w:b/>
          <w:bCs/>
        </w:rPr>
        <w:t xml:space="preserve">.</w:t>
      </w:r>
      <w:r>
        <w:br/>
      </w:r>
      <w:r>
        <w:t xml:space="preserve">    (a) a hole or dropoff so deep the bottom cannot be seen -- often used figuratively to imply a frightening bottomless pit</w:t>
      </w:r>
      <w:r>
        <w:br/>
      </w:r>
      <w:r>
        <w:t xml:space="preserve">    (b) of the American Indian civilization of Yucatan and Belize and Guatemala that reached its peak between AD 300 and 900</w:t>
      </w:r>
      <w:r>
        <w:br/>
      </w:r>
      <w:r>
        <w:t xml:space="preserve">    (c) removal and examination of tissues or liquids from the living body to determine the existence or cause of a disease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that freak Octavian,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augur</w:t>
      </w:r>
      <w:r>
        <w:rPr>
          <w:b/>
          <w:bCs/>
        </w:rPr>
        <w:t xml:space="preserve"> </w:t>
      </w:r>
      <w:r>
        <w:rPr>
          <w:b/>
          <w:bCs/>
        </w:rPr>
        <w:t xml:space="preserve">from Camp Jupiter, who was always screaming for war.</w:t>
      </w:r>
      <w:r>
        <w:br/>
      </w:r>
      <w:r>
        <w:t xml:space="preserve">    (a) a character whose job is based upon that of an augur from ancient Roman -- a religious official who interpreted signs and omens to guide public decisions</w:t>
      </w:r>
      <w:r>
        <w:br/>
      </w:r>
      <w:r>
        <w:t xml:space="preserve">    (b) treat in a manner that demonstrates a sense of superiority, but is supposed to seem kind  OR  the actions of a patron (to support someone or something; or to be a customer)</w:t>
      </w:r>
      <w:r>
        <w:br/>
      </w:r>
      <w:r>
        <w:t xml:space="preserve">    (c) (verb) to intentionally anger, challenge, or upset someone -- especially by mocking them or hurling insults  OR  (noun) an insult or other action intended to anger, challenge, or upset someone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are no threat, but I suppose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vengeance</w:t>
      </w:r>
      <w:r>
        <w:rPr>
          <w:b/>
          <w:bCs/>
        </w:rPr>
        <w:t xml:space="preserve"> </w:t>
      </w:r>
      <w:r>
        <w:rPr>
          <w:b/>
          <w:bCs/>
        </w:rPr>
        <w:t xml:space="preserve">must start somewhere.</w:t>
      </w:r>
      <w:r>
        <w:br/>
      </w:r>
      <w:r>
        <w:t xml:space="preserve">    (a) something that stands out</w:t>
      </w:r>
      <w:r>
        <w:br/>
      </w:r>
      <w:r>
        <w:t xml:space="preserve">    (b) something made from parts</w:t>
      </w:r>
      <w:r>
        <w:br/>
      </w:r>
      <w:r>
        <w:t xml:space="preserve">    (c) the act of taking revenge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didn't think much of fates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prophecies</w:t>
      </w:r>
      <w:r>
        <w:rPr>
          <w:b/>
          <w:bCs/>
        </w:rPr>
        <w:t xml:space="preserve">, but he did believe in one thing: Annabeth and he were supposed to be together.</w:t>
      </w:r>
      <w:r>
        <w:br/>
      </w:r>
      <w:r>
        <w:t xml:space="preserve">    (a) predictions of the future</w:t>
      </w:r>
      <w:r>
        <w:br/>
      </w:r>
      <w:r>
        <w:t xml:space="preserve">    (b) things easily set on fire</w:t>
      </w:r>
      <w:r>
        <w:br/>
      </w:r>
      <w:r>
        <w:t xml:space="preserve">    (c) interactions or interests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Kelli's fingernails grew into long black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talons</w:t>
      </w:r>
      <w:r>
        <w:rPr>
          <w:b/>
          <w:bCs/>
        </w:rPr>
        <w:t xml:space="preserve">.</w:t>
      </w:r>
      <w:r>
        <w:br/>
      </w:r>
      <w:r>
        <w:t xml:space="preserve">    (a) unties or releases</w:t>
      </w:r>
      <w:r>
        <w:br/>
      </w:r>
      <w:r>
        <w:t xml:space="preserve">    (b) sharp hooked claws</w:t>
      </w:r>
      <w:r>
        <w:br/>
      </w:r>
      <w:r>
        <w:t xml:space="preserve">    (c) rules for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Frank wasn't sure what scared him more: shaggy-cow monsters,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hordes</w:t>
      </w:r>
      <w:r>
        <w:rPr>
          <w:b/>
          <w:bCs/>
        </w:rPr>
        <w:t xml:space="preserve"> </w:t>
      </w:r>
      <w:r>
        <w:rPr>
          <w:b/>
          <w:bCs/>
        </w:rPr>
        <w:t xml:space="preserve">of restless ghosts, or going somewhere alone with Nico di Angelo.</w:t>
      </w:r>
      <w:r>
        <w:br/>
      </w:r>
      <w:r>
        <w:t xml:space="preserve">    (a) large numbers</w:t>
      </w:r>
      <w:r>
        <w:br/>
      </w:r>
      <w:r>
        <w:t xml:space="preserve">    (b) fat compounds</w:t>
      </w:r>
      <w:r>
        <w:br/>
      </w:r>
      <w:r>
        <w:t xml:space="preserve">    (c) psychiatrists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He'd been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focused</w:t>
      </w:r>
      <w:r>
        <w:rPr>
          <w:b/>
          <w:bCs/>
        </w:rPr>
        <w:t xml:space="preserve"> </w:t>
      </w:r>
      <w:r>
        <w:rPr>
          <w:b/>
          <w:bCs/>
        </w:rPr>
        <w:t xml:space="preserve">on Hazel, he'd forgotten what Leo had told them about the guy they were looking for.</w:t>
      </w:r>
      <w:r>
        <w:br/>
      </w:r>
      <w:r>
        <w:t xml:space="preserve">    (a) concentrating (on one thing and not paying attention to other things)</w:t>
      </w:r>
      <w:r>
        <w:br/>
      </w:r>
      <w:r>
        <w:t xml:space="preserve">    (b) began speaking with someone about something</w:t>
      </w:r>
      <w:r>
        <w:br/>
      </w:r>
      <w:r>
        <w:t xml:space="preserve">    (c) thought carefully and made a judgment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</w:t>
      </w:r>
      <w:r>
        <w:rPr>
          <w:b/>
          <w:bCs/>
        </w:rPr>
        <w:t xml:space="preserve"> </w:t>
      </w:r>
      <w:r>
        <w:rPr>
          <w:b/>
          <w:bCs/>
        </w:rPr>
        <w:t xml:space="preserve">narrowed to the ground in front of him.</w:t>
      </w:r>
      <w:r>
        <w:br/>
      </w:r>
      <w:r>
        <w:t xml:space="preserve">    (a) calculating or judging too high</w:t>
      </w:r>
      <w:r>
        <w:br/>
      </w:r>
      <w:r>
        <w:t xml:space="preserve">    (b) place where attention is directed</w:t>
      </w:r>
      <w:r>
        <w:br/>
      </w:r>
      <w:r>
        <w:t xml:space="preserve">    (c) the ability to take on or adopt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couldn't be caught by six or seven hostile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immortals</w:t>
      </w:r>
      <w:r>
        <w:rPr>
          <w:b/>
          <w:bCs/>
        </w:rPr>
        <w:t xml:space="preserve">.</w:t>
      </w:r>
      <w:r>
        <w:br/>
      </w:r>
      <w:r>
        <w:t xml:space="preserve">    (a) tiles designed to affect noise -- typically to decrease noise</w:t>
      </w:r>
      <w:r>
        <w:br/>
      </w:r>
      <w:r>
        <w:t xml:space="preserve">    (b) people who live forever  OR  people famous throughout history</w:t>
      </w:r>
      <w:r>
        <w:br/>
      </w:r>
      <w:r>
        <w:t xml:space="preserve">    (c) instances of taking on or adopting of power or responsibility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voice simply floated overhead like a movie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narrator</w:t>
      </w:r>
      <w:r>
        <w:rPr>
          <w:b/>
          <w:bCs/>
        </w:rPr>
        <w:t xml:space="preserve">'s, as if a single mind controlled all the creatures.</w:t>
      </w:r>
      <w:r>
        <w:br/>
      </w:r>
      <w:r>
        <w:t xml:space="preserve">    (a) storyteller</w:t>
      </w:r>
      <w:r>
        <w:br/>
      </w:r>
      <w:r>
        <w:t xml:space="preserve">    (b) quiet voice</w:t>
      </w:r>
      <w:r>
        <w:br/>
      </w:r>
      <w:r>
        <w:t xml:space="preserve">    (c) translation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gist</w:t>
      </w:r>
      <w:r>
        <w:rPr>
          <w:b/>
          <w:bCs/>
        </w:rPr>
        <w:t xml:space="preserve"> </w:t>
      </w:r>
      <w:r>
        <w:rPr>
          <w:b/>
          <w:bCs/>
        </w:rPr>
        <w:t xml:space="preserve">of it: she's here to see how it goes.</w:t>
      </w:r>
      <w:r>
        <w:br/>
      </w:r>
      <w:r>
        <w:t xml:space="preserve">    (a) the main point(s) of a more detailed matter</w:t>
      </w:r>
      <w:r>
        <w:br/>
      </w:r>
      <w:r>
        <w:t xml:space="preserve">    (b) something that helps clarify or demonstrate</w:t>
      </w:r>
      <w:r>
        <w:br/>
      </w:r>
      <w:r>
        <w:t xml:space="preserve">    (c) the act of taking something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Like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centaur</w:t>
      </w:r>
      <w:r>
        <w:rPr>
          <w:b/>
          <w:bCs/>
        </w:rPr>
        <w:t xml:space="preserve">?</w:t>
      </w:r>
      <w:r>
        <w:br/>
      </w:r>
      <w:r>
        <w:t xml:space="preserve">    (a) a general feeling of not being as good as others</w:t>
      </w:r>
      <w:r>
        <w:br/>
      </w:r>
      <w:r>
        <w:t xml:space="preserve">    (b) the act, process, or instance of telling a story</w:t>
      </w:r>
      <w:r>
        <w:br/>
      </w:r>
      <w:r>
        <w:t xml:space="preserve">    (c) a mythical being that is half man and half horse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so anxious, the ground rumbled beneath her and immediately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a bumper crop—precious metals popping to the surface as though the dirt was anxious to expel them.</w:t>
      </w:r>
      <w:r>
        <w:br/>
      </w:r>
      <w:r>
        <w:t xml:space="preserve">    (a) not wanting to do something</w:t>
      </w:r>
      <w:r>
        <w:br/>
      </w:r>
      <w:r>
        <w:t xml:space="preserve">    (b) produced</w:t>
      </w:r>
      <w:r>
        <w:br/>
      </w:r>
      <w:r>
        <w:t xml:space="preserve">    (c) was attractive or desirable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YIELD</w:t>
      </w:r>
      <w:r>
        <w:rPr>
          <w:b/>
          <w:bCs/>
        </w:rPr>
        <w:t xml:space="preserve">!</w:t>
      </w:r>
      <w:r>
        <w:br/>
      </w:r>
      <w:r>
        <w:t xml:space="preserve">    (a) an involuntary vomiting spasm</w:t>
      </w:r>
      <w:r>
        <w:br/>
      </w:r>
      <w:r>
        <w:t xml:space="preserve">    (b) surrender (give up)</w:t>
      </w:r>
      <w:r>
        <w:br/>
      </w:r>
      <w:r>
        <w:t xml:space="preserve">    (c) select (on a computer screen)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his side, the angel carried the same kind of jagged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bronze</w:t>
      </w:r>
      <w:r>
        <w:rPr>
          <w:b/>
          <w:bCs/>
        </w:rPr>
        <w:t xml:space="preserve"> </w:t>
      </w:r>
      <w:r>
        <w:rPr>
          <w:b/>
          <w:bCs/>
        </w:rPr>
        <w:t xml:space="preserve">sword the Boreads had, and Jason's last encounter with them hadn't gone so well.</w:t>
      </w:r>
      <w:r>
        <w:br/>
      </w:r>
      <w:r>
        <w:t xml:space="preserve">    (a) appropriate in size, amount, or degree</w:t>
      </w:r>
      <w:r>
        <w:br/>
      </w:r>
      <w:r>
        <w:t xml:space="preserve">    (b) made of a type of high-quality metal</w:t>
      </w:r>
      <w:r>
        <w:br/>
      </w:r>
      <w:r>
        <w:t xml:space="preserve">    (c) examine in detail to better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fog dissipated, and they found themselves on a peninsula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jutted out</w:t>
      </w:r>
      <w:r>
        <w:rPr>
          <w:b/>
          <w:bCs/>
        </w:rPr>
        <w:t xml:space="preserve"> </w:t>
      </w:r>
      <w:r>
        <w:rPr>
          <w:b/>
          <w:bCs/>
        </w:rPr>
        <w:t xml:space="preserve">over a pitch-black void.</w:t>
      </w:r>
      <w:r>
        <w:br/>
      </w:r>
      <w:r>
        <w:t xml:space="preserve">    (a) stuck out</w:t>
      </w:r>
      <w:r>
        <w:br/>
      </w:r>
      <w:r>
        <w:t xml:space="preserve">    (b) bent down</w:t>
      </w:r>
      <w:r>
        <w:br/>
      </w:r>
      <w:r>
        <w:t xml:space="preserve">    (c) dangerous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keep burning through the clothes I give you, so I thought I would weave something less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flammable</w:t>
      </w:r>
      <w:r>
        <w:rPr>
          <w:b/>
          <w:bCs/>
        </w:rPr>
        <w:t xml:space="preserve">.</w:t>
      </w:r>
      <w:r>
        <w:br/>
      </w:r>
      <w:r>
        <w:t xml:space="preserve">    (a) easily set on fire</w:t>
      </w:r>
      <w:r>
        <w:br/>
      </w:r>
      <w:r>
        <w:t xml:space="preserve">    (b) logical conclusion</w:t>
      </w:r>
      <w:r>
        <w:br/>
      </w:r>
      <w:r>
        <w:t xml:space="preserve">    (c) untied or released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line of javelins chewed through the enemy like a set of giant teeth, felling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ogres</w:t>
      </w:r>
      <w:r>
        <w:rPr>
          <w:b/>
          <w:bCs/>
        </w:rPr>
        <w:t xml:space="preserve"> </w:t>
      </w:r>
      <w:r>
        <w:rPr>
          <w:b/>
          <w:bCs/>
        </w:rPr>
        <w:t xml:space="preserve">and snake women and hellhounds.</w:t>
      </w:r>
      <w:r>
        <w:br/>
      </w:r>
      <w:r>
        <w:t xml:space="preserve">    (a) a frightening giant from fairy tales, especially one who eats people; or a cruel or terrifying person</w:t>
      </w:r>
      <w:r>
        <w:br/>
      </w:r>
      <w:r>
        <w:t xml:space="preserve">    (b) aka natural rights -- rights that are naturally due because of human nature and the natural condition</w:t>
      </w:r>
      <w:r>
        <w:br/>
      </w:r>
      <w:r>
        <w:t xml:space="preserve">    (c) soccer players who play in the middle third of the field and who assist with both defense and offense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2026-07-31T19:19:26Z</dcterms:created>
  <dcterms:modified xsi:type="dcterms:W3CDTF">2026-07-31T19:19:26Z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