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d240e127a36aa2a5667f5fe965cfd38a70be9d"/>
    <w:p>
      <w:pPr>
        <w:pStyle w:val="Heading1"/>
      </w:pPr>
      <w:r>
        <w:rPr>
          <w:b/>
          <w:bCs/>
        </w:rPr>
        <w:t xml:space="preserve">The Hound of the Baskervilles</w:t>
      </w:r>
      <w:r>
        <w:br/>
      </w:r>
      <w:r>
        <w:rPr>
          <w:i/>
          <w:iCs/>
        </w:rPr>
        <w:t xml:space="preserve">Arthur Conan Doyle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credulous</w:t>
      </w:r>
      <w:r>
        <w:rPr>
          <w:b/>
          <w:bCs/>
        </w:rPr>
        <w:t xml:space="preserve"> </w:t>
      </w:r>
      <w:r>
        <w:rPr>
          <w:b/>
          <w:bCs/>
        </w:rPr>
        <w:t xml:space="preserve">she believes everything she reads.</w:t>
      </w:r>
      <w:r>
        <w:br/>
      </w:r>
      <w:r>
        <w:t xml:space="preserve">    (a) very skeptical</w:t>
      </w:r>
      <w:r>
        <w:br/>
      </w:r>
      <w:r>
        <w:t xml:space="preserve">    (b) easily fooled</w:t>
      </w:r>
      <w:r>
        <w:br/>
      </w:r>
      <w:r>
        <w:t xml:space="preserve">    (c) deeply thoughtful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stupid and impatient</w:t>
      </w:r>
      <w:r>
        <w:br/>
      </w:r>
      <w:r>
        <w:t xml:space="preserve">    (b) strong and cruel</w:t>
      </w:r>
      <w:r>
        <w:br/>
      </w:r>
      <w:r>
        <w:t xml:space="preserve">    (c) clever and deceitful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frightened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diabolical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 on his face.</w:t>
      </w:r>
      <w:r>
        <w:br/>
      </w:r>
      <w:r>
        <w:t xml:space="preserve">    (a) angry</w:t>
      </w:r>
      <w:r>
        <w:br/>
      </w:r>
      <w:r>
        <w:t xml:space="preserve">    (b) evil</w:t>
      </w:r>
      <w:r>
        <w:br/>
      </w:r>
      <w:r>
        <w:t xml:space="preserve">    (c) crazy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humble</w:t>
      </w:r>
      <w:r>
        <w:br/>
      </w:r>
      <w:r>
        <w:t xml:space="preserve">    (b) straightforward</w:t>
      </w:r>
      <w:r>
        <w:br/>
      </w:r>
      <w:r>
        <w:t xml:space="preserve">    (c) considerate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to ignore the question.</w:t>
      </w:r>
      <w:r>
        <w:br/>
      </w:r>
      <w:r>
        <w:t xml:space="preserve">    (a) understood</w:t>
      </w:r>
      <w:r>
        <w:br/>
      </w:r>
      <w:r>
        <w:t xml:space="preserve">    (b) ordered</w:t>
      </w:r>
      <w:r>
        <w:br/>
      </w:r>
      <w:r>
        <w:t xml:space="preserve">    (c) asked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create</w:t>
      </w:r>
      <w:r>
        <w:br/>
      </w:r>
      <w:r>
        <w:t xml:space="preserve">    (b) avoid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showing</w:t>
      </w:r>
      <w:r>
        <w:br/>
      </w:r>
      <w:r>
        <w:t xml:space="preserve">    (b) minimizing</w:t>
      </w:r>
      <w:r>
        <w:br/>
      </w:r>
      <w:r>
        <w:t xml:space="preserve">    (c) exaggerating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and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on-the-other-hand</w:t>
      </w:r>
      <w:r>
        <w:br/>
      </w:r>
      <w:r>
        <w:t xml:space="preserve">    (b) in addition</w:t>
      </w:r>
      <w:r>
        <w:br/>
      </w:r>
      <w:r>
        <w:t xml:space="preserve">    (c) no matter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hypothesized</w:t>
      </w:r>
      <w:r>
        <w:rPr>
          <w:b/>
          <w:bCs/>
        </w:rPr>
        <w:t xml:space="preserve"> </w:t>
      </w:r>
      <w:r>
        <w:rPr>
          <w:b/>
          <w:bCs/>
        </w:rPr>
        <w:t xml:space="preserve">the existence of Pluto before its discovery.</w:t>
      </w:r>
      <w:r>
        <w:br/>
      </w:r>
      <w:r>
        <w:t xml:space="preserve">    (a) disbelieved</w:t>
      </w:r>
      <w:r>
        <w:br/>
      </w:r>
      <w:r>
        <w:t xml:space="preserve">    (b) fantasized</w:t>
      </w:r>
      <w:r>
        <w:br/>
      </w:r>
      <w:r>
        <w:t xml:space="preserve">    (c) theorized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hypothesis</w:t>
      </w:r>
      <w:r>
        <w:rPr>
          <w:b/>
          <w:bCs/>
        </w:rPr>
        <w:t xml:space="preserve"> </w:t>
      </w:r>
      <w:r>
        <w:rPr>
          <w:b/>
          <w:bCs/>
        </w:rPr>
        <w:t xml:space="preserve">was that the plants grew faster with classical music playing.</w:t>
      </w:r>
      <w:r>
        <w:br/>
      </w:r>
      <w:r>
        <w:t xml:space="preserve">    (a) unproven proposed idea</w:t>
      </w:r>
      <w:r>
        <w:br/>
      </w:r>
      <w:r>
        <w:t xml:space="preserve">    (b) well-known principle</w:t>
      </w:r>
      <w:r>
        <w:br/>
      </w:r>
      <w:r>
        <w:t xml:space="preserve">    (c) confirmed scientific fact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converted</w:t>
      </w:r>
      <w:r>
        <w:br/>
      </w:r>
      <w:r>
        <w:t xml:space="preserve">    (b) different</w:t>
      </w:r>
      <w:r>
        <w:br/>
      </w:r>
      <w:r>
        <w:t xml:space="preserve">    (c) figured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formal investigation</w:t>
      </w:r>
      <w:r>
        <w:br/>
      </w:r>
      <w:r>
        <w:t xml:space="preserve">    (b) assistant</w:t>
      </w:r>
      <w:r>
        <w:br/>
      </w:r>
      <w:r>
        <w:t xml:space="preserve">    (c)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story</w:t>
      </w:r>
      <w:r>
        <w:br/>
      </w:r>
      <w:r>
        <w:t xml:space="preserve">    (b) investigation</w:t>
      </w:r>
      <w:r>
        <w:br/>
      </w:r>
      <w:r>
        <w:t xml:space="preserve">    (c) statement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sad</w:t>
      </w:r>
      <w:r>
        <w:br/>
      </w:r>
      <w:r>
        <w:t xml:space="preserve">    (b) happy</w:t>
      </w:r>
      <w:r>
        <w:br/>
      </w:r>
      <w:r>
        <w:t xml:space="preserve">    (c) feel like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excuse</w:t>
      </w:r>
      <w:r>
        <w:br/>
      </w:r>
      <w:r>
        <w:t xml:space="preserve">    (b) reason</w:t>
      </w:r>
      <w:r>
        <w:br/>
      </w:r>
      <w:r>
        <w:t xml:space="preserve">    (c) technique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an interesting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narrative</w:t>
      </w:r>
      <w:r>
        <w:rPr>
          <w:b/>
          <w:bCs/>
        </w:rPr>
        <w:t xml:space="preserve"> </w:t>
      </w:r>
      <w:r>
        <w:rPr>
          <w:b/>
          <w:bCs/>
        </w:rPr>
        <w:t xml:space="preserve">about her first year in college.</w:t>
      </w:r>
      <w:r>
        <w:br/>
      </w:r>
      <w:r>
        <w:t xml:space="preserve">    (a) theatrical play</w:t>
      </w:r>
      <w:r>
        <w:br/>
      </w:r>
      <w:r>
        <w:t xml:space="preserve">    (b) joke</w:t>
      </w:r>
      <w:r>
        <w:br/>
      </w:r>
      <w:r>
        <w:t xml:space="preserve">    (c)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presumption</w:t>
      </w:r>
      <w:r>
        <w:rPr>
          <w:b/>
          <w:bCs/>
        </w:rPr>
        <w:t xml:space="preserve"> </w:t>
      </w:r>
      <w:r>
        <w:rPr>
          <w:b/>
          <w:bCs/>
        </w:rPr>
        <w:t xml:space="preserve">of guilt against the suspect caused them to overlook important evidence.</w:t>
      </w:r>
      <w:r>
        <w:br/>
      </w:r>
      <w:r>
        <w:t xml:space="preserve">    (a) assumption</w:t>
      </w:r>
      <w:r>
        <w:br/>
      </w:r>
      <w:r>
        <w:t xml:space="preserve">    (b) rumors</w:t>
      </w:r>
      <w:r>
        <w:br/>
      </w:r>
      <w:r>
        <w:t xml:space="preserve">    (c) accusation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 not like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employees.</w:t>
      </w:r>
      <w:r>
        <w:br/>
      </w:r>
      <w:r>
        <w:t xml:space="preserve">    (a) lacking in confidence</w:t>
      </w:r>
      <w:r>
        <w:br/>
      </w:r>
      <w:r>
        <w:t xml:space="preserve">    (b) not willing to make decisions</w:t>
      </w:r>
      <w:r>
        <w:br/>
      </w:r>
      <w:r>
        <w:t xml:space="preserve">    (c) exercising unearned privileges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 young king was ill, his uncle served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regent</w:t>
      </w:r>
      <w:r>
        <w:rPr>
          <w:b/>
          <w:bCs/>
        </w:rPr>
        <w:t xml:space="preserve"> </w:t>
      </w:r>
      <w:r>
        <w:rPr>
          <w:b/>
          <w:bCs/>
        </w:rPr>
        <w:t xml:space="preserve">to rule the kingdom.</w:t>
      </w:r>
      <w:r>
        <w:br/>
      </w:r>
      <w:r>
        <w:t xml:space="preserve">    (a) temporary substitute ruler</w:t>
      </w:r>
      <w:r>
        <w:br/>
      </w:r>
      <w:r>
        <w:t xml:space="preserve">    (b) royal court advisor</w:t>
      </w:r>
      <w:r>
        <w:br/>
      </w:r>
      <w:r>
        <w:t xml:space="preserve">    (c) elected prime minister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2026-07-31T14:53:03Z</dcterms:created>
  <dcterms:modified xsi:type="dcterms:W3CDTF">2026-07-31T14:53:03Z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