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bc1d632a19312799228a0199cdec7d2747b56b"/>
    <w:p>
      <w:pPr>
        <w:pStyle w:val="Heading1"/>
      </w:pPr>
      <w:r>
        <w:rPr>
          <w:b/>
          <w:bCs/>
        </w:rPr>
        <w:t xml:space="preserve">The Hound of the Baskervilles</w:t>
      </w:r>
      <w:r>
        <w:br/>
      </w:r>
      <w:r>
        <w:rPr>
          <w:i/>
          <w:iCs/>
        </w:rPr>
        <w:t xml:space="preserve">Arthur Conan Doyle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innovative approach to solving problems earned her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approbation</w:t>
      </w:r>
      <w:r>
        <w:rPr>
          <w:b/>
          <w:bCs/>
        </w:rPr>
        <w:t xml:space="preserve"> </w:t>
      </w:r>
      <w:r>
        <w:rPr>
          <w:b/>
          <w:bCs/>
        </w:rPr>
        <w:t xml:space="preserve">of her peers.</w:t>
      </w:r>
      <w:r>
        <w:br/>
      </w:r>
      <w:r>
        <w:t xml:space="preserve">    (a) sympathy</w:t>
      </w:r>
      <w:r>
        <w:br/>
      </w:r>
      <w:r>
        <w:t xml:space="preserve">    (b) approval</w:t>
      </w:r>
      <w:r>
        <w:br/>
      </w:r>
      <w:r>
        <w:t xml:space="preserve">    (c) distrust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museum tested the letter to prove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authenticity</w:t>
      </w:r>
      <w:r>
        <w:rPr>
          <w:b/>
          <w:bCs/>
        </w:rPr>
        <w:t xml:space="preserve">.</w:t>
      </w:r>
      <w:r>
        <w:br/>
      </w:r>
      <w:r>
        <w:t xml:space="preserve">    (a) being expensive</w:t>
      </w:r>
      <w:r>
        <w:br/>
      </w:r>
      <w:r>
        <w:t xml:space="preserve">    (b) being colorful</w:t>
      </w:r>
      <w:r>
        <w:br/>
      </w:r>
      <w:r>
        <w:t xml:space="preserve">    (c) being genuine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burned in effigy</w:t>
      </w:r>
      <w:r>
        <w:rPr>
          <w:b/>
          <w:bCs/>
        </w:rPr>
        <w:t xml:space="preserve"> </w:t>
      </w:r>
      <w:r>
        <w:rPr>
          <w:b/>
          <w:bCs/>
        </w:rPr>
        <w:t xml:space="preserve">by the mob.</w:t>
      </w:r>
      <w:r>
        <w:br/>
      </w:r>
      <w:r>
        <w:t xml:space="preserve">    (a) burned in a bath of hot water</w:t>
      </w:r>
      <w:r>
        <w:br/>
      </w:r>
      <w:r>
        <w:t xml:space="preserve">    (b) burned with tar and feathered</w:t>
      </w:r>
      <w:r>
        <w:br/>
      </w:r>
      <w:r>
        <w:t xml:space="preserve">    (c) a likeness that represented him was burned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condone</w:t>
      </w:r>
      <w:r>
        <w:rPr>
          <w:b/>
          <w:bCs/>
        </w:rPr>
        <w:t xml:space="preserve"> </w:t>
      </w:r>
      <w:r>
        <w:rPr>
          <w:b/>
          <w:bCs/>
        </w:rPr>
        <w:t xml:space="preserve">such behavior.</w:t>
      </w:r>
      <w:r>
        <w:br/>
      </w:r>
      <w:r>
        <w:t xml:space="preserve">    (a) understand</w:t>
      </w:r>
      <w:r>
        <w:br/>
      </w:r>
      <w:r>
        <w:t xml:space="preserve">    (b) approve of</w:t>
      </w:r>
      <w:r>
        <w:br/>
      </w:r>
      <w:r>
        <w:t xml:space="preserve">    (c) insure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detective used a fake wallet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decoy</w:t>
      </w:r>
      <w:r>
        <w:rPr>
          <w:b/>
          <w:bCs/>
        </w:rPr>
        <w:t xml:space="preserve"> </w:t>
      </w:r>
      <w:r>
        <w:rPr>
          <w:b/>
          <w:bCs/>
        </w:rPr>
        <w:t xml:space="preserve">to distract the thief.</w:t>
      </w:r>
      <w:r>
        <w:br/>
      </w:r>
      <w:r>
        <w:t xml:space="preserve">    (a) misleading attraction</w:t>
      </w:r>
      <w:r>
        <w:br/>
      </w:r>
      <w:r>
        <w:t xml:space="preserve">    (b) careful warning</w:t>
      </w:r>
      <w:r>
        <w:br/>
      </w:r>
      <w:r>
        <w:t xml:space="preserve">    (c) valuable reward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Supreme Court was unanimous except for one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dissenting</w:t>
      </w:r>
      <w:r>
        <w:rPr>
          <w:b/>
          <w:bCs/>
        </w:rPr>
        <w:t xml:space="preserve"> </w:t>
      </w:r>
      <w:r>
        <w:rPr>
          <w:b/>
          <w:bCs/>
        </w:rPr>
        <w:t xml:space="preserve">opinion.</w:t>
      </w:r>
      <w:r>
        <w:br/>
      </w:r>
      <w:r>
        <w:t xml:space="preserve">    (a) supporting</w:t>
      </w:r>
      <w:r>
        <w:br/>
      </w:r>
      <w:r>
        <w:t xml:space="preserve">    (b) disagreeing</w:t>
      </w:r>
      <w:r>
        <w:br/>
      </w:r>
      <w:r>
        <w:t xml:space="preserve">    (c) withheld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scientist realized that she had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erroneous</w:t>
      </w:r>
      <w:r>
        <w:rPr>
          <w:b/>
          <w:bCs/>
        </w:rPr>
        <w:t xml:space="preserve"> </w:t>
      </w:r>
      <w:r>
        <w:rPr>
          <w:b/>
          <w:bCs/>
        </w:rPr>
        <w:t xml:space="preserve">conclusion after re-examining the data.</w:t>
      </w:r>
      <w:r>
        <w:br/>
      </w:r>
      <w:r>
        <w:t xml:space="preserve">    (a) wrong</w:t>
      </w:r>
      <w:r>
        <w:br/>
      </w:r>
      <w:r>
        <w:t xml:space="preserve">    (b) uncertain</w:t>
      </w:r>
      <w:r>
        <w:br/>
      </w:r>
      <w:r>
        <w:t xml:space="preserve">    (c) incomplete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Borrowing chairs from next door was a useful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expedient</w:t>
      </w:r>
      <w:r>
        <w:rPr>
          <w:b/>
          <w:bCs/>
        </w:rPr>
        <w:t xml:space="preserve"> </w:t>
      </w:r>
      <w:r>
        <w:rPr>
          <w:b/>
          <w:bCs/>
        </w:rPr>
        <w:t xml:space="preserve">until the new ones arrived.</w:t>
      </w:r>
      <w:r>
        <w:br/>
      </w:r>
      <w:r>
        <w:t xml:space="preserve">    (a) practical solution</w:t>
      </w:r>
      <w:r>
        <w:br/>
      </w:r>
      <w:r>
        <w:t xml:space="preserve">    (b) lasting tradition</w:t>
      </w:r>
      <w:r>
        <w:br/>
      </w:r>
      <w:r>
        <w:t xml:space="preserve">    (c) careful warning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teacher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indelible</w:t>
      </w:r>
      <w:r>
        <w:rPr>
          <w:b/>
          <w:bCs/>
        </w:rPr>
        <w:t xml:space="preserve"> </w:t>
      </w:r>
      <w:r>
        <w:rPr>
          <w:b/>
          <w:bCs/>
        </w:rPr>
        <w:t xml:space="preserve">impression on her students.</w:t>
      </w:r>
      <w:r>
        <w:br/>
      </w:r>
      <w:r>
        <w:t xml:space="preserve">    (a) confusing</w:t>
      </w:r>
      <w:r>
        <w:br/>
      </w:r>
      <w:r>
        <w:t xml:space="preserve">    (b) lasting</w:t>
      </w:r>
      <w:r>
        <w:br/>
      </w:r>
      <w:r>
        <w:t xml:space="preserve">    (c) ordinary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infernal</w:t>
      </w:r>
      <w:r>
        <w:rPr>
          <w:b/>
          <w:bCs/>
        </w:rPr>
        <w:t xml:space="preserve"> </w:t>
      </w:r>
      <w:r>
        <w:rPr>
          <w:b/>
          <w:bCs/>
        </w:rPr>
        <w:t xml:space="preserve">alarm clock kept going off every five minutes.</w:t>
      </w:r>
      <w:r>
        <w:br/>
      </w:r>
      <w:r>
        <w:t xml:space="preserve">    (a) expensive</w:t>
      </w:r>
      <w:r>
        <w:br/>
      </w:r>
      <w:r>
        <w:t xml:space="preserve">    (b) annoying</w:t>
      </w:r>
      <w:r>
        <w:br/>
      </w:r>
      <w:r>
        <w:t xml:space="preserve">    (c) antique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stood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irresolute</w:t>
      </w:r>
      <w:r>
        <w:rPr>
          <w:b/>
          <w:bCs/>
        </w:rPr>
        <w:t xml:space="preserve">; not sure if she should go left or right.</w:t>
      </w:r>
      <w:r>
        <w:br/>
      </w:r>
      <w:r>
        <w:t xml:space="preserve">    (a) completely still</w:t>
      </w:r>
      <w:r>
        <w:br/>
      </w:r>
      <w:r>
        <w:t xml:space="preserve">    (b) quivering</w:t>
      </w:r>
      <w:r>
        <w:br/>
      </w:r>
      <w:r>
        <w:t xml:space="preserve">    (c) uncertain of how to proceed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Vines climbed the wooden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lattice</w:t>
      </w:r>
      <w:r>
        <w:rPr>
          <w:b/>
          <w:bCs/>
        </w:rPr>
        <w:t xml:space="preserve"> </w:t>
      </w:r>
      <w:r>
        <w:rPr>
          <w:b/>
          <w:bCs/>
        </w:rPr>
        <w:t xml:space="preserve">beside the garden gate.</w:t>
      </w:r>
      <w:r>
        <w:br/>
      </w:r>
      <w:r>
        <w:t xml:space="preserve">    (a) deep water ditch</w:t>
      </w:r>
      <w:r>
        <w:br/>
      </w:r>
      <w:r>
        <w:t xml:space="preserve">    (b) smooth stone wall</w:t>
      </w:r>
      <w:r>
        <w:br/>
      </w:r>
      <w:r>
        <w:t xml:space="preserve">    (c) crisscross frame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admit it, there are serious divides splitting the party.</w:t>
      </w:r>
      <w:r>
        <w:br/>
      </w:r>
      <w:r>
        <w:t xml:space="preserve">    (a) are eager</w:t>
      </w:r>
      <w:r>
        <w:br/>
      </w:r>
      <w:r>
        <w:t xml:space="preserve">    (b) are excited</w:t>
      </w:r>
      <w:r>
        <w:br/>
      </w:r>
      <w:r>
        <w:t xml:space="preserve">    (c) are reluctant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project turned into a bureaucratic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morass</w:t>
      </w:r>
      <w:r>
        <w:rPr>
          <w:b/>
          <w:bCs/>
        </w:rPr>
        <w:t xml:space="preserve"> </w:t>
      </w:r>
      <w:r>
        <w:rPr>
          <w:b/>
          <w:bCs/>
        </w:rPr>
        <w:t xml:space="preserve">of paperwork and approvals.</w:t>
      </w:r>
      <w:r>
        <w:br/>
      </w:r>
      <w:r>
        <w:t xml:space="preserve">    (a) difficult situation that frustrates progress</w:t>
      </w:r>
      <w:r>
        <w:br/>
      </w:r>
      <w:r>
        <w:t xml:space="preserve">    (b) a right that is naturally due because of human nature and the natural condition</w:t>
      </w:r>
      <w:r>
        <w:br/>
      </w:r>
      <w:r>
        <w:t xml:space="preserve">    (c) surgical interruption of nerve tracts to and from the frontal lobe of the brain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pinnacle</w:t>
      </w:r>
      <w:r>
        <w:rPr>
          <w:b/>
          <w:bCs/>
        </w:rPr>
        <w:t xml:space="preserve"> </w:t>
      </w:r>
      <w:r>
        <w:rPr>
          <w:b/>
          <w:bCs/>
        </w:rPr>
        <w:t xml:space="preserve">of her success, she was earning over a million dollars a year.</w:t>
      </w:r>
      <w:r>
        <w:br/>
      </w:r>
      <w:r>
        <w:t xml:space="preserve">    (a) end</w:t>
      </w:r>
      <w:r>
        <w:br/>
      </w:r>
      <w:r>
        <w:t xml:space="preserve">    (b) beginning</w:t>
      </w:r>
      <w:r>
        <w:br/>
      </w:r>
      <w:r>
        <w:t xml:space="preserve">    (c) highest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hearing all the rumors, the real explanation turned out to be surprisingly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prosaic</w:t>
      </w:r>
      <w:r>
        <w:rPr>
          <w:b/>
          <w:bCs/>
        </w:rPr>
        <w:t xml:space="preserve">.</w:t>
      </w:r>
      <w:r>
        <w:br/>
      </w:r>
      <w:r>
        <w:t xml:space="preserve">    (a) able to make clear with example, diagram, photo, etc.</w:t>
      </w:r>
      <w:r>
        <w:br/>
      </w:r>
      <w:r>
        <w:t xml:space="preserve">    (b) ordinary and uninteresting</w:t>
      </w:r>
      <w:r>
        <w:br/>
      </w:r>
      <w:r>
        <w:t xml:space="preserve">    (c) not concerned with what others might think of oneself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restaurant was shut down due to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slovenly</w:t>
      </w:r>
      <w:r>
        <w:rPr>
          <w:b/>
          <w:bCs/>
        </w:rPr>
        <w:t xml:space="preserve"> </w:t>
      </w:r>
      <w:r>
        <w:rPr>
          <w:b/>
          <w:bCs/>
        </w:rPr>
        <w:t xml:space="preserve">kitchen conditions.</w:t>
      </w:r>
      <w:r>
        <w:br/>
      </w:r>
      <w:r>
        <w:t xml:space="preserve">    (a) dirty</w:t>
      </w:r>
      <w:r>
        <w:br/>
      </w:r>
      <w:r>
        <w:t xml:space="preserve">    (b) inefficient</w:t>
      </w:r>
      <w:r>
        <w:br/>
      </w:r>
      <w:r>
        <w:t xml:space="preserve">    (c) costly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face showed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stolid</w:t>
      </w:r>
      <w:r>
        <w:rPr>
          <w:b/>
          <w:bCs/>
        </w:rPr>
        <w:t xml:space="preserve"> </w:t>
      </w:r>
      <w:r>
        <w:rPr>
          <w:b/>
          <w:bCs/>
        </w:rPr>
        <w:t xml:space="preserve">indifference.</w:t>
      </w:r>
      <w:r>
        <w:br/>
      </w:r>
      <w:r>
        <w:t xml:space="preserve">    (a) confused</w:t>
      </w:r>
      <w:r>
        <w:br/>
      </w:r>
      <w:r>
        <w:t xml:space="preserve">    (b) emotionless</w:t>
      </w:r>
      <w:r>
        <w:br/>
      </w:r>
      <w:r>
        <w:t xml:space="preserve">    (c) bitter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were surprised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institution like Bear Stearns could so rapidly go out of business.</w:t>
      </w:r>
      <w:r>
        <w:br/>
      </w:r>
      <w:r>
        <w:t xml:space="preserve">    (a) popular</w:t>
      </w:r>
      <w:r>
        <w:br/>
      </w:r>
      <w:r>
        <w:t xml:space="preserve">    (b) long respected</w:t>
      </w:r>
      <w:r>
        <w:br/>
      </w:r>
      <w:r>
        <w:t xml:space="preserve">    (c) large and successful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underestimate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wily</w:t>
      </w:r>
      <w:r>
        <w:rPr>
          <w:b/>
          <w:bCs/>
        </w:rPr>
        <w:t xml:space="preserve"> </w:t>
      </w:r>
      <w:r>
        <w:rPr>
          <w:b/>
          <w:bCs/>
        </w:rPr>
        <w:t xml:space="preserve">old attorney.</w:t>
      </w:r>
      <w:r>
        <w:br/>
      </w:r>
      <w:r>
        <w:t xml:space="preserve">    (a) clever</w:t>
      </w:r>
      <w:r>
        <w:br/>
      </w:r>
      <w:r>
        <w:t xml:space="preserve">    (b) experienced</w:t>
      </w:r>
      <w:r>
        <w:br/>
      </w:r>
      <w:r>
        <w:t xml:space="preserve">    (c) well-connected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2026-07-31T14:53:04Z</dcterms:created>
  <dcterms:modified xsi:type="dcterms:W3CDTF">2026-07-31T14:53:04Z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