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d60d98849661f3fbfe056e9ec6782072ac19fb"/>
    <w:p>
      <w:pPr>
        <w:pStyle w:val="Heading1"/>
      </w:pPr>
      <w:r>
        <w:rPr>
          <w:b/>
          <w:bCs/>
        </w:rPr>
        <w:t xml:space="preserve">The Hound of the Baskervilles</w:t>
      </w:r>
      <w:r>
        <w:br/>
      </w:r>
      <w:r>
        <w:rPr>
          <w:i/>
          <w:iCs/>
        </w:rPr>
        <w:t xml:space="preserve">Arthur Conan Doyle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afraid, my dear Watson, that most of your conclusions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erroneous</w:t>
      </w:r>
      <w:r>
        <w:rPr>
          <w:b/>
          <w:bCs/>
        </w:rPr>
        <w:t xml:space="preserve">.</w:t>
      </w:r>
      <w:r>
        <w:br/>
      </w:r>
      <w:r>
        <w:t xml:space="preserve">    (a) inconspicuousness or trustworthiness</w:t>
      </w:r>
      <w:r>
        <w:br/>
      </w:r>
      <w:r>
        <w:t xml:space="preserve">    (b) lacking a reason for doing something</w:t>
      </w:r>
      <w:r>
        <w:br/>
      </w:r>
      <w:r>
        <w:t xml:space="preserve">    (c) containing or characterized by error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clad in a professional but rather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slovenly</w:t>
      </w:r>
      <w:r>
        <w:rPr>
          <w:b/>
          <w:bCs/>
        </w:rPr>
        <w:t xml:space="preserve"> </w:t>
      </w:r>
      <w:r>
        <w:rPr>
          <w:b/>
          <w:bCs/>
        </w:rPr>
        <w:t xml:space="preserve">fashion, for his frock-coat was dingy and his trousers frayed.</w:t>
      </w:r>
      <w:r>
        <w:br/>
      </w:r>
      <w:r>
        <w:t xml:space="preserve">    (a) messy or dirty;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excessively careless or casual</w:t>
      </w:r>
      <w:r>
        <w:br/>
      </w:r>
      <w:r>
        <w:t xml:space="preserve">    (b) the quality of being very bad (deserving no respect)</w:t>
      </w:r>
      <w:r>
        <w:br/>
      </w:r>
      <w:r>
        <w:t xml:space="preserve">    (c) the state or degree of being optimistic or agreeable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prosaic</w:t>
      </w:r>
      <w:r>
        <w:rPr>
          <w:b/>
          <w:bCs/>
        </w:rPr>
        <w:t xml:space="preserve"> </w:t>
      </w:r>
      <w:r>
        <w:rPr>
          <w:b/>
          <w:bCs/>
        </w:rPr>
        <w:t xml:space="preserve">finding of the coroner not finally put an end to the romantic stories which have been whispered in connection with the affair, it might have been difficult to find a tenant for Baskerville Hall.</w:t>
      </w:r>
      <w:r>
        <w:br/>
      </w:r>
      <w:r>
        <w:t xml:space="preserve">    (a) lacking anything unusual, interesting, or challenging</w:t>
      </w:r>
      <w:r>
        <w:br/>
      </w:r>
      <w:r>
        <w:t xml:space="preserve">    (b) not concerned with what others might think of oneself</w:t>
      </w:r>
      <w:r>
        <w:br/>
      </w:r>
      <w:r>
        <w:t xml:space="preserve">    (c) able to make clear with example, diagram, photo, etc.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wily</w:t>
      </w:r>
      <w:r>
        <w:rPr>
          <w:b/>
          <w:bCs/>
        </w:rPr>
        <w:t xml:space="preserve"> </w:t>
      </w:r>
      <w:r>
        <w:rPr>
          <w:b/>
          <w:bCs/>
        </w:rPr>
        <w:t xml:space="preserve">was he that he had not trusted himself upon foot, but he had availed himself of a cab so that he could loiter behind or dash past them and so escape their notice.</w:t>
      </w:r>
      <w:r>
        <w:br/>
      </w:r>
      <w:r>
        <w:t xml:space="preserve">    (a) steady</w:t>
      </w:r>
      <w:r>
        <w:br/>
      </w:r>
      <w:r>
        <w:t xml:space="preserve">    (b) sloped</w:t>
      </w:r>
      <w:r>
        <w:br/>
      </w:r>
      <w:r>
        <w:t xml:space="preserve">    (c) clever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a man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venerable</w:t>
      </w:r>
      <w:r>
        <w:rPr>
          <w:b/>
          <w:bCs/>
        </w:rPr>
        <w:t xml:space="preserve"> </w:t>
      </w:r>
      <w:r>
        <w:rPr>
          <w:b/>
          <w:bCs/>
        </w:rPr>
        <w:t xml:space="preserve">appearance and of saintly life.</w:t>
      </w:r>
      <w:r>
        <w:br/>
      </w:r>
      <w:r>
        <w:t xml:space="preserve">    (a) relating to understanding or explaining something in a particular way</w:t>
      </w:r>
      <w:r>
        <w:br/>
      </w:r>
      <w:r>
        <w:t xml:space="preserve">    (b) [of food] able to be prepared in a manner that keeps it from spoiling</w:t>
      </w:r>
      <w:r>
        <w:br/>
      </w:r>
      <w:r>
        <w:t xml:space="preserve">    (c) respected (worthy of respect) -- typically because of age or position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expression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irresolution</w:t>
      </w:r>
      <w:r>
        <w:rPr>
          <w:b/>
          <w:bCs/>
        </w:rPr>
        <w:t xml:space="preserve"> </w:t>
      </w:r>
      <w:r>
        <w:rPr>
          <w:b/>
          <w:bCs/>
        </w:rPr>
        <w:t xml:space="preserve">passed for an instant over her face, but her eyes had hardened again when she answered me.</w:t>
      </w:r>
      <w:r>
        <w:br/>
      </w:r>
      <w:r>
        <w:t xml:space="preserve">    (a) calculating or judging too high</w:t>
      </w:r>
      <w:r>
        <w:br/>
      </w:r>
      <w:r>
        <w:t xml:space="preserve">    (b) where attention is concentrated</w:t>
      </w:r>
      <w:r>
        <w:br/>
      </w:r>
      <w:r>
        <w:t xml:space="preserve">    (c) uncertain how to act or proceed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has certainly a very marked influence over her, for I have seen her continually glance at him as she talked as if seeking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approbation</w:t>
      </w:r>
      <w:r>
        <w:rPr>
          <w:b/>
          <w:bCs/>
        </w:rPr>
        <w:t xml:space="preserve"> </w:t>
      </w:r>
      <w:r>
        <w:rPr>
          <w:b/>
          <w:bCs/>
        </w:rPr>
        <w:t xml:space="preserve">for what she said.</w:t>
      </w:r>
      <w:r>
        <w:br/>
      </w:r>
      <w:r>
        <w:t xml:space="preserve">    (a) approval</w:t>
      </w:r>
      <w:r>
        <w:br/>
      </w:r>
      <w:r>
        <w:t xml:space="preserve">    (b) allowing</w:t>
      </w:r>
      <w:r>
        <w:br/>
      </w:r>
      <w:r>
        <w:t xml:space="preserve">    (c) not real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shook his head in strong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dissent</w:t>
      </w:r>
      <w:r>
        <w:rPr>
          <w:b/>
          <w:bCs/>
        </w:rPr>
        <w:t xml:space="preserve">.</w:t>
      </w:r>
      <w:r>
        <w:br/>
      </w:r>
      <w:r>
        <w:t xml:space="preserve">    (a) disagreement</w:t>
      </w:r>
      <w:r>
        <w:br/>
      </w:r>
      <w:r>
        <w:t xml:space="preserve">    (b) tell someone about something</w:t>
      </w:r>
      <w:r>
        <w:br/>
      </w:r>
      <w:r>
        <w:t xml:space="preserve">    (c) something repeated regularly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now I pass on to another thread which I have extricated out of the tangled skein, the mystery of the sobs in the night, of the tear-stained face of Mrs. Barrymore, of the secret journey of the butler to the western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lattice</w:t>
      </w:r>
      <w:r>
        <w:rPr>
          <w:b/>
          <w:bCs/>
        </w:rPr>
        <w:t xml:space="preserve"> </w:t>
      </w:r>
      <w:r>
        <w:rPr>
          <w:b/>
          <w:bCs/>
        </w:rPr>
        <w:t xml:space="preserve">window.</w:t>
      </w:r>
      <w:r>
        <w:br/>
      </w:r>
      <w:r>
        <w:t xml:space="preserve">    (a) characterized by narrower parallel folds when closed and wider when open</w:t>
      </w:r>
      <w:r>
        <w:br/>
      </w:r>
      <w:r>
        <w:t xml:space="preserve">    (b) design based on alphabetic letters; or adding such a design to something</w:t>
      </w:r>
      <w:r>
        <w:br/>
      </w:r>
      <w:r>
        <w:t xml:space="preserve">    (c) regular crisscross grid that repeats in a pattern of squares or diamonds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Was it possible that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stolidly</w:t>
      </w:r>
      <w:r>
        <w:rPr>
          <w:b/>
          <w:bCs/>
        </w:rPr>
        <w:t xml:space="preserve"> </w:t>
      </w:r>
      <w:r>
        <w:rPr>
          <w:b/>
          <w:bCs/>
        </w:rPr>
        <w:t xml:space="preserve">respectable person was of the same blood as one of the most notorious criminals in the country?</w:t>
      </w:r>
      <w:r>
        <w:br/>
      </w:r>
      <w:r>
        <w:t xml:space="preserve">    (a) intentionally</w:t>
      </w:r>
      <w:r>
        <w:br/>
      </w:r>
      <w:r>
        <w:t xml:space="preserve">    (b) unemotionally</w:t>
      </w:r>
      <w:r>
        <w:br/>
      </w:r>
      <w:r>
        <w:t xml:space="preserve">    (c) with distaste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moon was low upon the right, and the jagged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pinnacle</w:t>
      </w:r>
      <w:r>
        <w:rPr>
          <w:b/>
          <w:bCs/>
        </w:rPr>
        <w:t xml:space="preserve"> </w:t>
      </w:r>
      <w:r>
        <w:rPr>
          <w:b/>
          <w:bCs/>
        </w:rPr>
        <w:t xml:space="preserve">of a granite tor stood up against the lower curve of its silver disc.</w:t>
      </w:r>
      <w:r>
        <w:br/>
      </w:r>
      <w:r>
        <w:t xml:space="preserve">    (a) a high pointed rock formation</w:t>
      </w:r>
      <w:r>
        <w:br/>
      </w:r>
      <w:r>
        <w:t xml:space="preserve">    (b) to corrupt or seduce from virtue, duty, or allegiance  OR  excessive drinking, casual sex, and/or drug abuse while partying</w:t>
      </w:r>
      <w:r>
        <w:br/>
      </w:r>
      <w:r>
        <w:t xml:space="preserve">    (c) remove or suppress anything considered obscene, immoral, or politically unacceptable  OR  a person who does such suppression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few extracts from the latter will carry me on to those scenes which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indelibly</w:t>
      </w:r>
      <w:r>
        <w:rPr>
          <w:b/>
          <w:bCs/>
        </w:rPr>
        <w:t xml:space="preserve"> </w:t>
      </w:r>
      <w:r>
        <w:rPr>
          <w:b/>
          <w:bCs/>
        </w:rPr>
        <w:t xml:space="preserve">fixed in every detail upon my memory.</w:t>
      </w:r>
      <w:r>
        <w:br/>
      </w:r>
      <w:r>
        <w:t xml:space="preserve">    (a) in a pessimistic or disagreeable manner</w:t>
      </w:r>
      <w:r>
        <w:br/>
      </w:r>
      <w:r>
        <w:t xml:space="preserve">    (b) done in a manner that is non-reversible</w:t>
      </w:r>
      <w:r>
        <w:br/>
      </w:r>
      <w:r>
        <w:t xml:space="preserve">    (c) enthusiastically or with great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God help those who wander into the great mire now, for even the firm uplands are becoming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morass</w:t>
      </w:r>
      <w:r>
        <w:rPr>
          <w:b/>
          <w:bCs/>
        </w:rPr>
        <w:t xml:space="preserve">.</w:t>
      </w:r>
      <w:r>
        <w:br/>
      </w:r>
      <w:r>
        <w:t xml:space="preserve">    (a) a difficult situation that frustrates progress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ground too wet for walking</w:t>
      </w:r>
      <w:r>
        <w:br/>
      </w:r>
      <w:r>
        <w:t xml:space="preserve">    (b) surgical interruption of nerve tracts to and from the frontal lobe of the brain</w:t>
      </w:r>
      <w:r>
        <w:br/>
      </w:r>
      <w:r>
        <w:t xml:space="preserve">    (c) a right that is naturally due because of human nature and the natural condition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infernal</w:t>
      </w:r>
      <w:r>
        <w:rPr>
          <w:b/>
          <w:bCs/>
        </w:rPr>
        <w:t xml:space="preserve"> </w:t>
      </w:r>
      <w:r>
        <w:rPr>
          <w:b/>
          <w:bCs/>
        </w:rPr>
        <w:t xml:space="preserve">people seem to think that there are no rights of property, and that they can swarm where they like with their papers and their bottles.</w:t>
      </w:r>
      <w:r>
        <w:br/>
      </w:r>
      <w:r>
        <w:t xml:space="preserve">    (a) very bad; or very annoying; or characteristic of hell or the underworld</w:t>
      </w:r>
      <w:r>
        <w:br/>
      </w:r>
      <w:r>
        <w:t xml:space="preserve">    (b) strict, firm, or hard (not giving in, not giving way, or not giving up)</w:t>
      </w:r>
      <w:r>
        <w:br/>
      </w:r>
      <w:r>
        <w:t xml:space="preserve">    (c) relating to classical music plays in which most of the dialogue is sung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all they cared it might have been me, instead of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effigy</w:t>
      </w:r>
      <w:r>
        <w:rPr>
          <w:b/>
          <w:bCs/>
        </w:rPr>
        <w:t xml:space="preserve">, which these rascals burned at the stake.</w:t>
      </w:r>
      <w:r>
        <w:br/>
      </w:r>
      <w:r>
        <w:t xml:space="preserve">    (a) a firm decision to do something</w:t>
      </w:r>
      <w:r>
        <w:br/>
      </w:r>
      <w:r>
        <w:t xml:space="preserve">    (b) a model or other representation</w:t>
      </w:r>
      <w:r>
        <w:br/>
      </w:r>
      <w:r>
        <w:t xml:space="preserve">    (c) measure of general intelligence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There's no doubt about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authenticity</w:t>
      </w:r>
      <w:r>
        <w:rPr>
          <w:b/>
          <w:bCs/>
        </w:rPr>
        <w:t xml:space="preserve">, for the name and the date, 1647, are on the back of the canvas.</w:t>
      </w:r>
      <w:r>
        <w:br/>
      </w:r>
      <w:r>
        <w:t xml:space="preserve">    (a) not recognizable as different</w:t>
      </w:r>
      <w:r>
        <w:br/>
      </w:r>
      <w:r>
        <w:t xml:space="preserve">    (b) not mirroring back (an image)</w:t>
      </w:r>
      <w:r>
        <w:br/>
      </w:r>
      <w:r>
        <w:t xml:space="preserve">    (c) quality of being real or true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Chapter 14 The Hound of the Baskervilles One of Sherlock Holmes's defects—if, indeed, one may call it a defect—was that he was exceedingly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</w:t>
      </w:r>
      <w:r>
        <w:rPr>
          <w:b/>
          <w:bCs/>
        </w:rPr>
        <w:t xml:space="preserve"> </w:t>
      </w:r>
      <w:r>
        <w:rPr>
          <w:b/>
          <w:bCs/>
        </w:rPr>
        <w:t xml:space="preserve">to communicate his full plans to any other person until the instant of their fulfilment.</w:t>
      </w:r>
      <w:r>
        <w:br/>
      </w:r>
      <w:r>
        <w:t xml:space="preserve">    (a) reluctant or unwilling to do something</w:t>
      </w:r>
      <w:r>
        <w:br/>
      </w:r>
      <w:r>
        <w:t xml:space="preserve">    (b) able to be protected or kept unchanged</w:t>
      </w:r>
      <w:r>
        <w:br/>
      </w:r>
      <w:r>
        <w:t xml:space="preserve">    (c) able to accept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old gentleman could not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decoyed</w:t>
      </w:r>
      <w:r>
        <w:rPr>
          <w:b/>
          <w:bCs/>
        </w:rPr>
        <w:t xml:space="preserve"> </w:t>
      </w:r>
      <w:r>
        <w:rPr>
          <w:b/>
          <w:bCs/>
        </w:rPr>
        <w:t xml:space="preserve">outside of his grounds at night.</w:t>
      </w:r>
      <w:r>
        <w:br/>
      </w:r>
      <w:r>
        <w:t xml:space="preserve">    (a) joined with others in a public protest or display of support</w:t>
      </w:r>
      <w:r>
        <w:br/>
      </w:r>
      <w:r>
        <w:t xml:space="preserve">    (b) made uncomfortable (weighed heavily on the senses or spirit)</w:t>
      </w:r>
      <w:r>
        <w:br/>
      </w:r>
      <w:r>
        <w:t xml:space="preserve">    (c) someone or something used for trickery -- especially to lure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adopted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expedient</w:t>
      </w:r>
      <w:r>
        <w:rPr>
          <w:b/>
          <w:bCs/>
        </w:rPr>
        <w:t xml:space="preserve"> </w:t>
      </w:r>
      <w:r>
        <w:rPr>
          <w:b/>
          <w:bCs/>
        </w:rPr>
        <w:t xml:space="preserve">of cutting out the words which would form the message, and addressing the letter in a disguised hand.</w:t>
      </w:r>
      <w:r>
        <w:br/>
      </w:r>
      <w:r>
        <w:t xml:space="preserve">    (a) practical action</w:t>
      </w:r>
      <w:r>
        <w:br/>
      </w:r>
      <w:r>
        <w:t xml:space="preserve">    (b) the state or degree of having found a condition or substance to be present</w:t>
      </w:r>
      <w:r>
        <w:br/>
      </w:r>
      <w:r>
        <w:t xml:space="preserve">    (c) most extreme as in final, best, worst, most important, or most fundamental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woman of Spanish blood does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condone</w:t>
      </w:r>
      <w:r>
        <w:rPr>
          <w:b/>
          <w:bCs/>
        </w:rPr>
        <w:t xml:space="preserve"> </w:t>
      </w:r>
      <w:r>
        <w:rPr>
          <w:b/>
          <w:bCs/>
        </w:rPr>
        <w:t xml:space="preserve">such an injury so lightly.</w:t>
      </w:r>
      <w:r>
        <w:br/>
      </w:r>
      <w:r>
        <w:t xml:space="preserve">    (a) not answer questions; or block progress</w:t>
      </w:r>
      <w:r>
        <w:br/>
      </w:r>
      <w:r>
        <w:t xml:space="preserve">    (b) accept without criticism; or approve of</w:t>
      </w:r>
      <w:r>
        <w:br/>
      </w:r>
      <w:r>
        <w:t xml:space="preserve">    (c) move from more general to more specific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2026-07-31T14:53:04Z</dcterms:created>
  <dcterms:modified xsi:type="dcterms:W3CDTF">2026-07-31T14:53:04Z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