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069c43df70e028dd9be1e52cfeed88a9dfe442"/>
    <w:p>
      <w:pPr>
        <w:pStyle w:val="Heading1"/>
      </w:pPr>
      <w:r>
        <w:rPr>
          <w:b/>
          <w:bCs/>
        </w:rPr>
        <w:t xml:space="preserve">The Hound of Rowan</w:t>
      </w:r>
      <w:r>
        <w:br/>
      </w:r>
      <w:r>
        <w:rPr>
          <w:i/>
          <w:iCs/>
        </w:rPr>
        <w:t xml:space="preserve">Henry H. Neff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 it a pretty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tapestry</w:t>
      </w:r>
      <w:r>
        <w:rPr>
          <w:b/>
          <w:bCs/>
        </w:rPr>
        <w:t xml:space="preserve">?</w:t>
      </w:r>
      <w:r>
        <w:br/>
      </w:r>
      <w:r>
        <w:t xml:space="preserve">    (a) rug-like artwork -- often hung on a wall for display</w:t>
      </w:r>
      <w:r>
        <w:br/>
      </w:r>
      <w:r>
        <w:t xml:space="preserve">    (b) admit ceremoniously into an organization or position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Max's eyes followed the brilliant oranges and yellows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logs.</w:t>
      </w:r>
      <w:r>
        <w:br/>
      </w:r>
      <w:r>
        <w:t xml:space="preserve">    (a) tension from opposing ideas or feelings</w:t>
      </w:r>
      <w:r>
        <w:br/>
      </w:r>
      <w:r>
        <w:t xml:space="preserve">    (b) examined in detail to better understand</w:t>
      </w:r>
      <w:r>
        <w:br/>
      </w:r>
      <w:r>
        <w:t xml:space="preserve">    (c) moved in a twisting or contorted 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glowered</w:t>
      </w:r>
      <w:r>
        <w:rPr>
          <w:b/>
          <w:bCs/>
        </w:rPr>
        <w:t xml:space="preserve"> </w:t>
      </w:r>
      <w:r>
        <w:rPr>
          <w:b/>
          <w:bCs/>
        </w:rPr>
        <w:t xml:space="preserve">and flicked a crumb off the table.</w:t>
      </w:r>
      <w:r>
        <w:br/>
      </w:r>
      <w:r>
        <w:t xml:space="preserve">    (a) stared angrily</w:t>
      </w:r>
      <w:r>
        <w:br/>
      </w:r>
      <w:r>
        <w:t xml:space="preserve">    (b) not controlled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needed to stay as consistent as possible with the others—those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decoys</w:t>
      </w:r>
      <w:r>
        <w:rPr>
          <w:b/>
          <w:bCs/>
        </w:rPr>
        <w:t xml:space="preserve">—that preceded you.</w:t>
      </w:r>
      <w:r>
        <w:br/>
      </w:r>
      <w:r>
        <w:t xml:space="preserve">    (a) makes uncomfortable (weighs heavily on the senses or spirit)</w:t>
      </w:r>
      <w:r>
        <w:br/>
      </w:r>
      <w:r>
        <w:t xml:space="preserve">    (b) tries to make profit--typically by making a risky investment</w:t>
      </w:r>
      <w:r>
        <w:br/>
      </w:r>
      <w:r>
        <w:t xml:space="preserve">    (c) someone or something used for trickery -- especially to lure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 nodded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solemnly</w:t>
      </w:r>
      <w:r>
        <w:rPr>
          <w:b/>
          <w:bCs/>
        </w:rPr>
        <w:t xml:space="preserve"> </w:t>
      </w:r>
      <w:r>
        <w:rPr>
          <w:b/>
          <w:bCs/>
        </w:rPr>
        <w:t xml:space="preserve">and shook Nigel's hand.</w:t>
      </w:r>
      <w:r>
        <w:br/>
      </w:r>
      <w:r>
        <w:t xml:space="preserve">    (a) in a manner that finds fault</w:t>
      </w:r>
      <w:r>
        <w:br/>
      </w:r>
      <w:r>
        <w:t xml:space="preserve">    (b) with seriousness and dignity</w:t>
      </w:r>
      <w:r>
        <w:br/>
      </w:r>
      <w:r>
        <w:t xml:space="preserve">    (c) in a manner that is not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Apprentices</w:t>
      </w:r>
      <w:r>
        <w:rPr>
          <w:b/>
          <w:bCs/>
        </w:rPr>
        <w:t xml:space="preserve">, you will not yet take Devices, but during the school year you may have occasion to visit.</w:t>
      </w:r>
      <w:r>
        <w:br/>
      </w:r>
      <w:r>
        <w:t xml:space="preserve">    (a) a means of control -- most commonly the straps attached to a bit in a horse's mouth that are used to control it  OR  restrains or controls</w:t>
      </w:r>
      <w:r>
        <w:br/>
      </w:r>
      <w:r>
        <w:t xml:space="preserve">    (b) person who learns a trade or skill through hands-on experience under a skilled worker; or (as a verb) performance of that kind of work</w:t>
      </w:r>
      <w:r>
        <w:br/>
      </w:r>
      <w:r>
        <w:t xml:space="preserve">    (c) injures the ligaments of a joint by stretching them too far (ligaments are the tough, fibrous bands that connect bones across joints)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I know what some of you have read about ogres, but our Bob is a reformed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ogre</w:t>
      </w:r>
      <w:r>
        <w:rPr>
          <w:b/>
          <w:bCs/>
        </w:rPr>
        <w:t xml:space="preserve"> </w:t>
      </w:r>
      <w:r>
        <w:rPr>
          <w:b/>
          <w:bCs/>
        </w:rPr>
        <w:t xml:space="preserve">and has been with us for almost sixty years.</w:t>
      </w:r>
      <w:r>
        <w:br/>
      </w:r>
      <w:r>
        <w:t xml:space="preserve">    (a) an elected government representative who (with fellow representatives) has the power to create laws</w:t>
      </w:r>
      <w:r>
        <w:br/>
      </w:r>
      <w:r>
        <w:t xml:space="preserve">    (b) someone who persuades someone to want something (often sex or love) by tempting with something desired</w:t>
      </w:r>
      <w:r>
        <w:br/>
      </w:r>
      <w:r>
        <w:t xml:space="preserve">    (c) a frightening giant from fairy tales, especially one who eats people; or a cruel or terrifying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, Director.</w:t>
      </w:r>
      <w:r>
        <w:br/>
      </w:r>
      <w:r>
        <w:t xml:space="preserve">    (a) able to be taken on as one's own</w:t>
      </w:r>
      <w:r>
        <w:br/>
      </w:r>
      <w:r>
        <w:t xml:space="preserve">    (b) indicating approval or agreement</w:t>
      </w:r>
      <w:r>
        <w:br/>
      </w:r>
      <w:r>
        <w:t xml:space="preserve">    (c) careful, nervous, or distrustful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Hearing an urgent whisper behind him, he turned to see Lucia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beckoning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doorway.</w:t>
      </w:r>
      <w:r>
        <w:br/>
      </w:r>
      <w:r>
        <w:t xml:space="preserve">    (a) calling -- typically to come nearer by using a hand gesture or a nod</w:t>
      </w:r>
      <w:r>
        <w:br/>
      </w:r>
      <w:r>
        <w:t xml:space="preserve">    (b) convincing (someone) that an idea previously believed is not correct</w:t>
      </w:r>
      <w:r>
        <w:br/>
      </w:r>
      <w:r>
        <w:t xml:space="preserve">    (c) providing evidence of something -- especially oral evidence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each of you completed the Standard Series of Tests for Potentials,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a capacity for Mystics.</w:t>
      </w:r>
      <w:r>
        <w:br/>
      </w:r>
      <w:r>
        <w:t xml:space="preserve">    (a) showed</w:t>
      </w:r>
      <w:r>
        <w:br/>
      </w:r>
      <w:r>
        <w:t xml:space="preserve">    (b) traded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recommendations listed below are pretty generic—they'll be more meaningful once the Course has more of your performances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analyze</w:t>
      </w:r>
      <w:r>
        <w:rPr>
          <w:b/>
          <w:bCs/>
        </w:rPr>
        <w:t xml:space="preserve">.</w:t>
      </w:r>
      <w:r>
        <w:br/>
      </w:r>
      <w:r>
        <w:t xml:space="preserve">    (a) examine</w:t>
      </w:r>
      <w:r>
        <w:br/>
      </w:r>
      <w:r>
        <w:t xml:space="preserve">    (b) predict</w:t>
      </w:r>
      <w:r>
        <w:br/>
      </w:r>
      <w:r>
        <w:t xml:space="preserve">    (c) restore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Ladies and gentlemen, welcome to this year's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Hallows</w:t>
      </w:r>
      <w:r>
        <w:rPr>
          <w:b/>
          <w:bCs/>
        </w:rPr>
        <w:t xml:space="preserve">' Eve match between Rowan's young Apprentices!</w:t>
      </w:r>
      <w:r>
        <w:br/>
      </w:r>
      <w:r>
        <w:t xml:space="preserve">    (a) says (or makes a sound) with the voice</w:t>
      </w:r>
      <w:r>
        <w:br/>
      </w:r>
      <w:r>
        <w:t xml:space="preserve">    (b) moves into position to work; or starts</w:t>
      </w:r>
      <w:r>
        <w:br/>
      </w:r>
      <w:r>
        <w:t xml:space="preserve">    (c) treated as sacred or greatly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Rolf mentioned something about "pride" and "they're only a year older," but Max's main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was on trying to overcome his nerves.</w:t>
      </w:r>
      <w:r>
        <w:br/>
      </w:r>
      <w:r>
        <w:t xml:space="preserve">    (a) calculating or judging too high</w:t>
      </w:r>
      <w:r>
        <w:br/>
      </w:r>
      <w:r>
        <w:t xml:space="preserve">    (b) where attention is concentrated or directed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his attention on the bully whom he held like a rag doll.</w:t>
      </w:r>
      <w:r>
        <w:br/>
      </w:r>
      <w:r>
        <w:t xml:space="preserve">    (a) thought carefully and made a judgment about</w:t>
      </w:r>
      <w:r>
        <w:br/>
      </w:r>
      <w:r>
        <w:t xml:space="preserve">    (b) concentrated</w:t>
      </w:r>
      <w:r>
        <w:br/>
      </w:r>
      <w:r>
        <w:t xml:space="preserve">    (c) began speaking with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Mystics</w:t>
      </w:r>
      <w:r>
        <w:rPr>
          <w:b/>
          <w:bCs/>
        </w:rPr>
        <w:t xml:space="preserve"> </w:t>
      </w:r>
      <w:r>
        <w:rPr>
          <w:b/>
          <w:bCs/>
        </w:rPr>
        <w:t xml:space="preserve">and math were tough.</w:t>
      </w:r>
      <w:r>
        <w:br/>
      </w:r>
      <w:r>
        <w:t xml:space="preserve">    (a) people who share professional opinions in a specific field</w:t>
      </w:r>
      <w:r>
        <w:br/>
      </w:r>
      <w:r>
        <w:t xml:space="preserve">    (b) [studying] people said to comprehend reality using supernatural means</w:t>
      </w:r>
      <w:r>
        <w:br/>
      </w:r>
      <w:r>
        <w:t xml:space="preserve">    (c) title for the heads of a government body in some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perusing</w:t>
      </w:r>
      <w:r>
        <w:rPr>
          <w:b/>
          <w:bCs/>
        </w:rPr>
        <w:t xml:space="preserve"> </w:t>
      </w:r>
      <w:r>
        <w:rPr>
          <w:b/>
          <w:bCs/>
        </w:rPr>
        <w:t xml:space="preserve">the newspaper.</w:t>
      </w:r>
      <w:r>
        <w:br/>
      </w:r>
      <w:r>
        <w:t xml:space="preserve">    (a) reading or examining</w:t>
      </w:r>
      <w:r>
        <w:br/>
      </w:r>
      <w:r>
        <w:t xml:space="preserve">    (b) working or operating</w:t>
      </w:r>
      <w:r>
        <w:br/>
      </w:r>
      <w:r>
        <w:t xml:space="preserve">    (c) trying or attempting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; he could not imagine anyone wanting to hunt or hurt or kill anything so graceful and giving.</w:t>
      </w:r>
      <w:r>
        <w:br/>
      </w:r>
      <w:r>
        <w:t xml:space="preserve">    (a) unbelieving; or having difficulty accepting something so unexpected</w:t>
      </w:r>
      <w:r>
        <w:br/>
      </w:r>
      <w:r>
        <w:t xml:space="preserve">    (b) clear, easily noticed, and/or identifiable as different or separate</w:t>
      </w:r>
      <w:r>
        <w:br/>
      </w:r>
      <w:r>
        <w:t xml:space="preserve">    (c) not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 </w:t>
      </w:r>
      <w:r>
        <w:rPr>
          <w:b/>
          <w:bCs/>
        </w:rPr>
        <w:t xml:space="preserve">smiled at him; she always seemed pleased when she knew something that someone else did not.</w:t>
      </w:r>
      <w:r>
        <w:br/>
      </w:r>
      <w:r>
        <w:t xml:space="preserve">    (a) a traditional practice or custom</w:t>
      </w:r>
      <w:r>
        <w:br/>
      </w:r>
      <w:r>
        <w:t xml:space="preserve">    (b) something that is of great benefit</w:t>
      </w:r>
      <w:r>
        <w:br/>
      </w:r>
      <w:r>
        <w:t xml:space="preserve">    (c) something that causes great 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of the four paintings are actually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forgeries</w:t>
      </w:r>
      <w:r>
        <w:rPr>
          <w:b/>
          <w:bCs/>
        </w:rPr>
        <w:t xml:space="preserve">—the Enemy has already stolen them.</w:t>
      </w:r>
      <w:r>
        <w:br/>
      </w:r>
      <w:r>
        <w:t xml:space="preserve">    (a) things that are represented as real even though they are fake; or the making of such fake items</w:t>
      </w:r>
      <w:r>
        <w:br/>
      </w:r>
      <w:r>
        <w:t xml:space="preserve">    (b) laws developed by governmental groups in contrast to common law (based on custom and precedent)</w:t>
      </w:r>
      <w:r>
        <w:br/>
      </w:r>
      <w:r>
        <w:t xml:space="preserve">    (c) someone who was bound by a signed or forced contract to work without wages for a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braced himself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 </w:t>
      </w:r>
      <w:r>
        <w:rPr>
          <w:b/>
          <w:bCs/>
        </w:rPr>
        <w:t xml:space="preserve">blow that caught him a nanosecond later.</w:t>
      </w:r>
      <w:r>
        <w:br/>
      </w:r>
      <w:r>
        <w:t xml:space="preserve">    (a) size or dimension</w:t>
      </w:r>
      <w:r>
        <w:br/>
      </w:r>
      <w:r>
        <w:t xml:space="preserve">    (b) circular movement</w:t>
      </w:r>
      <w:r>
        <w:br/>
      </w:r>
      <w:r>
        <w:t xml:space="preserve">    (c) certain to happen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2026-07-31T18:29:23Z</dcterms:created>
  <dcterms:modified xsi:type="dcterms:W3CDTF">2026-07-31T18:29:23Z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