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62c47b83773a9584abb7b0e34a9a542b7c21c5c"/>
    <w:p>
      <w:pPr>
        <w:pStyle w:val="Heading1"/>
      </w:pPr>
      <w:r>
        <w:rPr>
          <w:b/>
          <w:bCs/>
        </w:rPr>
        <w:t xml:space="preserve">The Hot Zone</w:t>
      </w:r>
      <w:r>
        <w:br/>
      </w:r>
      <w:r>
        <w:rPr>
          <w:i/>
          <w:iCs/>
        </w:rPr>
        <w:t xml:space="preserve">Richard Preston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They were trunks of</w:t>
      </w:r>
      <w:r>
        <w:rPr>
          <w:b/>
          <w:bCs/>
        </w:rPr>
        <w:t xml:space="preserve"> </w:t>
      </w:r>
      <w:r>
        <w:rPr>
          <w:b/>
          <w:bCs/>
          <w:u w:val="single"/>
        </w:rPr>
        <w:t xml:space="preserve">rain-forest</w:t>
      </w:r>
      <w:r>
        <w:rPr>
          <w:b/>
          <w:bCs/>
        </w:rPr>
        <w:t xml:space="preserve"> </w:t>
      </w:r>
      <w:r>
        <w:rPr>
          <w:b/>
          <w:bCs/>
        </w:rPr>
        <w:t xml:space="preserve">trees turned to stone—teaks, podo trees, evergreens.</w:t>
      </w:r>
      <w:r>
        <w:br/>
      </w:r>
      <w:r>
        <w:t xml:space="preserve">    (a) a short part of a longer written work</w:t>
      </w:r>
      <w:r>
        <w:br/>
      </w:r>
      <w:r>
        <w:t xml:space="preserve">    (b) dense, rainy forest with many species</w:t>
      </w:r>
      <w:r>
        <w:br/>
      </w:r>
      <w:r>
        <w:t xml:space="preserve">    (c) the act of stopping a battle or fight</w:t>
      </w:r>
    </w:p>
    <w:p>
      <w:pPr>
        <w:pStyle w:val="Compact"/>
        <w:numPr>
          <w:ilvl w:val="0"/>
          <w:numId w:val="1001"/>
        </w:numPr>
      </w:pPr>
      <w:r>
        <w:rPr>
          <w:b/>
          <w:bCs/>
        </w:rPr>
        <w:t xml:space="preserve">The passengers looked out the windows at the place where the human</w:t>
      </w:r>
      <w:r>
        <w:rPr>
          <w:b/>
          <w:bCs/>
        </w:rPr>
        <w:t xml:space="preserve"> </w:t>
      </w:r>
      <w:r>
        <w:rPr>
          <w:b/>
          <w:bCs/>
          <w:u w:val="single"/>
        </w:rPr>
        <w:t xml:space="preserve">species</w:t>
      </w:r>
      <w:r>
        <w:rPr>
          <w:b/>
          <w:bCs/>
        </w:rPr>
        <w:t xml:space="preserve"> </w:t>
      </w:r>
      <w:r>
        <w:rPr>
          <w:b/>
          <w:bCs/>
        </w:rPr>
        <w:t xml:space="preserve">was born.</w:t>
      </w:r>
      <w:r>
        <w:br/>
      </w:r>
      <w:r>
        <w:t xml:space="preserve">    (a) the gain of advantage from something</w:t>
      </w:r>
      <w:r>
        <w:br/>
      </w:r>
      <w:r>
        <w:t xml:space="preserve">    (b) a similar group of animals or plants</w:t>
      </w:r>
      <w:r>
        <w:br/>
      </w:r>
      <w:r>
        <w:t xml:space="preserve">    (c) the quality of exactness or accuracy</w:t>
      </w:r>
    </w:p>
    <w:p>
      <w:pPr>
        <w:pStyle w:val="Compact"/>
        <w:numPr>
          <w:ilvl w:val="0"/>
          <w:numId w:val="1001"/>
        </w:numPr>
      </w:pPr>
      <w:r>
        <w:rPr>
          <w:b/>
          <w:bCs/>
        </w:rPr>
        <w:t xml:space="preserve">It was yellow, and parts of it had liquefied—it looked like the liver of a</w:t>
      </w:r>
      <w:r>
        <w:rPr>
          <w:b/>
          <w:bCs/>
        </w:rPr>
        <w:t xml:space="preserve"> </w:t>
      </w:r>
      <w:r>
        <w:rPr>
          <w:b/>
          <w:bCs/>
          <w:u w:val="single"/>
        </w:rPr>
        <w:t xml:space="preserve">cadaver</w:t>
      </w:r>
      <w:r>
        <w:rPr>
          <w:b/>
          <w:bCs/>
        </w:rPr>
        <w:t xml:space="preserve">.</w:t>
      </w:r>
      <w:r>
        <w:br/>
      </w:r>
      <w:r>
        <w:t xml:space="preserve">    (a) the act of finding fault and telling others; or a description of faults</w:t>
      </w:r>
      <w:r>
        <w:br/>
      </w:r>
      <w:r>
        <w:t xml:space="preserve">    (b) the dead body of a human being -- especially one used for medical study</w:t>
      </w:r>
      <w:r>
        <w:br/>
      </w:r>
      <w:r>
        <w:t xml:space="preserve">    (c) the process of thinking carefully and making a judgment about something</w:t>
      </w:r>
    </w:p>
    <w:p>
      <w:pPr>
        <w:pStyle w:val="Compact"/>
        <w:numPr>
          <w:ilvl w:val="0"/>
          <w:numId w:val="1001"/>
        </w:numPr>
      </w:pPr>
      <w:r>
        <w:rPr>
          <w:b/>
          <w:bCs/>
        </w:rPr>
        <w:t xml:space="preserve">Unable to</w:t>
      </w:r>
      <w:r>
        <w:rPr>
          <w:b/>
          <w:bCs/>
        </w:rPr>
        <w:t xml:space="preserve"> </w:t>
      </w:r>
      <w:r>
        <w:rPr>
          <w:b/>
          <w:bCs/>
          <w:u w:val="single"/>
        </w:rPr>
        <w:t xml:space="preserve">diagnose</w:t>
      </w:r>
      <w:r>
        <w:rPr>
          <w:b/>
          <w:bCs/>
        </w:rPr>
        <w:t xml:space="preserve"> </w:t>
      </w:r>
      <w:r>
        <w:rPr>
          <w:b/>
          <w:bCs/>
        </w:rPr>
        <w:t xml:space="preserve">himself, in severe pain, and unable to continue with his work, he presented himself to Dr. Antonia Bagshawe, a physician at Nairobi Hospital.</w:t>
      </w:r>
      <w:r>
        <w:br/>
      </w:r>
      <w:r>
        <w:t xml:space="preserve">    (a) provide investment funds for something -- such as a business</w:t>
      </w:r>
      <w:r>
        <w:br/>
      </w:r>
      <w:r>
        <w:t xml:space="preserve">    (b) determine or identify the nature of a problem or an illness</w:t>
      </w:r>
      <w:r>
        <w:br/>
      </w:r>
      <w:r>
        <w:t xml:space="preserve">    (c) something constructed to control the flow of sound or fluid</w:t>
      </w:r>
    </w:p>
    <w:p>
      <w:pPr>
        <w:pStyle w:val="Compact"/>
        <w:numPr>
          <w:ilvl w:val="0"/>
          <w:numId w:val="1001"/>
        </w:numPr>
      </w:pPr>
      <w:r>
        <w:rPr>
          <w:b/>
          <w:bCs/>
        </w:rPr>
        <w:t xml:space="preserve">They cut a wedge out of his liver —a liver</w:t>
      </w:r>
      <w:r>
        <w:rPr>
          <w:b/>
          <w:bCs/>
        </w:rPr>
        <w:t xml:space="preserve"> </w:t>
      </w:r>
      <w:r>
        <w:rPr>
          <w:b/>
          <w:bCs/>
          <w:u w:val="single"/>
        </w:rPr>
        <w:t xml:space="preserve">biopsy</w:t>
      </w:r>
      <w:r>
        <w:rPr>
          <w:b/>
          <w:bCs/>
        </w:rPr>
        <w:t xml:space="preserve">—and dropped the wedge into a bottle of pickling fluid and closed up Musoke as quickly as they could.</w:t>
      </w:r>
      <w:r>
        <w:br/>
      </w:r>
      <w:r>
        <w:t xml:space="preserve">    (a) something that causes a reaction--especially anger or violence  OR  the act of causing an angry or violent reaction</w:t>
      </w:r>
      <w:r>
        <w:br/>
      </w:r>
      <w:r>
        <w:t xml:space="preserve">    (b) someone who believes in Hinduism (the third most common religion--which has many gods and is associated with India)</w:t>
      </w:r>
      <w:r>
        <w:br/>
      </w:r>
      <w:r>
        <w:t xml:space="preserve">    (c) removal and examination of tissues or liquids from the living body to determine the existence or cause of a disease</w:t>
      </w:r>
    </w:p>
    <w:p>
      <w:pPr>
        <w:pStyle w:val="Compact"/>
        <w:numPr>
          <w:ilvl w:val="0"/>
          <w:numId w:val="1001"/>
        </w:numPr>
      </w:pPr>
      <w:r>
        <w:rPr>
          <w:b/>
          <w:bCs/>
        </w:rPr>
        <w:t xml:space="preserve">He</w:t>
      </w:r>
      <w:r>
        <w:rPr>
          <w:b/>
          <w:bCs/>
        </w:rPr>
        <w:t xml:space="preserve"> </w:t>
      </w:r>
      <w:r>
        <w:rPr>
          <w:b/>
          <w:bCs/>
          <w:u w:val="single"/>
        </w:rPr>
        <w:t xml:space="preserve">deteriorated</w:t>
      </w:r>
      <w:r>
        <w:rPr>
          <w:b/>
          <w:bCs/>
        </w:rPr>
        <w:t xml:space="preserve"> </w:t>
      </w:r>
      <w:r>
        <w:rPr>
          <w:b/>
          <w:bCs/>
        </w:rPr>
        <w:t xml:space="preserve">rapidly after the surgery, and his kidneys began to fail.</w:t>
      </w:r>
      <w:r>
        <w:br/>
      </w:r>
      <w:r>
        <w:t xml:space="preserve">    (a) became worse</w:t>
      </w:r>
      <w:r>
        <w:br/>
      </w:r>
      <w:r>
        <w:t xml:space="preserve">    (b) concentrated</w:t>
      </w:r>
      <w:r>
        <w:br/>
      </w:r>
      <w:r>
        <w:t xml:space="preserve">    (c) not fighting</w:t>
      </w:r>
    </w:p>
    <w:p>
      <w:pPr>
        <w:pStyle w:val="Compact"/>
        <w:numPr>
          <w:ilvl w:val="0"/>
          <w:numId w:val="1001"/>
        </w:numPr>
      </w:pPr>
      <w:r>
        <w:rPr>
          <w:b/>
          <w:bCs/>
        </w:rPr>
        <w:t xml:space="preserve">He said, "I can have anybody I want in my group"—</w:t>
      </w:r>
      <w:r>
        <w:rPr>
          <w:b/>
          <w:bCs/>
          <w:u w:val="single"/>
        </w:rPr>
        <w:t xml:space="preserve">implying</w:t>
      </w:r>
      <w:r>
        <w:rPr>
          <w:b/>
          <w:bCs/>
        </w:rPr>
        <w:t xml:space="preserve"> </w:t>
      </w:r>
      <w:r>
        <w:rPr>
          <w:b/>
          <w:bCs/>
        </w:rPr>
        <w:t xml:space="preserve">that he didn't want her because she wasn't good enough—and he mentioned the great Thoroughbred stallion Secretariat.</w:t>
      </w:r>
      <w:r>
        <w:br/>
      </w:r>
      <w:r>
        <w:t xml:space="preserve">    (a) going back to a previous state</w:t>
      </w:r>
      <w:r>
        <w:br/>
      </w:r>
      <w:r>
        <w:t xml:space="preserve">    (b) acting in an official capacity</w:t>
      </w:r>
      <w:r>
        <w:br/>
      </w:r>
      <w:r>
        <w:t xml:space="preserve">    (c) suggesting (saying indirectly)</w:t>
      </w:r>
    </w:p>
    <w:p>
      <w:pPr>
        <w:pStyle w:val="Compact"/>
        <w:numPr>
          <w:ilvl w:val="0"/>
          <w:numId w:val="1001"/>
        </w:numPr>
      </w:pPr>
      <w:r>
        <w:rPr>
          <w:b/>
          <w:bCs/>
        </w:rPr>
        <w:t xml:space="preserve">Her</w:t>
      </w:r>
      <w:r>
        <w:rPr>
          <w:b/>
          <w:bCs/>
        </w:rPr>
        <w:t xml:space="preserve"> </w:t>
      </w:r>
      <w:r>
        <w:rPr>
          <w:b/>
          <w:bCs/>
          <w:u w:val="single"/>
        </w:rPr>
        <w:t xml:space="preserve">immune</w:t>
      </w:r>
      <w:r>
        <w:rPr>
          <w:b/>
          <w:bCs/>
        </w:rPr>
        <w:t xml:space="preserve"> </w:t>
      </w:r>
      <w:r>
        <w:rPr>
          <w:b/>
          <w:bCs/>
        </w:rPr>
        <w:t xml:space="preserve">system reacted badly to all the shots: they made her sick.</w:t>
      </w:r>
      <w:r>
        <w:br/>
      </w:r>
      <w:r>
        <w:t xml:space="preserve">    (a) the state or character of having found a condition or substance to be present</w:t>
      </w:r>
      <w:r>
        <w:br/>
      </w:r>
      <w:r>
        <w:t xml:space="preserve">    (b) not in danger of suffering from something  OR  relating to disease resistance</w:t>
      </w:r>
      <w:r>
        <w:br/>
      </w:r>
      <w:r>
        <w:t xml:space="preserve">    (c) a health indicator measured by the force of circulating blood on the arteries</w:t>
      </w:r>
    </w:p>
    <w:p>
      <w:pPr>
        <w:pStyle w:val="Compact"/>
        <w:numPr>
          <w:ilvl w:val="0"/>
          <w:numId w:val="1001"/>
        </w:numPr>
      </w:pPr>
      <w:r>
        <w:rPr>
          <w:b/>
          <w:bCs/>
        </w:rPr>
        <w:t xml:space="preserve">Even fungi and</w:t>
      </w:r>
      <w:r>
        <w:rPr>
          <w:b/>
          <w:bCs/>
        </w:rPr>
        <w:t xml:space="preserve"> </w:t>
      </w:r>
      <w:r>
        <w:rPr>
          <w:b/>
          <w:bCs/>
          <w:u w:val="single"/>
        </w:rPr>
        <w:t xml:space="preserve">bacteria</w:t>
      </w:r>
      <w:r>
        <w:rPr>
          <w:b/>
          <w:bCs/>
        </w:rPr>
        <w:t xml:space="preserve"> </w:t>
      </w:r>
      <w:r>
        <w:rPr>
          <w:b/>
          <w:bCs/>
        </w:rPr>
        <w:t xml:space="preserve">are inhabited by viruses and are occasionally destroyed by them.</w:t>
      </w:r>
      <w:r>
        <w:br/>
      </w:r>
      <w:r>
        <w:t xml:space="preserve">    (a) the smallest part of any material that cannot be broken up by chemical means</w:t>
      </w:r>
      <w:r>
        <w:br/>
      </w:r>
      <w:r>
        <w:t xml:space="preserve">    (b) psychoanalysis:  that part of the unconscious mind that acts as a conscience</w:t>
      </w:r>
      <w:r>
        <w:br/>
      </w:r>
      <w:r>
        <w:t xml:space="preserve">    (c) microorganisms (living creatures so small it takes a microscope to see them)</w:t>
      </w:r>
    </w:p>
    <w:p>
      <w:pPr>
        <w:pStyle w:val="Compact"/>
        <w:numPr>
          <w:ilvl w:val="0"/>
          <w:numId w:val="1001"/>
        </w:numPr>
      </w:pPr>
      <w:r>
        <w:rPr>
          <w:b/>
          <w:bCs/>
        </w:rPr>
        <w:t xml:space="preserve">The woman then aborted</w:t>
      </w:r>
      <w:r>
        <w:rPr>
          <w:b/>
          <w:bCs/>
        </w:rPr>
        <w:t xml:space="preserve"> </w:t>
      </w:r>
      <w:r>
        <w:rPr>
          <w:b/>
          <w:bCs/>
          <w:u w:val="single"/>
        </w:rPr>
        <w:t xml:space="preserve">spontaneously</w:t>
      </w:r>
      <w:r>
        <w:rPr>
          <w:b/>
          <w:bCs/>
        </w:rPr>
        <w:t xml:space="preserve">, and the nun who assisted at this grotesque delivery came away from the experience with blood on her hands.</w:t>
      </w:r>
      <w:r>
        <w:br/>
      </w:r>
      <w:r>
        <w:t xml:space="preserve">    (a) in a manner that tests someone or something for a period of time</w:t>
      </w:r>
      <w:r>
        <w:br/>
      </w:r>
      <w:r>
        <w:t xml:space="preserve">    (b) happening in a natural manner without planning or external force</w:t>
      </w:r>
      <w:r>
        <w:br/>
      </w:r>
      <w:r>
        <w:t xml:space="preserve">    (c) in a manner that serves to help explain or demonstrate something</w:t>
      </w:r>
    </w:p>
    <w:p>
      <w:pPr>
        <w:pStyle w:val="Compact"/>
        <w:numPr>
          <w:ilvl w:val="0"/>
          <w:numId w:val="1001"/>
        </w:numPr>
      </w:pPr>
      <w:r>
        <w:rPr>
          <w:b/>
          <w:bCs/>
        </w:rPr>
        <w:t xml:space="preserve">The blood has been stripped of its clotting</w:t>
      </w:r>
      <w:r>
        <w:rPr>
          <w:b/>
          <w:bCs/>
        </w:rPr>
        <w:t xml:space="preserve"> </w:t>
      </w:r>
      <w:r>
        <w:rPr>
          <w:b/>
          <w:bCs/>
          <w:u w:val="single"/>
        </w:rPr>
        <w:t xml:space="preserve">factors</w:t>
      </w:r>
      <w:r>
        <w:rPr>
          <w:b/>
          <w:bCs/>
        </w:rPr>
        <w:t xml:space="preserve">.</w:t>
      </w:r>
      <w:r>
        <w:br/>
      </w:r>
      <w:r>
        <w:t xml:space="preserve">    (a) things that affect a result or outcome</w:t>
      </w:r>
      <w:r>
        <w:br/>
      </w:r>
      <w:r>
        <w:t xml:space="preserve">    (b) People who are of lower rank or status</w:t>
      </w:r>
      <w:r>
        <w:br/>
      </w:r>
      <w:r>
        <w:t xml:space="preserve">    (c) theories on the origin of the universe</w:t>
      </w:r>
    </w:p>
    <w:p>
      <w:pPr>
        <w:pStyle w:val="Compact"/>
        <w:numPr>
          <w:ilvl w:val="0"/>
          <w:numId w:val="1001"/>
        </w:numPr>
      </w:pPr>
      <w:r>
        <w:rPr>
          <w:b/>
          <w:bCs/>
        </w:rPr>
        <w:t xml:space="preserve">They put her in a private room at the hospital, where she began to die with the same signs and symptoms that had</w:t>
      </w:r>
      <w:r>
        <w:rPr>
          <w:b/>
          <w:bCs/>
        </w:rPr>
        <w:t xml:space="preserve"> </w:t>
      </w:r>
      <w:r>
        <w:rPr>
          <w:b/>
          <w:bCs/>
          <w:u w:val="single"/>
        </w:rPr>
        <w:t xml:space="preserve">preceded</w:t>
      </w:r>
      <w:r>
        <w:rPr>
          <w:b/>
          <w:bCs/>
        </w:rPr>
        <w:t xml:space="preserve"> </w:t>
      </w:r>
      <w:r>
        <w:rPr>
          <w:b/>
          <w:bCs/>
        </w:rPr>
        <w:t xml:space="preserve">Sister M. E.'s death.</w:t>
      </w:r>
      <w:r>
        <w:br/>
      </w:r>
      <w:r>
        <w:t xml:space="preserve">    (a) influenced opinion</w:t>
      </w:r>
      <w:r>
        <w:br/>
      </w:r>
      <w:r>
        <w:t xml:space="preserve">    (b) wrongly understood</w:t>
      </w:r>
      <w:r>
        <w:br/>
      </w:r>
      <w:r>
        <w:t xml:space="preserve">    (c) went or was before</w:t>
      </w:r>
    </w:p>
    <w:p>
      <w:pPr>
        <w:pStyle w:val="Compact"/>
        <w:numPr>
          <w:ilvl w:val="0"/>
          <w:numId w:val="1001"/>
        </w:numPr>
      </w:pPr>
      <w:r>
        <w:rPr>
          <w:b/>
          <w:bCs/>
        </w:rPr>
        <w:t xml:space="preserve">They put her in a private room, and there she falls into</w:t>
      </w:r>
      <w:r>
        <w:rPr>
          <w:b/>
          <w:bCs/>
        </w:rPr>
        <w:t xml:space="preserve"> </w:t>
      </w:r>
      <w:r>
        <w:rPr>
          <w:b/>
          <w:bCs/>
          <w:u w:val="single"/>
        </w:rPr>
        <w:t xml:space="preserve">lethargy</w:t>
      </w:r>
      <w:r>
        <w:rPr>
          <w:b/>
          <w:bCs/>
        </w:rPr>
        <w:t xml:space="preserve">, and her face freezes into a mask.</w:t>
      </w:r>
      <w:r>
        <w:br/>
      </w:r>
      <w:r>
        <w:t xml:space="preserve">    (a) lack of energy; or (often in historic literature) a state of sleep</w:t>
      </w:r>
      <w:r>
        <w:br/>
      </w:r>
      <w:r>
        <w:t xml:space="preserve">    (b) not appropriate or not properly related in size, amount, or degree</w:t>
      </w:r>
      <w:r>
        <w:br/>
      </w:r>
      <w:r>
        <w:t xml:space="preserve">    (c) the quality or degree of the involvement of other people or things</w:t>
      </w:r>
    </w:p>
    <w:p>
      <w:pPr>
        <w:pStyle w:val="Compact"/>
        <w:numPr>
          <w:ilvl w:val="0"/>
          <w:numId w:val="1001"/>
        </w:numPr>
      </w:pPr>
      <w:r>
        <w:rPr>
          <w:b/>
          <w:bCs/>
        </w:rPr>
        <w:t xml:space="preserve">We didn't know if the virus could be spread by droplets in the air, somewhat like</w:t>
      </w:r>
      <w:r>
        <w:rPr>
          <w:b/>
          <w:bCs/>
        </w:rPr>
        <w:t xml:space="preserve"> </w:t>
      </w:r>
      <w:r>
        <w:rPr>
          <w:b/>
          <w:bCs/>
          <w:u w:val="single"/>
        </w:rPr>
        <w:t xml:space="preserve">influenza</w:t>
      </w:r>
      <w:r>
        <w:rPr>
          <w:b/>
          <w:bCs/>
        </w:rPr>
        <w:t xml:space="preserve">.</w:t>
      </w:r>
      <w:r>
        <w:br/>
      </w:r>
      <w:r>
        <w:t xml:space="preserve">    (a) the state or degree of being appropriate in size, amount, or degree</w:t>
      </w:r>
      <w:r>
        <w:br/>
      </w:r>
      <w:r>
        <w:t xml:space="preserve">    (b) a fact or bit of information that is generally considered unimportant</w:t>
      </w:r>
      <w:r>
        <w:br/>
      </w:r>
      <w:r>
        <w:t xml:space="preserve">    (c) highly contagious respiratory disease commonly called</w:t>
      </w:r>
      <w:r>
        <w:t xml:space="preserve"> </w:t>
      </w:r>
      <w:r>
        <w:rPr>
          <w:i/>
          <w:iCs/>
        </w:rPr>
        <w:t xml:space="preserve">the flu</w:t>
      </w:r>
    </w:p>
    <w:p>
      <w:pPr>
        <w:pStyle w:val="Compact"/>
        <w:numPr>
          <w:ilvl w:val="0"/>
          <w:numId w:val="1001"/>
        </w:numPr>
      </w:pPr>
      <w:r>
        <w:rPr>
          <w:b/>
          <w:bCs/>
        </w:rPr>
        <w:t xml:space="preserve">These cabinets were similar in design to the safety cabinets that are used for handling</w:t>
      </w:r>
      <w:r>
        <w:rPr>
          <w:b/>
          <w:bCs/>
        </w:rPr>
        <w:t xml:space="preserve"> </w:t>
      </w:r>
      <w:r>
        <w:rPr>
          <w:b/>
          <w:bCs/>
          <w:u w:val="single"/>
        </w:rPr>
        <w:t xml:space="preserve">nuclear</w:t>
      </w:r>
      <w:r>
        <w:rPr>
          <w:b/>
          <w:bCs/>
        </w:rPr>
        <w:t xml:space="preserve">-bomb parts.</w:t>
      </w:r>
      <w:r>
        <w:br/>
      </w:r>
      <w:r>
        <w:t xml:space="preserve">    (a) relating to the central or most important part of something</w:t>
      </w:r>
      <w:r>
        <w:br/>
      </w:r>
      <w:r>
        <w:t xml:space="preserve">    (b) the quality of inappropriateness in size, amount, or degree</w:t>
      </w:r>
      <w:r>
        <w:br/>
      </w:r>
      <w:r>
        <w:t xml:space="preserve">    (c) the condition of being exclusive to (someone or some group)</w:t>
      </w:r>
    </w:p>
    <w:p>
      <w:pPr>
        <w:pStyle w:val="Compact"/>
        <w:numPr>
          <w:ilvl w:val="0"/>
          <w:numId w:val="1001"/>
        </w:numPr>
      </w:pPr>
      <w:r>
        <w:rPr>
          <w:b/>
          <w:bCs/>
        </w:rPr>
        <w:t xml:space="preserve">There were twelve monkey rooms in the monkey house, and they were</w:t>
      </w:r>
      <w:r>
        <w:rPr>
          <w:b/>
          <w:bCs/>
        </w:rPr>
        <w:t xml:space="preserve"> </w:t>
      </w:r>
      <w:r>
        <w:rPr>
          <w:b/>
          <w:bCs/>
          <w:u w:val="single"/>
        </w:rPr>
        <w:t xml:space="preserve">designated</w:t>
      </w:r>
      <w:r>
        <w:rPr>
          <w:b/>
          <w:bCs/>
        </w:rPr>
        <w:t xml:space="preserve"> </w:t>
      </w:r>
      <w:r>
        <w:rPr>
          <w:b/>
          <w:bCs/>
        </w:rPr>
        <w:t xml:space="preserve">by the letters A through L. Two of the monkeys that arrived on October 4 were dead in their crates.</w:t>
      </w:r>
      <w:r>
        <w:br/>
      </w:r>
      <w:r>
        <w:t xml:space="preserve">    (a) signified (indicated in a particular way)</w:t>
      </w:r>
      <w:r>
        <w:br/>
      </w:r>
      <w:r>
        <w:t xml:space="preserve">    (b) consistent or the same</w:t>
      </w:r>
      <w:r>
        <w:br/>
      </w:r>
      <w:r>
        <w:t xml:space="preserve">    (c) influenced or effected</w:t>
      </w:r>
    </w:p>
    <w:p>
      <w:pPr>
        <w:pStyle w:val="Compact"/>
        <w:numPr>
          <w:ilvl w:val="0"/>
          <w:numId w:val="1001"/>
        </w:numPr>
      </w:pPr>
      <w:r>
        <w:rPr>
          <w:b/>
          <w:bCs/>
        </w:rPr>
        <w:t xml:space="preserve">He's the</w:t>
      </w:r>
      <w:r>
        <w:rPr>
          <w:b/>
          <w:bCs/>
        </w:rPr>
        <w:t xml:space="preserve"> </w:t>
      </w:r>
      <w:r>
        <w:rPr>
          <w:b/>
          <w:bCs/>
          <w:u w:val="single"/>
        </w:rPr>
        <w:t xml:space="preserve">designated</w:t>
      </w:r>
      <w:r>
        <w:rPr>
          <w:b/>
          <w:bCs/>
        </w:rPr>
        <w:t xml:space="preserve"> </w:t>
      </w:r>
      <w:r>
        <w:rPr>
          <w:b/>
          <w:bCs/>
        </w:rPr>
        <w:t xml:space="preserve">team leader.</w:t>
      </w:r>
      <w:r>
        <w:br/>
      </w:r>
      <w:r>
        <w:t xml:space="preserve">    (a) assigned</w:t>
      </w:r>
      <w:r>
        <w:br/>
      </w:r>
      <w:r>
        <w:t xml:space="preserve">    (b) not said</w:t>
      </w:r>
      <w:r>
        <w:br/>
      </w:r>
      <w:r>
        <w:t xml:space="preserve">    (c) restored</w:t>
      </w:r>
    </w:p>
    <w:p>
      <w:pPr>
        <w:pStyle w:val="Compact"/>
        <w:numPr>
          <w:ilvl w:val="0"/>
          <w:numId w:val="1001"/>
        </w:numPr>
      </w:pPr>
      <w:r>
        <w:rPr>
          <w:b/>
          <w:bCs/>
        </w:rPr>
        <w:t xml:space="preserve">He waited for a minute to give his eyes time to</w:t>
      </w:r>
      <w:r>
        <w:rPr>
          <w:b/>
          <w:bCs/>
        </w:rPr>
        <w:t xml:space="preserve"> </w:t>
      </w:r>
      <w:r>
        <w:rPr>
          <w:b/>
          <w:bCs/>
          <w:u w:val="single"/>
        </w:rPr>
        <w:t xml:space="preserve">adapt</w:t>
      </w:r>
      <w:r>
        <w:rPr>
          <w:b/>
          <w:bCs/>
        </w:rPr>
        <w:t xml:space="preserve"> </w:t>
      </w:r>
      <w:r>
        <w:rPr>
          <w:b/>
          <w:bCs/>
        </w:rPr>
        <w:t xml:space="preserve">to the dark, and the little sparkles of light in his eyes as they adjusted to the darkness eventually faded away, while cool, dry air roared around his face and whiffled the hair on his forehead.</w:t>
      </w:r>
      <w:r>
        <w:br/>
      </w:r>
      <w:r>
        <w:t xml:space="preserve">    (a) change to fit a different situation; or make suitable</w:t>
      </w:r>
      <w:r>
        <w:br/>
      </w:r>
      <w:r>
        <w:t xml:space="preserve">    (b) to spread one-sided information to influence opinions</w:t>
      </w:r>
      <w:r>
        <w:br/>
      </w:r>
      <w:r>
        <w:t xml:space="preserve">    (c) alter the regular state of an otherwise stable system</w:t>
      </w:r>
    </w:p>
    <w:p>
      <w:pPr>
        <w:pStyle w:val="Compact"/>
        <w:numPr>
          <w:ilvl w:val="0"/>
          <w:numId w:val="1001"/>
        </w:numPr>
      </w:pPr>
      <w:r>
        <w:rPr>
          <w:b/>
          <w:bCs/>
        </w:rPr>
        <w:t xml:space="preserve">General Russell also decided to call an assistant secretary of defense, just to get the Pentagon</w:t>
      </w:r>
      <w:r>
        <w:rPr>
          <w:b/>
          <w:bCs/>
        </w:rPr>
        <w:t xml:space="preserve"> </w:t>
      </w:r>
      <w:r>
        <w:rPr>
          <w:b/>
          <w:bCs/>
          <w:u w:val="single"/>
        </w:rPr>
        <w:t xml:space="preserve">notified</w:t>
      </w:r>
      <w:r>
        <w:rPr>
          <w:b/>
          <w:bCs/>
        </w:rPr>
        <w:t xml:space="preserve">.</w:t>
      </w:r>
      <w:r>
        <w:br/>
      </w:r>
      <w:r>
        <w:t xml:space="preserve">    (a) found, sought, or researched</w:t>
      </w:r>
      <w:r>
        <w:br/>
      </w:r>
      <w:r>
        <w:t xml:space="preserve">    (b) told someone about something</w:t>
      </w:r>
      <w:r>
        <w:br/>
      </w:r>
      <w:r>
        <w:t xml:space="preserve">    (c) not judged in a negative way</w:t>
      </w:r>
    </w:p>
    <w:p>
      <w:pPr>
        <w:pStyle w:val="Compact"/>
        <w:numPr>
          <w:ilvl w:val="0"/>
          <w:numId w:val="1001"/>
        </w:numPr>
      </w:pPr>
      <w:r>
        <w:rPr>
          <w:b/>
          <w:bCs/>
        </w:rPr>
        <w:t xml:space="preserve">Once a monkey was down, Jerry gave it a shot of a</w:t>
      </w:r>
      <w:r>
        <w:rPr>
          <w:b/>
          <w:bCs/>
        </w:rPr>
        <w:t xml:space="preserve"> </w:t>
      </w:r>
      <w:r>
        <w:rPr>
          <w:b/>
          <w:bCs/>
          <w:u w:val="single"/>
        </w:rPr>
        <w:t xml:space="preserve">sedative</w:t>
      </w:r>
      <w:r>
        <w:rPr>
          <w:b/>
          <w:bCs/>
        </w:rPr>
        <w:t xml:space="preserve"> </w:t>
      </w:r>
      <w:r>
        <w:rPr>
          <w:b/>
          <w:bCs/>
        </w:rPr>
        <w:t xml:space="preserve">called Rompun, which put it into a deep sleep.</w:t>
      </w:r>
      <w:r>
        <w:br/>
      </w:r>
      <w:r>
        <w:t xml:space="preserve">    (a) a drug that calms or puts to sleep; or describing something as calming</w:t>
      </w:r>
      <w:r>
        <w:br/>
      </w:r>
      <w:r>
        <w:t xml:space="preserve">    (b) the reason for doing something; or the level of desire to do something</w:t>
      </w:r>
      <w:r>
        <w:br/>
      </w:r>
      <w:r>
        <w:t xml:space="preserve">    (c) a serious mental disorder in which people interpret reality abnormally</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2026-07-31T19:22:09Z</dcterms:created>
  <dcterms:modified xsi:type="dcterms:W3CDTF">2026-07-31T19:22:09Z</dcterms:modified>
</cp:coreProperties>
</file>

<file path=docProps/custom.xml><?xml version="1.0" encoding="utf-8"?>
<Properties xmlns="http://schemas.openxmlformats.org/officeDocument/2006/custom-properties" xmlns:vt="http://schemas.openxmlformats.org/officeDocument/2006/docPropsVTypes"/>
</file>