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7b0e39a45c0653c7e21b8b3bf1f0c50bdb3325"/>
    <w:p>
      <w:pPr>
        <w:pStyle w:val="Heading1"/>
      </w:pPr>
      <w:r>
        <w:rPr>
          <w:b/>
          <w:bCs/>
        </w:rPr>
        <w:t xml:space="preserve">The Host</w:t>
      </w:r>
      <w:r>
        <w:br/>
      </w:r>
      <w:r>
        <w:rPr>
          <w:i/>
          <w:iCs/>
        </w:rPr>
        <w:t xml:space="preserve">Stephenie Meyer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primary focus is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acquisition</w:t>
      </w:r>
      <w:r>
        <w:rPr>
          <w:b/>
          <w:bCs/>
        </w:rPr>
        <w:t xml:space="preserve"> </w:t>
      </w:r>
      <w:r>
        <w:rPr>
          <w:b/>
          <w:bCs/>
        </w:rPr>
        <w:t xml:space="preserve">of money and the things it can buy.</w:t>
      </w:r>
      <w:r>
        <w:br/>
      </w:r>
      <w:r>
        <w:t xml:space="preserve">    (a) fearing</w:t>
      </w:r>
      <w:r>
        <w:br/>
      </w:r>
      <w:r>
        <w:t xml:space="preserve">    (b) getting</w:t>
      </w:r>
      <w:r>
        <w:br/>
      </w:r>
      <w:r>
        <w:t xml:space="preserve">    (c) spending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known for her kindness, compassion,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altruism</w:t>
      </w:r>
      <w:r>
        <w:rPr>
          <w:b/>
          <w:bCs/>
        </w:rPr>
        <w:t xml:space="preserve">.</w:t>
      </w:r>
      <w:r>
        <w:br/>
      </w:r>
      <w:r>
        <w:t xml:space="preserve">    (a) cheerfulness</w:t>
      </w:r>
      <w:r>
        <w:br/>
      </w:r>
      <w:r>
        <w:t xml:space="preserve">    (b) selflessness</w:t>
      </w:r>
      <w:r>
        <w:br/>
      </w:r>
      <w:r>
        <w:t xml:space="preserve">    (c) politeness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understand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antagonism</w:t>
      </w:r>
      <w:r>
        <w:rPr>
          <w:b/>
          <w:bCs/>
        </w:rPr>
        <w:t xml:space="preserve"> </w:t>
      </w:r>
      <w:r>
        <w:rPr>
          <w:b/>
          <w:bCs/>
        </w:rPr>
        <w:t xml:space="preserve">toward me.</w:t>
      </w:r>
      <w:r>
        <w:br/>
      </w:r>
      <w:r>
        <w:t xml:space="preserve">    (a) positive attitude</w:t>
      </w:r>
      <w:r>
        <w:br/>
      </w:r>
      <w:r>
        <w:t xml:space="preserve">    (b) hostility</w:t>
      </w:r>
      <w:r>
        <w:br/>
      </w:r>
      <w:r>
        <w:t xml:space="preserve">    (c) kindness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Caffeine also triggers the release of dopamine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anterior</w:t>
      </w:r>
      <w:r>
        <w:rPr>
          <w:b/>
          <w:bCs/>
        </w:rPr>
        <w:t xml:space="preserve"> </w:t>
      </w:r>
      <w:r>
        <w:rPr>
          <w:b/>
          <w:bCs/>
        </w:rPr>
        <w:t xml:space="preserve">cingulate cortex.</w:t>
      </w:r>
      <w:r>
        <w:br/>
      </w:r>
      <w:r>
        <w:t xml:space="preserve">    (a) frontal</w:t>
      </w:r>
      <w:r>
        <w:br/>
      </w:r>
      <w:r>
        <w:t xml:space="preserve">    (b) the characteristic of bouncing back light/heat/sound...</w:t>
      </w:r>
      <w:r>
        <w:br/>
      </w:r>
      <w:r>
        <w:t xml:space="preserve">    (c) power or responsibility that can be taken on or adopted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Until she learned to motivate herself,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led to bad grades.</w:t>
      </w:r>
      <w:r>
        <w:br/>
      </w:r>
      <w:r>
        <w:t xml:space="preserve">    (a) lack of ability</w:t>
      </w:r>
      <w:r>
        <w:br/>
      </w:r>
      <w:r>
        <w:t xml:space="preserve">    (b) distraction</w:t>
      </w:r>
      <w:r>
        <w:br/>
      </w:r>
      <w:r>
        <w:t xml:space="preserve">    (c) lack of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participation in negotiations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charade</w:t>
      </w:r>
      <w:r>
        <w:rPr>
          <w:b/>
          <w:bCs/>
        </w:rPr>
        <w:t xml:space="preserve"> </w:t>
      </w:r>
      <w:r>
        <w:rPr>
          <w:b/>
          <w:bCs/>
        </w:rPr>
        <w:t xml:space="preserve">to buy time.</w:t>
      </w:r>
      <w:r>
        <w:br/>
      </w:r>
      <w:r>
        <w:t xml:space="preserve">    (a) stalling tactic</w:t>
      </w:r>
      <w:r>
        <w:br/>
      </w:r>
      <w:r>
        <w:t xml:space="preserve">    (b) false display</w:t>
      </w:r>
      <w:r>
        <w:br/>
      </w:r>
      <w:r>
        <w:t xml:space="preserve">    (c) distraction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 </w:t>
      </w:r>
      <w:r>
        <w:rPr>
          <w:b/>
          <w:bCs/>
        </w:rPr>
        <w:t xml:space="preserve">clanging of pots in the kitchen.</w:t>
      </w:r>
      <w:r>
        <w:br/>
      </w:r>
      <w:r>
        <w:t xml:space="preserve">    (a) attractive sound</w:t>
      </w:r>
      <w:r>
        <w:br/>
      </w:r>
      <w:r>
        <w:t xml:space="preserve">    (b) loud sound</w:t>
      </w:r>
      <w:r>
        <w:br/>
      </w:r>
      <w:r>
        <w:t xml:space="preserve">    (c) unpleasant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Supreme Court was unanimous except for 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dissenting</w:t>
      </w:r>
      <w:r>
        <w:rPr>
          <w:b/>
          <w:bCs/>
        </w:rPr>
        <w:t xml:space="preserve"> </w:t>
      </w:r>
      <w:r>
        <w:rPr>
          <w:b/>
          <w:bCs/>
        </w:rPr>
        <w:t xml:space="preserve">opinion.</w:t>
      </w:r>
      <w:r>
        <w:br/>
      </w:r>
      <w:r>
        <w:t xml:space="preserve">    (a) supporting</w:t>
      </w:r>
      <w:r>
        <w:br/>
      </w:r>
      <w:r>
        <w:t xml:space="preserve">    (b) withheld</w:t>
      </w:r>
      <w:r>
        <w:br/>
      </w:r>
      <w:r>
        <w:t xml:space="preserve">    (c) disagreeing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hostage was forced to open the safe under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duress</w:t>
      </w:r>
      <w:r>
        <w:rPr>
          <w:b/>
          <w:bCs/>
        </w:rPr>
        <w:t xml:space="preserve"> </w:t>
      </w:r>
      <w:r>
        <w:rPr>
          <w:b/>
          <w:bCs/>
        </w:rPr>
        <w:t xml:space="preserve">of a gun pointed at her head.</w:t>
      </w:r>
      <w:r>
        <w:br/>
      </w:r>
      <w:r>
        <w:t xml:space="preserve">    (a) indifference</w:t>
      </w:r>
      <w:r>
        <w:br/>
      </w:r>
      <w:r>
        <w:t xml:space="preserve">    (b) threat</w:t>
      </w:r>
      <w:r>
        <w:br/>
      </w:r>
      <w:r>
        <w:t xml:space="preserve">    (c) protection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guile</w:t>
      </w:r>
      <w:r>
        <w:rPr>
          <w:b/>
          <w:bCs/>
        </w:rPr>
        <w:t xml:space="preserve"> </w:t>
      </w:r>
      <w:r>
        <w:rPr>
          <w:b/>
          <w:bCs/>
        </w:rPr>
        <w:t xml:space="preserve">to lie directly to his face.</w:t>
      </w:r>
      <w:r>
        <w:br/>
      </w:r>
      <w:r>
        <w:t xml:space="preserve">    (a) necessity</w:t>
      </w:r>
      <w:r>
        <w:br/>
      </w:r>
      <w:r>
        <w:t xml:space="preserve">    (b) cunning and deceit</w:t>
      </w:r>
      <w:r>
        <w:br/>
      </w:r>
      <w:r>
        <w:t xml:space="preserve">    (c) ambition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trusted her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</w:t>
      </w:r>
      <w:r>
        <w:rPr>
          <w:b/>
          <w:bCs/>
        </w:rPr>
        <w:t xml:space="preserve">.</w:t>
      </w:r>
      <w:r>
        <w:br/>
      </w:r>
      <w:r>
        <w:t xml:space="preserve">    (a) smart</w:t>
      </w:r>
      <w:r>
        <w:br/>
      </w:r>
      <w:r>
        <w:t xml:space="preserve">    (b) forgiving</w:t>
      </w:r>
      <w:r>
        <w:br/>
      </w:r>
      <w:r>
        <w:t xml:space="preserve">    (c) unbiased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considers our political system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inert</w:t>
      </w:r>
      <w:r>
        <w:rPr>
          <w:b/>
          <w:bCs/>
        </w:rPr>
        <w:t xml:space="preserve"> </w:t>
      </w:r>
      <w:r>
        <w:rPr>
          <w:b/>
          <w:bCs/>
        </w:rPr>
        <w:t xml:space="preserve">and calls for violent revolution as the path to change.</w:t>
      </w:r>
      <w:r>
        <w:br/>
      </w:r>
      <w:r>
        <w:t xml:space="preserve">    (a) unmoving</w:t>
      </w:r>
      <w:r>
        <w:br/>
      </w:r>
      <w:r>
        <w:t xml:space="preserve">    (b) corrupt</w:t>
      </w:r>
      <w:r>
        <w:br/>
      </w:r>
      <w:r>
        <w:t xml:space="preserve">    (c) energetic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meaning of the word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inferred</w:t>
      </w:r>
      <w:r>
        <w:rPr>
          <w:b/>
          <w:bCs/>
        </w:rPr>
        <w:t xml:space="preserve"> </w:t>
      </w:r>
      <w:r>
        <w:rPr>
          <w:b/>
          <w:bCs/>
        </w:rPr>
        <w:t xml:space="preserve">based on context clues.</w:t>
      </w:r>
      <w:r>
        <w:br/>
      </w:r>
      <w:r>
        <w:t xml:space="preserve">    (a) converted</w:t>
      </w:r>
      <w:r>
        <w:br/>
      </w:r>
      <w:r>
        <w:t xml:space="preserve">    (b) different</w:t>
      </w:r>
      <w:r>
        <w:br/>
      </w:r>
      <w:r>
        <w:t xml:space="preserve">    (c) figured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juncture</w:t>
      </w:r>
      <w:r>
        <w:rPr>
          <w:b/>
          <w:bCs/>
        </w:rPr>
        <w:t xml:space="preserve"> </w:t>
      </w:r>
      <w:r>
        <w:rPr>
          <w:b/>
          <w:bCs/>
        </w:rPr>
        <w:t xml:space="preserve">I didn't know what to do.</w:t>
      </w:r>
      <w:r>
        <w:br/>
      </w:r>
      <w:r>
        <w:t xml:space="preserve">    (a) point</w:t>
      </w:r>
      <w:r>
        <w:br/>
      </w:r>
      <w:r>
        <w:t xml:space="preserve">    (b) difficult point</w:t>
      </w:r>
      <w:r>
        <w:br/>
      </w:r>
      <w:r>
        <w:t xml:space="preserve">    (c) new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old phone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.</w:t>
      </w:r>
      <w:r>
        <w:br/>
      </w:r>
      <w:r>
        <w:t xml:space="preserve">    (a) classic</w:t>
      </w:r>
      <w:r>
        <w:br/>
      </w:r>
      <w:r>
        <w:t xml:space="preserve">    (b) broken</w:t>
      </w:r>
      <w:r>
        <w:br/>
      </w:r>
      <w:r>
        <w:t xml:space="preserve">    (c) outdated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store marks down the price of remaining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perishable</w:t>
      </w:r>
      <w:r>
        <w:rPr>
          <w:b/>
          <w:bCs/>
        </w:rPr>
        <w:t xml:space="preserve"> </w:t>
      </w:r>
      <w:r>
        <w:rPr>
          <w:b/>
          <w:bCs/>
        </w:rPr>
        <w:t xml:space="preserve">goods late at night.</w:t>
      </w:r>
      <w:r>
        <w:br/>
      </w:r>
      <w:r>
        <w:t xml:space="preserve">    (a) something made from parts</w:t>
      </w:r>
      <w:r>
        <w:br/>
      </w:r>
      <w:r>
        <w:t xml:space="preserve">    (b) something that stands out</w:t>
      </w:r>
      <w:r>
        <w:br/>
      </w:r>
      <w:r>
        <w:t xml:space="preserve">    (c) things that decay (spoil)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wants to put someone in charge who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pliable</w:t>
      </w:r>
      <w:r>
        <w:rPr>
          <w:b/>
          <w:bCs/>
        </w:rPr>
        <w:t xml:space="preserve"> </w:t>
      </w:r>
      <w:r>
        <w:rPr>
          <w:b/>
          <w:bCs/>
        </w:rPr>
        <w:t xml:space="preserve">and easily controlled.</w:t>
      </w:r>
      <w:r>
        <w:br/>
      </w:r>
      <w:r>
        <w:t xml:space="preserve">    (a) philosophically compatible</w:t>
      </w:r>
      <w:r>
        <w:br/>
      </w:r>
      <w:r>
        <w:t xml:space="preserve">    (b) easily led or directed</w:t>
      </w:r>
      <w:r>
        <w:br/>
      </w:r>
      <w:r>
        <w:t xml:space="preserve">    (c) can bend like an athlete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dough becomes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pliable</w:t>
      </w:r>
      <w:r>
        <w:rPr>
          <w:b/>
          <w:bCs/>
        </w:rPr>
        <w:t xml:space="preserve"> </w:t>
      </w:r>
      <w:r>
        <w:rPr>
          <w:b/>
          <w:bCs/>
        </w:rPr>
        <w:t xml:space="preserve">as you work it.</w:t>
      </w:r>
      <w:r>
        <w:br/>
      </w:r>
      <w:r>
        <w:t xml:space="preserve">    (a) harder and more rigid</w:t>
      </w:r>
      <w:r>
        <w:br/>
      </w:r>
      <w:r>
        <w:t xml:space="preserve">    (b) neutral in color</w:t>
      </w:r>
      <w:r>
        <w:br/>
      </w:r>
      <w:r>
        <w:t xml:space="preserve">    (c) capable of being bent and shaped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most soldiers, I was scared before battle, but it's not like I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premonition</w:t>
      </w:r>
      <w:r>
        <w:rPr>
          <w:b/>
          <w:bCs/>
        </w:rPr>
        <w:t xml:space="preserve"> </w:t>
      </w:r>
      <w:r>
        <w:rPr>
          <w:b/>
          <w:bCs/>
        </w:rPr>
        <w:t xml:space="preserve">that something bad was going to happen to me.</w:t>
      </w:r>
      <w:r>
        <w:br/>
      </w:r>
      <w:r>
        <w:t xml:space="preserve">    (a) certainty</w:t>
      </w:r>
      <w:r>
        <w:br/>
      </w:r>
      <w:r>
        <w:t xml:space="preserve">    (b) feeling</w:t>
      </w:r>
      <w:r>
        <w:br/>
      </w:r>
      <w:r>
        <w:t xml:space="preserve">    (c) expectation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seasons are influenced by the earth's tilt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revolution</w:t>
      </w:r>
      <w:r>
        <w:rPr>
          <w:b/>
          <w:bCs/>
        </w:rPr>
        <w:t xml:space="preserve"> </w:t>
      </w:r>
      <w:r>
        <w:rPr>
          <w:b/>
          <w:bCs/>
        </w:rPr>
        <w:t xml:space="preserve">around the sun.</w:t>
      </w:r>
      <w:r>
        <w:br/>
      </w:r>
      <w:r>
        <w:t xml:space="preserve">    (a) circular movement</w:t>
      </w:r>
      <w:r>
        <w:br/>
      </w:r>
      <w:r>
        <w:t xml:space="preserve">    (b) closeness</w:t>
      </w:r>
      <w:r>
        <w:br/>
      </w:r>
      <w:r>
        <w:t xml:space="preserve">    (c) speed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2026-07-31T16:46:14Z</dcterms:created>
  <dcterms:modified xsi:type="dcterms:W3CDTF">2026-07-31T16:46:14Z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