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10eca20d0ae7c096806d83bb042cd52dbeb0a3"/>
    <w:p>
      <w:pPr>
        <w:pStyle w:val="Heading1"/>
      </w:pPr>
      <w:r>
        <w:rPr>
          <w:b/>
          <w:bCs/>
        </w:rPr>
        <w:t xml:space="preserve">The Horse and His Boy</w:t>
      </w:r>
      <w:r>
        <w:br/>
      </w:r>
      <w:r>
        <w:rPr>
          <w:i/>
          <w:iCs/>
        </w:rPr>
        <w:t xml:space="preserve">C. S. Lewis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Helicopters dropped food and medicine into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besieged</w:t>
      </w:r>
      <w:r>
        <w:rPr>
          <w:b/>
          <w:bCs/>
        </w:rPr>
        <w:t xml:space="preserve"> </w:t>
      </w:r>
      <w:r>
        <w:rPr>
          <w:b/>
          <w:bCs/>
        </w:rPr>
        <w:t xml:space="preserve">city.</w:t>
      </w:r>
      <w:r>
        <w:br/>
      </w:r>
      <w:r>
        <w:t xml:space="preserve">    (a) hungry</w:t>
      </w:r>
      <w:r>
        <w:br/>
      </w:r>
      <w:r>
        <w:t xml:space="preserve">    (b) surrounded</w:t>
      </w:r>
      <w:r>
        <w:br/>
      </w:r>
      <w:r>
        <w:t xml:space="preserve">    (c) flooded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brazen</w:t>
      </w:r>
      <w:r>
        <w:rPr>
          <w:b/>
          <w:bCs/>
        </w:rPr>
        <w:t xml:space="preserve"> </w:t>
      </w:r>
      <w:r>
        <w:rPr>
          <w:b/>
          <w:bCs/>
        </w:rPr>
        <w:t xml:space="preserve">thief walked right into the store and stole a diamond necklace in broad daylight.</w:t>
      </w:r>
      <w:r>
        <w:br/>
      </w:r>
      <w:r>
        <w:t xml:space="preserve">    (a) silent and smart</w:t>
      </w:r>
      <w:r>
        <w:br/>
      </w:r>
      <w:r>
        <w:t xml:space="preserve">    (b) bold and improper</w:t>
      </w:r>
      <w:r>
        <w:br/>
      </w:r>
      <w:r>
        <w:t xml:space="preserve">    (c) disguised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Congressional power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court.</w:t>
      </w:r>
      <w:r>
        <w:br/>
      </w:r>
      <w:r>
        <w:t xml:space="preserve">    (a) enforced</w:t>
      </w:r>
      <w:r>
        <w:br/>
      </w:r>
      <w:r>
        <w:t xml:space="preserve">    (b) threatened</w:t>
      </w:r>
      <w:r>
        <w:br/>
      </w:r>
      <w:r>
        <w:t xml:space="preserve">    (c) restricted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new company was halted in their tracks when the city had a cease-and-</w:t>
      </w:r>
      <w:r>
        <w:rPr>
          <w:b/>
          <w:bCs/>
          <w:u w:val="single"/>
        </w:rPr>
        <w:t xml:space="preserve">desist</w:t>
      </w:r>
      <w:r>
        <w:rPr>
          <w:b/>
          <w:bCs/>
        </w:rPr>
        <w:t xml:space="preserve"> </w:t>
      </w:r>
      <w:r>
        <w:rPr>
          <w:b/>
          <w:bCs/>
        </w:rPr>
        <w:t xml:space="preserve">order issued.</w:t>
      </w:r>
      <w:r>
        <w:br/>
      </w:r>
      <w:r>
        <w:t xml:space="preserve">    (a) influence or effect</w:t>
      </w:r>
      <w:r>
        <w:br/>
      </w:r>
      <w:r>
        <w:t xml:space="preserve">    (b) gain advantage from</w:t>
      </w:r>
      <w:r>
        <w:br/>
      </w:r>
      <w:r>
        <w:t xml:space="preserve">    (c) to not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dominion</w:t>
      </w:r>
      <w:r>
        <w:rPr>
          <w:b/>
          <w:bCs/>
        </w:rPr>
        <w:t xml:space="preserve"> </w:t>
      </w:r>
      <w:r>
        <w:rPr>
          <w:b/>
          <w:bCs/>
        </w:rPr>
        <w:t xml:space="preserve">extends as far as they eye can see.</w:t>
      </w:r>
      <w:r>
        <w:br/>
      </w:r>
      <w:r>
        <w:t xml:space="preserve">    (a) fear</w:t>
      </w:r>
      <w:r>
        <w:br/>
      </w:r>
      <w:r>
        <w:t xml:space="preserve">    (b) enemies</w:t>
      </w:r>
      <w:r>
        <w:br/>
      </w:r>
      <w:r>
        <w:t xml:space="preserve">    (c) authority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king's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herald</w:t>
      </w:r>
      <w:r>
        <w:rPr>
          <w:b/>
          <w:bCs/>
        </w:rPr>
        <w:t xml:space="preserve"> </w:t>
      </w:r>
      <w:r>
        <w:rPr>
          <w:b/>
          <w:bCs/>
        </w:rPr>
        <w:t xml:space="preserve">announced it this morning.</w:t>
      </w:r>
      <w:r>
        <w:br/>
      </w:r>
      <w:r>
        <w:t xml:space="preserve">    (a) lawyer</w:t>
      </w:r>
      <w:r>
        <w:br/>
      </w:r>
      <w:r>
        <w:t xml:space="preserve">    (b) announcer</w:t>
      </w:r>
      <w:r>
        <w:br/>
      </w:r>
      <w:r>
        <w:t xml:space="preserve">    (c) advisor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brace I have to wear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hindering</w:t>
      </w:r>
      <w:r>
        <w:rPr>
          <w:b/>
          <w:bCs/>
        </w:rPr>
        <w:t xml:space="preserve"> </w:t>
      </w:r>
      <w:r>
        <w:rPr>
          <w:b/>
          <w:bCs/>
        </w:rPr>
        <w:t xml:space="preserve">my movements</w:t>
      </w:r>
      <w:r>
        <w:br/>
      </w:r>
      <w:r>
        <w:t xml:space="preserve">    (a) helping or assisting</w:t>
      </w:r>
      <w:r>
        <w:br/>
      </w:r>
      <w:r>
        <w:t xml:space="preserve">    (b) making difficult</w:t>
      </w:r>
      <w:r>
        <w:br/>
      </w:r>
      <w:r>
        <w:t xml:space="preserve">    (c) drawing attention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purchase, buying the car without test-driving it first.</w:t>
      </w:r>
      <w:r>
        <w:br/>
      </w:r>
      <w:r>
        <w:t xml:space="preserve">    (a) impulsive</w:t>
      </w:r>
      <w:r>
        <w:br/>
      </w:r>
      <w:r>
        <w:t xml:space="preserve">    (b) cautious</w:t>
      </w:r>
      <w:r>
        <w:br/>
      </w:r>
      <w:r>
        <w:t xml:space="preserve">    (c) wealthy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Harry Potter said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incantation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"expecto patronum"</w:t>
      </w:r>
      <w:r>
        <w:rPr>
          <w:b/>
          <w:bCs/>
        </w:rPr>
        <w:t xml:space="preserve"> </w:t>
      </w:r>
      <w:r>
        <w:rPr>
          <w:b/>
          <w:bCs/>
        </w:rPr>
        <w:t xml:space="preserve">as he focuses on a happy memory to summon protection from dark magic.</w:t>
      </w:r>
      <w:r>
        <w:br/>
      </w:r>
      <w:r>
        <w:t xml:space="preserve">    (a) magic words</w:t>
      </w:r>
      <w:r>
        <w:br/>
      </w:r>
      <w:r>
        <w:t xml:space="preserve">    (b) common saying</w:t>
      </w:r>
      <w:r>
        <w:br/>
      </w:r>
      <w:r>
        <w:t xml:space="preserve">    (c) foreign phrase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know what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induced</w:t>
      </w:r>
      <w:r>
        <w:rPr>
          <w:b/>
          <w:bCs/>
        </w:rPr>
        <w:t xml:space="preserve"> </w:t>
      </w:r>
      <w:r>
        <w:rPr>
          <w:b/>
          <w:bCs/>
        </w:rPr>
        <w:t xml:space="preserve">her to get a ride from someone who was so drunk.</w:t>
      </w:r>
      <w:r>
        <w:br/>
      </w:r>
      <w:r>
        <w:t xml:space="preserve">    (a) persuaded</w:t>
      </w:r>
      <w:r>
        <w:br/>
      </w:r>
      <w:r>
        <w:t xml:space="preserve">    (b) tricked</w:t>
      </w:r>
      <w:r>
        <w:br/>
      </w:r>
      <w:r>
        <w:t xml:space="preserve">    (c) forced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legal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jargon</w:t>
      </w:r>
      <w:r>
        <w:rPr>
          <w:b/>
          <w:bCs/>
        </w:rPr>
        <w:t xml:space="preserve"> </w:t>
      </w:r>
      <w:r>
        <w:rPr>
          <w:b/>
          <w:bCs/>
        </w:rPr>
        <w:t xml:space="preserve">in the contract was so complex that the client had to hire a lawyer to interpret it.</w:t>
      </w:r>
      <w:r>
        <w:br/>
      </w:r>
      <w:r>
        <w:t xml:space="preserve">    (a) special vocabulary</w:t>
      </w:r>
      <w:r>
        <w:br/>
      </w:r>
      <w:r>
        <w:t xml:space="preserve">    (b) underlying philosophy</w:t>
      </w:r>
      <w:r>
        <w:br/>
      </w:r>
      <w:r>
        <w:t xml:space="preserve">    (c) complex ideas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chooses her battles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judiciously</w:t>
      </w:r>
      <w:r>
        <w:rPr>
          <w:b/>
          <w:bCs/>
        </w:rPr>
        <w:t xml:space="preserve">.</w:t>
      </w:r>
      <w:r>
        <w:br/>
      </w:r>
      <w:r>
        <w:t xml:space="preserve">    (a) with good judgment</w:t>
      </w:r>
      <w:r>
        <w:br/>
      </w:r>
      <w:r>
        <w:t xml:space="preserve">    (b) with excessive anger</w:t>
      </w:r>
      <w:r>
        <w:br/>
      </w:r>
      <w:r>
        <w:t xml:space="preserve">    (c) in a reckless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actions conflict with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maxim</w:t>
      </w:r>
      <w:r>
        <w:rPr>
          <w:b/>
          <w:bCs/>
        </w:rPr>
        <w:t xml:space="preserve"> </w:t>
      </w:r>
      <w:r>
        <w:rPr>
          <w:b/>
          <w:bCs/>
        </w:rPr>
        <w:t xml:space="preserve">that we don't negotiate with terrorists.</w:t>
      </w:r>
      <w:r>
        <w:br/>
      </w:r>
      <w:r>
        <w:t xml:space="preserve">    (a) goal</w:t>
      </w:r>
      <w:r>
        <w:br/>
      </w:r>
      <w:r>
        <w:t xml:space="preserve">    (b) saying</w:t>
      </w:r>
      <w:r>
        <w:br/>
      </w:r>
      <w:r>
        <w:t xml:space="preserve">    (c) observation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skied off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precipice</w:t>
      </w:r>
      <w:r>
        <w:rPr>
          <w:b/>
          <w:bCs/>
        </w:rPr>
        <w:t xml:space="preserve">, dropped her skis in midair, and then opened a parachute.</w:t>
      </w:r>
      <w:r>
        <w:br/>
      </w:r>
      <w:r>
        <w:t xml:space="preserve">    (a) airplane</w:t>
      </w:r>
      <w:r>
        <w:br/>
      </w:r>
      <w:r>
        <w:t xml:space="preserve">    (b) ramp</w:t>
      </w:r>
      <w:r>
        <w:br/>
      </w:r>
      <w:r>
        <w:t xml:space="preserve">    (c) steep cliff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want to spoil her, but I don't have the heart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criticize</w:t>
      </w:r>
      <w:r>
        <w:br/>
      </w:r>
      <w:r>
        <w:t xml:space="preserve">    (b) compliment</w:t>
      </w:r>
      <w:r>
        <w:br/>
      </w:r>
      <w:r>
        <w:t xml:space="preserve">    (c) instruct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Are you making any New Year's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resolutions</w:t>
      </w:r>
      <w:r>
        <w:rPr>
          <w:b/>
          <w:bCs/>
        </w:rPr>
        <w:t xml:space="preserve"> </w:t>
      </w:r>
      <w:r>
        <w:rPr>
          <w:b/>
          <w:bCs/>
        </w:rPr>
        <w:t xml:space="preserve">this year?</w:t>
      </w:r>
      <w:r>
        <w:br/>
      </w:r>
      <w:r>
        <w:t xml:space="preserve">    (a) decisions</w:t>
      </w:r>
      <w:r>
        <w:br/>
      </w:r>
      <w:r>
        <w:t xml:space="preserve">    (b) decorations</w:t>
      </w:r>
      <w:r>
        <w:br/>
      </w:r>
      <w:r>
        <w:t xml:space="preserve">    (c) event plans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warm smile and friendly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salutation</w:t>
      </w:r>
      <w:r>
        <w:rPr>
          <w:b/>
          <w:bCs/>
        </w:rPr>
        <w:t xml:space="preserve"> </w:t>
      </w:r>
      <w:r>
        <w:rPr>
          <w:b/>
          <w:bCs/>
        </w:rPr>
        <w:t xml:space="preserve">set the tone for the entire meeting.</w:t>
      </w:r>
      <w:r>
        <w:br/>
      </w:r>
      <w:r>
        <w:t xml:space="preserve">    (a) smile</w:t>
      </w:r>
      <w:r>
        <w:br/>
      </w:r>
      <w:r>
        <w:t xml:space="preserve">    (b) introduction</w:t>
      </w:r>
      <w:r>
        <w:br/>
      </w:r>
      <w:r>
        <w:t xml:space="preserve">    (c) greeting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doctor said it was a mild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sprain</w:t>
      </w:r>
      <w:r>
        <w:rPr>
          <w:b/>
          <w:bCs/>
        </w:rPr>
        <w:t xml:space="preserve"> </w:t>
      </w:r>
      <w:r>
        <w:rPr>
          <w:b/>
          <w:bCs/>
        </w:rPr>
        <w:t xml:space="preserve">and didn’t require a cast—just rest and ice.</w:t>
      </w:r>
      <w:r>
        <w:br/>
      </w:r>
      <w:r>
        <w:t xml:space="preserve">    (a) minor skin scratch</w:t>
      </w:r>
      <w:r>
        <w:br/>
      </w:r>
      <w:r>
        <w:t xml:space="preserve">    (b) broken bone</w:t>
      </w:r>
      <w:r>
        <w:br/>
      </w:r>
      <w:r>
        <w:t xml:space="preserve">    (c) twisted joint injury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witch wore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talisman</w:t>
      </w:r>
      <w:r>
        <w:rPr>
          <w:b/>
          <w:bCs/>
        </w:rPr>
        <w:t xml:space="preserve"> </w:t>
      </w:r>
      <w:r>
        <w:rPr>
          <w:b/>
          <w:bCs/>
        </w:rPr>
        <w:t xml:space="preserve">around her neck which she believed protected her from evil.</w:t>
      </w:r>
      <w:r>
        <w:br/>
      </w:r>
      <w:r>
        <w:t xml:space="preserve">    (a) object thought to have magical power</w:t>
      </w:r>
      <w:r>
        <w:br/>
      </w:r>
      <w:r>
        <w:t xml:space="preserve">    (b) chain thought to have magical power</w:t>
      </w:r>
      <w:r>
        <w:br/>
      </w:r>
      <w:r>
        <w:t xml:space="preserve">    (c) garlic necklace thought to have magical power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were surprised that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venerable</w:t>
      </w:r>
      <w:r>
        <w:rPr>
          <w:b/>
          <w:bCs/>
        </w:rPr>
        <w:t xml:space="preserve"> </w:t>
      </w:r>
      <w:r>
        <w:rPr>
          <w:b/>
          <w:bCs/>
        </w:rPr>
        <w:t xml:space="preserve">institution like Bear Stearns could so rapidly go out of business.</w:t>
      </w:r>
      <w:r>
        <w:br/>
      </w:r>
      <w:r>
        <w:t xml:space="preserve">    (a) large and successful</w:t>
      </w:r>
      <w:r>
        <w:br/>
      </w:r>
      <w:r>
        <w:t xml:space="preserve">    (b) long respected</w:t>
      </w:r>
      <w:r>
        <w:br/>
      </w:r>
      <w:r>
        <w:t xml:space="preserve">    (c) popular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2026-07-31T15:11:38Z</dcterms:created>
  <dcterms:modified xsi:type="dcterms:W3CDTF">2026-07-31T15:11:38Z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