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b4aa4e3068c30689ec97eac642ad3c69ad6ea18"/>
    <w:p>
      <w:pPr>
        <w:pStyle w:val="Heading1"/>
      </w:pPr>
      <w:r>
        <w:rPr>
          <w:b/>
          <w:bCs/>
        </w:rPr>
        <w:t xml:space="preserve">The Horse and His Boy</w:t>
      </w:r>
      <w:r>
        <w:br/>
      </w:r>
      <w:r>
        <w:rPr>
          <w:i/>
          <w:iCs/>
        </w:rPr>
        <w:t xml:space="preserve">C. S. Lewis</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I was only a</w:t>
      </w:r>
      <w:r>
        <w:rPr>
          <w:b/>
          <w:bCs/>
        </w:rPr>
        <w:t xml:space="preserve"> </w:t>
      </w:r>
      <w:r>
        <w:rPr>
          <w:b/>
          <w:bCs/>
          <w:u w:val="single"/>
        </w:rPr>
        <w:t xml:space="preserve">foal</w:t>
      </w:r>
      <w:r>
        <w:rPr>
          <w:b/>
          <w:bCs/>
        </w:rPr>
        <w:t xml:space="preserve"> </w:t>
      </w:r>
      <w:r>
        <w:rPr>
          <w:b/>
          <w:bCs/>
        </w:rPr>
        <w:t xml:space="preserve">at the time.</w:t>
      </w:r>
      <w:r>
        <w:br/>
      </w:r>
      <w:r>
        <w:t xml:space="preserve">    (a) give an opinion of what is wrong with something</w:t>
      </w:r>
      <w:r>
        <w:br/>
      </w:r>
      <w:r>
        <w:t xml:space="preserve">    (b) mark important text; or the text that is marked</w:t>
      </w:r>
      <w:r>
        <w:br/>
      </w:r>
      <w:r>
        <w:t xml:space="preserve">    (c) a young horse</w:t>
      </w:r>
    </w:p>
    <w:p>
      <w:pPr>
        <w:pStyle w:val="Compact"/>
        <w:numPr>
          <w:ilvl w:val="0"/>
          <w:numId w:val="1001"/>
        </w:numPr>
      </w:pPr>
      <w:r>
        <w:rPr>
          <w:b/>
          <w:bCs/>
        </w:rPr>
        <w:t xml:space="preserve">If I'm not to hold on by the</w:t>
      </w:r>
      <w:r>
        <w:rPr>
          <w:b/>
          <w:bCs/>
        </w:rPr>
        <w:t xml:space="preserve"> </w:t>
      </w:r>
      <w:r>
        <w:rPr>
          <w:b/>
          <w:bCs/>
          <w:u w:val="single"/>
        </w:rPr>
        <w:t xml:space="preserve">reins</w:t>
      </w:r>
      <w:r>
        <w:rPr>
          <w:b/>
          <w:bCs/>
        </w:rPr>
        <w:t xml:space="preserve"> </w:t>
      </w:r>
      <w:r>
        <w:rPr>
          <w:b/>
          <w:bCs/>
        </w:rPr>
        <w:t xml:space="preserve">or by your mane, what am I to hold on by?</w:t>
      </w:r>
      <w:r>
        <w:br/>
      </w:r>
      <w:r>
        <w:t xml:space="preserve">    (a) (verb) intentionally angers, challenges, or upsets someone  OR  (noun) insults or other actions intended to anger, challenge, or upset someone</w:t>
      </w:r>
      <w:r>
        <w:br/>
      </w:r>
      <w:r>
        <w:t xml:space="preserve">    (b) injures the ligaments of a joint by stretching them too far (ligaments are the tough, fibrous bands that connect bones across joints)</w:t>
      </w:r>
      <w:r>
        <w:br/>
      </w:r>
      <w:r>
        <w:t xml:space="preserve">    (c) straps used to control a horse</w:t>
      </w:r>
    </w:p>
    <w:p>
      <w:pPr>
        <w:pStyle w:val="Compact"/>
        <w:numPr>
          <w:ilvl w:val="0"/>
          <w:numId w:val="1001"/>
        </w:numPr>
      </w:pPr>
      <w:r>
        <w:rPr>
          <w:b/>
          <w:bCs/>
        </w:rPr>
        <w:t xml:space="preserve">After that there was nothing but</w:t>
      </w:r>
      <w:r>
        <w:rPr>
          <w:b/>
          <w:bCs/>
        </w:rPr>
        <w:t xml:space="preserve"> </w:t>
      </w:r>
      <w:r>
        <w:rPr>
          <w:b/>
          <w:bCs/>
          <w:u w:val="single"/>
        </w:rPr>
        <w:t xml:space="preserve">sheer</w:t>
      </w:r>
      <w:r>
        <w:rPr>
          <w:b/>
          <w:bCs/>
        </w:rPr>
        <w:t xml:space="preserve"> </w:t>
      </w:r>
      <w:r>
        <w:rPr>
          <w:b/>
          <w:bCs/>
        </w:rPr>
        <w:t xml:space="preserve">galloping for some time.</w:t>
      </w:r>
      <w:r>
        <w:br/>
      </w:r>
      <w:r>
        <w:t xml:space="preserve">    (a) more trustworthy with secrets and/or less conspicuous or obtrusive</w:t>
      </w:r>
      <w:r>
        <w:br/>
      </w:r>
      <w:r>
        <w:t xml:space="preserve">    (b) more religious; or having more enthusiastic support (for something)</w:t>
      </w:r>
      <w:r>
        <w:br/>
      </w:r>
      <w:r>
        <w:t xml:space="preserve">    (c) complete -- without restriction</w:t>
      </w:r>
    </w:p>
    <w:p>
      <w:pPr>
        <w:pStyle w:val="Compact"/>
        <w:numPr>
          <w:ilvl w:val="0"/>
          <w:numId w:val="1001"/>
        </w:numPr>
      </w:pPr>
      <w:r>
        <w:rPr>
          <w:b/>
          <w:bCs/>
        </w:rPr>
        <w:t xml:space="preserve">Oddly enough the other horse seemed also to be</w:t>
      </w:r>
      <w:r>
        <w:rPr>
          <w:b/>
          <w:bCs/>
        </w:rPr>
        <w:t xml:space="preserve"> </w:t>
      </w:r>
      <w:r>
        <w:rPr>
          <w:b/>
          <w:bCs/>
          <w:u w:val="single"/>
        </w:rPr>
        <w:t xml:space="preserve">sheering</w:t>
      </w:r>
      <w:r>
        <w:rPr>
          <w:b/>
          <w:bCs/>
        </w:rPr>
        <w:t xml:space="preserve"> </w:t>
      </w:r>
      <w:r>
        <w:rPr>
          <w:b/>
          <w:bCs/>
        </w:rPr>
        <w:t xml:space="preserve">away to the left, so that in a few seconds the space between them had widened a good deal.</w:t>
      </w:r>
      <w:r>
        <w:br/>
      </w:r>
      <w:r>
        <w:t xml:space="preserve">    (a) a common name for tetanus, a serious infection that makes the jaw clamp shut</w:t>
      </w:r>
      <w:r>
        <w:br/>
      </w:r>
      <w:r>
        <w:t xml:space="preserve">    (b) changing direction</w:t>
      </w:r>
      <w:r>
        <w:br/>
      </w:r>
      <w:r>
        <w:t xml:space="preserve">    (c) the state or character of not finding a condition or substance to be present</w:t>
      </w:r>
    </w:p>
    <w:p>
      <w:pPr>
        <w:pStyle w:val="Compact"/>
        <w:numPr>
          <w:ilvl w:val="0"/>
          <w:numId w:val="1001"/>
        </w:numPr>
      </w:pPr>
      <w:r>
        <w:rPr>
          <w:b/>
          <w:bCs/>
        </w:rPr>
        <w:t xml:space="preserve">Moreover he is at least sixty years old and has a hump on his back and his face resembles that of an ape.</w:t>
      </w:r>
      <w:r>
        <w:rPr>
          <w:b/>
          <w:bCs/>
        </w:rPr>
        <w:t xml:space="preserve"> </w:t>
      </w:r>
      <w:r>
        <w:rPr>
          <w:b/>
          <w:bCs/>
          <w:u w:val="single"/>
        </w:rPr>
        <w:t xml:space="preserve">Nevertheless</w:t>
      </w:r>
      <w:r>
        <w:rPr>
          <w:b/>
          <w:bCs/>
        </w:rPr>
        <w:t xml:space="preserve"> </w:t>
      </w:r>
      <w:r>
        <w:rPr>
          <w:b/>
          <w:bCs/>
        </w:rPr>
        <w:t xml:space="preserve">my father, because of the wealth and power of this Ahoshta, and being persuaded by his wife, sent messengers offering me in marriage,</w:t>
      </w:r>
      <w:r>
        <w:br/>
      </w:r>
      <w:r>
        <w:t xml:space="preserve">    (a) in addition to what has just been said</w:t>
      </w:r>
      <w:r>
        <w:br/>
      </w:r>
      <w:r>
        <w:t xml:space="preserve">    (b) despite that (used to connect contrasting ideas)</w:t>
      </w:r>
      <w:r>
        <w:br/>
      </w:r>
      <w:r>
        <w:t xml:space="preserve">    (c) in keeping with or in agreement with what was just stated</w:t>
      </w:r>
    </w:p>
    <w:p>
      <w:pPr>
        <w:pStyle w:val="Compact"/>
        <w:numPr>
          <w:ilvl w:val="0"/>
          <w:numId w:val="1001"/>
        </w:numPr>
      </w:pPr>
      <w:r>
        <w:rPr>
          <w:b/>
          <w:bCs/>
        </w:rPr>
        <w:t xml:space="preserve">In the name of Tash the irresistible, the</w:t>
      </w:r>
      <w:r>
        <w:rPr>
          <w:b/>
          <w:bCs/>
        </w:rPr>
        <w:t xml:space="preserve"> </w:t>
      </w:r>
      <w:r>
        <w:rPr>
          <w:b/>
          <w:bCs/>
          <w:u w:val="single"/>
        </w:rPr>
        <w:t xml:space="preserve">inexorable</w:t>
      </w:r>
      <w:r>
        <w:rPr>
          <w:b/>
          <w:bCs/>
        </w:rPr>
        <w:t xml:space="preserve">.</w:t>
      </w:r>
      <w:r>
        <w:br/>
      </w:r>
      <w:r>
        <w:t xml:space="preserve">    (a) impossible to stop, persuade, or change</w:t>
      </w:r>
      <w:r>
        <w:br/>
      </w:r>
      <w:r>
        <w:t xml:space="preserve">    (b) clear, straightforward, or to the point</w:t>
      </w:r>
      <w:r>
        <w:br/>
      </w:r>
      <w:r>
        <w:t xml:space="preserve">    (c) the quality of relating to intelligence</w:t>
      </w:r>
    </w:p>
    <w:p>
      <w:pPr>
        <w:pStyle w:val="Compact"/>
        <w:numPr>
          <w:ilvl w:val="0"/>
          <w:numId w:val="1001"/>
        </w:numPr>
      </w:pPr>
      <w:r>
        <w:rPr>
          <w:b/>
          <w:bCs/>
        </w:rPr>
        <w:t xml:space="preserve">And when I learned who she was, being delighted with her beauty and</w:t>
      </w:r>
      <w:r>
        <w:rPr>
          <w:b/>
          <w:bCs/>
        </w:rPr>
        <w:t xml:space="preserve"> </w:t>
      </w:r>
      <w:r>
        <w:rPr>
          <w:b/>
          <w:bCs/>
          <w:u w:val="single"/>
        </w:rPr>
        <w:t xml:space="preserve">discretion</w:t>
      </w:r>
      <w:r>
        <w:rPr>
          <w:b/>
          <w:bCs/>
        </w:rPr>
        <w:t xml:space="preserve">, I became inflamed with love and it appeared to me that the sun would be dark to me if I did not marry her at once.</w:t>
      </w:r>
      <w:r>
        <w:br/>
      </w:r>
      <w:r>
        <w:t xml:space="preserve">    (a) humility</w:t>
      </w:r>
      <w:r>
        <w:br/>
      </w:r>
      <w:r>
        <w:t xml:space="preserve">    (b) kind or giving nature</w:t>
      </w:r>
      <w:r>
        <w:br/>
      </w:r>
      <w:r>
        <w:t xml:space="preserve">    (c) good judgment or good taste</w:t>
      </w:r>
    </w:p>
    <w:p>
      <w:pPr>
        <w:pStyle w:val="Compact"/>
        <w:numPr>
          <w:ilvl w:val="0"/>
          <w:numId w:val="1001"/>
        </w:numPr>
      </w:pPr>
      <w:r>
        <w:rPr>
          <w:b/>
          <w:bCs/>
        </w:rPr>
        <w:t xml:space="preserve">Several other travellers were before them on the bridge, mostly</w:t>
      </w:r>
      <w:r>
        <w:rPr>
          <w:b/>
          <w:bCs/>
        </w:rPr>
        <w:t xml:space="preserve"> </w:t>
      </w:r>
      <w:r>
        <w:rPr>
          <w:b/>
          <w:bCs/>
          <w:u w:val="single"/>
        </w:rPr>
        <w:t xml:space="preserve">peasants</w:t>
      </w:r>
      <w:r>
        <w:rPr>
          <w:b/>
          <w:bCs/>
        </w:rPr>
        <w:t xml:space="preserve"> </w:t>
      </w:r>
      <w:r>
        <w:rPr>
          <w:b/>
          <w:bCs/>
        </w:rPr>
        <w:t xml:space="preserve">driving laden donkeys and mules or carrying baskets on their heads.</w:t>
      </w:r>
      <w:r>
        <w:br/>
      </w:r>
      <w:r>
        <w:t xml:space="preserve">    (a) organisms in the early stages of growth prior to birth, hatching, or sprouting; in humans organisms during the first eight weeks of development (prior to the fetal stage)</w:t>
      </w:r>
      <w:r>
        <w:br/>
      </w:r>
      <w:r>
        <w:t xml:space="preserve">    (b) members of an artistic movement pioneered by Pablo Picasso and Georges Braque that featured surfaces of geometrical planes to depict three-dimensional organic forms</w:t>
      </w:r>
      <w:r>
        <w:br/>
      </w:r>
      <w:r>
        <w:t xml:space="preserve">    (c) persons of low income, education, and social standing  (used historically to primarily describe those who raised crops or livestock)</w:t>
      </w:r>
    </w:p>
    <w:p>
      <w:pPr>
        <w:pStyle w:val="Compact"/>
        <w:numPr>
          <w:ilvl w:val="0"/>
          <w:numId w:val="1001"/>
        </w:numPr>
      </w:pPr>
      <w:r>
        <w:rPr>
          <w:b/>
          <w:bCs/>
        </w:rPr>
        <w:t xml:space="preserve">what was now lying at his feet, and staring him out of</w:t>
      </w:r>
      <w:r>
        <w:rPr>
          <w:b/>
          <w:bCs/>
        </w:rPr>
        <w:t xml:space="preserve"> </w:t>
      </w:r>
      <w:r>
        <w:rPr>
          <w:b/>
          <w:bCs/>
          <w:u w:val="single"/>
        </w:rPr>
        <w:t xml:space="preserve">countenance</w:t>
      </w:r>
      <w:r>
        <w:rPr>
          <w:b/>
          <w:bCs/>
        </w:rPr>
        <w:t xml:space="preserve"> </w:t>
      </w:r>
      <w:r>
        <w:rPr>
          <w:b/>
          <w:bCs/>
        </w:rPr>
        <w:t xml:space="preserve">with its big, green, unwinking eyes, was the cat; though certainly one of the largest cats he had ever seen.</w:t>
      </w:r>
      <w:r>
        <w:br/>
      </w:r>
      <w:r>
        <w:t xml:space="preserve">    (a) the best or most important</w:t>
      </w:r>
      <w:r>
        <w:br/>
      </w:r>
      <w:r>
        <w:t xml:space="preserve">    (b) a secret agreement or plot</w:t>
      </w:r>
      <w:r>
        <w:br/>
      </w:r>
      <w:r>
        <w:t xml:space="preserve">    (c) composure</w:t>
      </w:r>
    </w:p>
    <w:p>
      <w:pPr>
        <w:pStyle w:val="Compact"/>
        <w:numPr>
          <w:ilvl w:val="0"/>
          <w:numId w:val="1001"/>
        </w:numPr>
      </w:pPr>
      <w:r>
        <w:rPr>
          <w:b/>
          <w:bCs/>
        </w:rPr>
        <w:t xml:space="preserve">But expect no help nor</w:t>
      </w:r>
      <w:r>
        <w:rPr>
          <w:b/>
          <w:bCs/>
        </w:rPr>
        <w:t xml:space="preserve"> </w:t>
      </w:r>
      <w:r>
        <w:rPr>
          <w:b/>
          <w:bCs/>
          <w:u w:val="single"/>
        </w:rPr>
        <w:t xml:space="preserve">countenance</w:t>
      </w:r>
      <w:r>
        <w:rPr>
          <w:b/>
          <w:bCs/>
        </w:rPr>
        <w:t xml:space="preserve"> </w:t>
      </w:r>
      <w:r>
        <w:rPr>
          <w:b/>
          <w:bCs/>
        </w:rPr>
        <w:t xml:space="preserve">from me.</w:t>
      </w:r>
      <w:r>
        <w:br/>
      </w:r>
      <w:r>
        <w:t xml:space="preserve">    (a) cancel or annul a formal ruling or contract</w:t>
      </w:r>
      <w:r>
        <w:br/>
      </w:r>
      <w:r>
        <w:t xml:space="preserve">    (b) return to an undesirable previous condition</w:t>
      </w:r>
      <w:r>
        <w:br/>
      </w:r>
      <w:r>
        <w:t xml:space="preserve">    (c) tolerance, approval, or support</w:t>
      </w:r>
    </w:p>
    <w:p>
      <w:pPr>
        <w:pStyle w:val="Compact"/>
        <w:numPr>
          <w:ilvl w:val="0"/>
          <w:numId w:val="1001"/>
        </w:numPr>
      </w:pPr>
      <w:r>
        <w:rPr>
          <w:b/>
          <w:bCs/>
        </w:rPr>
        <w:t xml:space="preserve">"Know, O enlightened Prince," said the Grand Vizier, "that until the year in which your exalted father began his salutary and unending reign, the land of Narnia was covered with ice and snow and was</w:t>
      </w:r>
      <w:r>
        <w:rPr>
          <w:b/>
          <w:bCs/>
        </w:rPr>
        <w:t xml:space="preserve"> </w:t>
      </w:r>
      <w:r>
        <w:rPr>
          <w:b/>
          <w:bCs/>
          <w:u w:val="single"/>
        </w:rPr>
        <w:t xml:space="preserve">moreover</w:t>
      </w:r>
      <w:r>
        <w:rPr>
          <w:b/>
          <w:bCs/>
        </w:rPr>
        <w:t xml:space="preserve"> </w:t>
      </w:r>
      <w:r>
        <w:rPr>
          <w:b/>
          <w:bCs/>
        </w:rPr>
        <w:t xml:space="preserve">ruled by a most powerful enchantress."</w:t>
      </w:r>
      <w:r>
        <w:br/>
      </w:r>
      <w:r>
        <w:t xml:space="preserve">    (a) for that reason</w:t>
      </w:r>
      <w:r>
        <w:br/>
      </w:r>
      <w:r>
        <w:t xml:space="preserve">    (b) in addition to what has just been said</w:t>
      </w:r>
      <w:r>
        <w:br/>
      </w:r>
      <w:r>
        <w:t xml:space="preserve">    (c) even though</w:t>
      </w:r>
    </w:p>
    <w:p>
      <w:pPr>
        <w:pStyle w:val="Compact"/>
        <w:numPr>
          <w:ilvl w:val="0"/>
          <w:numId w:val="1001"/>
        </w:numPr>
      </w:pPr>
      <w:r>
        <w:rPr>
          <w:b/>
          <w:bCs/>
        </w:rPr>
        <w:t xml:space="preserve">To the right there were rocky</w:t>
      </w:r>
      <w:r>
        <w:rPr>
          <w:b/>
          <w:bCs/>
        </w:rPr>
        <w:t xml:space="preserve"> </w:t>
      </w:r>
      <w:r>
        <w:rPr>
          <w:b/>
          <w:bCs/>
          <w:u w:val="single"/>
        </w:rPr>
        <w:t xml:space="preserve">pinnacles</w:t>
      </w:r>
      <w:r>
        <w:rPr>
          <w:b/>
          <w:bCs/>
        </w:rPr>
        <w:t xml:space="preserve">, one or two of them with snow clinging to the ledges.</w:t>
      </w:r>
      <w:r>
        <w:br/>
      </w:r>
      <w:r>
        <w:t xml:space="preserve">    (a) removes or suppress anything considered obscene, immoral, or politically unacceptable  OR  people who does such suppression</w:t>
      </w:r>
      <w:r>
        <w:br/>
      </w:r>
      <w:r>
        <w:t xml:space="preserve">    (b) atones (demonstrates sorrow for a wrong either by doing something good in return for the wrong, or by accepting punishment)</w:t>
      </w:r>
      <w:r>
        <w:br/>
      </w:r>
      <w:r>
        <w:t xml:space="preserve">    (c) mountain peaks (the highest points of the mountains)</w:t>
      </w:r>
    </w:p>
    <w:p>
      <w:pPr>
        <w:pStyle w:val="Compact"/>
        <w:numPr>
          <w:ilvl w:val="0"/>
          <w:numId w:val="1001"/>
        </w:numPr>
      </w:pPr>
      <w:r>
        <w:rPr>
          <w:b/>
          <w:bCs/>
        </w:rPr>
        <w:t xml:space="preserve">He could see the</w:t>
      </w:r>
      <w:r>
        <w:rPr>
          <w:b/>
          <w:bCs/>
        </w:rPr>
        <w:t xml:space="preserve"> </w:t>
      </w:r>
      <w:r>
        <w:rPr>
          <w:b/>
          <w:bCs/>
          <w:u w:val="single"/>
        </w:rPr>
        <w:t xml:space="preserve">mane</w:t>
      </w:r>
      <w:r>
        <w:rPr>
          <w:b/>
          <w:bCs/>
        </w:rPr>
        <w:t xml:space="preserve"> </w:t>
      </w:r>
      <w:r>
        <w:rPr>
          <w:b/>
          <w:bCs/>
        </w:rPr>
        <w:t xml:space="preserve">and ears and head of his horse quite easily now.</w:t>
      </w:r>
      <w:r>
        <w:br/>
      </w:r>
      <w:r>
        <w:t xml:space="preserve">    (a) exchange, convert, or pay off</w:t>
      </w:r>
      <w:r>
        <w:br/>
      </w:r>
      <w:r>
        <w:t xml:space="preserve">    (b) select (on a computer screen)</w:t>
      </w:r>
      <w:r>
        <w:br/>
      </w:r>
      <w:r>
        <w:t xml:space="preserve">    (c) long coarse hair that grows on the back of the neck of a horse (or around the head of a lion)</w:t>
      </w:r>
    </w:p>
    <w:p>
      <w:pPr>
        <w:pStyle w:val="Compact"/>
        <w:numPr>
          <w:ilvl w:val="0"/>
          <w:numId w:val="1001"/>
        </w:numPr>
      </w:pPr>
      <w:r>
        <w:rPr>
          <w:b/>
          <w:bCs/>
        </w:rPr>
        <w:t xml:space="preserve">I must have your</w:t>
      </w:r>
      <w:r>
        <w:rPr>
          <w:b/>
          <w:bCs/>
        </w:rPr>
        <w:t xml:space="preserve"> </w:t>
      </w:r>
      <w:r>
        <w:rPr>
          <w:b/>
          <w:bCs/>
          <w:u w:val="single"/>
        </w:rPr>
        <w:t xml:space="preserve">solemn</w:t>
      </w:r>
      <w:r>
        <w:rPr>
          <w:b/>
          <w:bCs/>
        </w:rPr>
        <w:t xml:space="preserve"> </w:t>
      </w:r>
      <w:r>
        <w:rPr>
          <w:b/>
          <w:bCs/>
        </w:rPr>
        <w:t xml:space="preserve">and princely word...</w:t>
      </w:r>
      <w:r>
        <w:br/>
      </w:r>
      <w:r>
        <w:t xml:space="preserve">    (a) indicating approval or agreement</w:t>
      </w:r>
      <w:r>
        <w:br/>
      </w:r>
      <w:r>
        <w:t xml:space="preserve">    (b) very serious</w:t>
      </w:r>
      <w:r>
        <w:br/>
      </w:r>
      <w:r>
        <w:t xml:space="preserve">    (c) able to be taken on as one's own</w:t>
      </w:r>
    </w:p>
    <w:p>
      <w:pPr>
        <w:pStyle w:val="Compact"/>
        <w:numPr>
          <w:ilvl w:val="0"/>
          <w:numId w:val="1001"/>
        </w:numPr>
      </w:pPr>
      <w:r>
        <w:rPr>
          <w:b/>
          <w:bCs/>
        </w:rPr>
        <w:t xml:space="preserve">They have learned something from the failure of last night's</w:t>
      </w:r>
      <w:r>
        <w:rPr>
          <w:b/>
          <w:bCs/>
        </w:rPr>
        <w:t xml:space="preserve"> </w:t>
      </w:r>
      <w:r>
        <w:rPr>
          <w:b/>
          <w:bCs/>
          <w:u w:val="single"/>
        </w:rPr>
        <w:t xml:space="preserve">assault</w:t>
      </w:r>
      <w:r>
        <w:rPr>
          <w:b/>
          <w:bCs/>
        </w:rPr>
        <w:t xml:space="preserve">.</w:t>
      </w:r>
      <w:r>
        <w:br/>
      </w:r>
      <w:r>
        <w:t xml:space="preserve">    (a) unwrap</w:t>
      </w:r>
      <w:r>
        <w:br/>
      </w:r>
      <w:r>
        <w:t xml:space="preserve">    (b) attack</w:t>
      </w:r>
      <w:r>
        <w:br/>
      </w:r>
      <w:r>
        <w:t xml:space="preserve">    (c) follow</w:t>
      </w:r>
    </w:p>
    <w:p>
      <w:pPr>
        <w:pStyle w:val="Compact"/>
        <w:numPr>
          <w:ilvl w:val="0"/>
          <w:numId w:val="1001"/>
        </w:numPr>
      </w:pPr>
      <w:r>
        <w:rPr>
          <w:b/>
          <w:bCs/>
        </w:rPr>
        <w:t xml:space="preserve">...they felt no</w:t>
      </w:r>
      <w:r>
        <w:rPr>
          <w:b/>
          <w:bCs/>
        </w:rPr>
        <w:t xml:space="preserve"> </w:t>
      </w:r>
      <w:r>
        <w:rPr>
          <w:b/>
          <w:bCs/>
          <w:u w:val="single"/>
        </w:rPr>
        <w:t xml:space="preserve">inclination</w:t>
      </w:r>
      <w:r>
        <w:rPr>
          <w:b/>
          <w:bCs/>
        </w:rPr>
        <w:t xml:space="preserve"> </w:t>
      </w:r>
      <w:r>
        <w:rPr>
          <w:b/>
          <w:bCs/>
        </w:rPr>
        <w:t xml:space="preserve">to talk to one another about...</w:t>
      </w:r>
      <w:r>
        <w:br/>
      </w:r>
      <w:r>
        <w:t xml:space="preserve">    (a) tendency (an attitude that favored)</w:t>
      </w:r>
      <w:r>
        <w:br/>
      </w:r>
      <w:r>
        <w:t xml:space="preserve">    (b) act of hiring again</w:t>
      </w:r>
      <w:r>
        <w:br/>
      </w:r>
      <w:r>
        <w:t xml:space="preserve">    (c) wrong understanding</w:t>
      </w:r>
    </w:p>
    <w:p>
      <w:pPr>
        <w:pStyle w:val="Compact"/>
        <w:numPr>
          <w:ilvl w:val="0"/>
          <w:numId w:val="1001"/>
        </w:numPr>
      </w:pPr>
      <w:r>
        <w:rPr>
          <w:b/>
          <w:bCs/>
        </w:rPr>
        <w:t xml:space="preserve">Well, as soon as he saw Corin and me, it seems this</w:t>
      </w:r>
      <w:r>
        <w:rPr>
          <w:b/>
          <w:bCs/>
        </w:rPr>
        <w:t xml:space="preserve"> </w:t>
      </w:r>
      <w:r>
        <w:rPr>
          <w:b/>
          <w:bCs/>
          <w:u w:val="single"/>
        </w:rPr>
        <w:t xml:space="preserve">Centaur</w:t>
      </w:r>
      <w:r>
        <w:rPr>
          <w:b/>
          <w:bCs/>
        </w:rPr>
        <w:t xml:space="preserve"> </w:t>
      </w:r>
      <w:r>
        <w:rPr>
          <w:b/>
          <w:bCs/>
        </w:rPr>
        <w:t xml:space="preserve">looked at me and said, A day will come when that boy will save Archenland from the deadliest danger in which ever she lay.</w:t>
      </w:r>
      <w:r>
        <w:br/>
      </w:r>
      <w:r>
        <w:t xml:space="preserve">    (a) the act, process, or instance of telling a story</w:t>
      </w:r>
      <w:r>
        <w:br/>
      </w:r>
      <w:r>
        <w:t xml:space="preserve">    (b) a general feeling of not being as good as others</w:t>
      </w:r>
      <w:r>
        <w:br/>
      </w:r>
      <w:r>
        <w:t xml:space="preserve">    (c) a mythical being that is half man and half horse</w:t>
      </w:r>
    </w:p>
    <w:p>
      <w:pPr>
        <w:pStyle w:val="Compact"/>
        <w:numPr>
          <w:ilvl w:val="0"/>
          <w:numId w:val="1001"/>
        </w:numPr>
      </w:pPr>
      <w:r>
        <w:rPr>
          <w:b/>
          <w:bCs/>
        </w:rPr>
        <w:t xml:space="preserve">...by the law of nations as well as by all reasons of</w:t>
      </w:r>
      <w:r>
        <w:rPr>
          <w:b/>
          <w:bCs/>
        </w:rPr>
        <w:t xml:space="preserve"> </w:t>
      </w:r>
      <w:r>
        <w:rPr>
          <w:b/>
          <w:bCs/>
          <w:u w:val="single"/>
        </w:rPr>
        <w:t xml:space="preserve">prudent</w:t>
      </w:r>
      <w:r>
        <w:rPr>
          <w:b/>
          <w:bCs/>
        </w:rPr>
        <w:t xml:space="preserve"> </w:t>
      </w:r>
      <w:r>
        <w:rPr>
          <w:b/>
          <w:bCs/>
        </w:rPr>
        <w:t xml:space="preserve">policy, we have as good right to your head as ever one mortal man had against another.</w:t>
      </w:r>
      <w:r>
        <w:br/>
      </w:r>
      <w:r>
        <w:t xml:space="preserve">    (a) not demonstrative of</w:t>
      </w:r>
      <w:r>
        <w:br/>
      </w:r>
      <w:r>
        <w:t xml:space="preserve">    (b) sincerity (realness)</w:t>
      </w:r>
      <w:r>
        <w:br/>
      </w:r>
      <w:r>
        <w:t xml:space="preserve">    (c) careful and sensible</w:t>
      </w:r>
    </w:p>
    <w:p>
      <w:pPr>
        <w:pStyle w:val="Compact"/>
        <w:numPr>
          <w:ilvl w:val="0"/>
          <w:numId w:val="1001"/>
        </w:numPr>
      </w:pPr>
      <w:r>
        <w:rPr>
          <w:b/>
          <w:bCs/>
        </w:rPr>
        <w:t xml:space="preserve">Nevertheless, in consideration of your youth and the ill nurture, devoid of all gentleness and courtesy, which you have doubtless had in the land of slaves and tyrants, we are</w:t>
      </w:r>
      <w:r>
        <w:rPr>
          <w:b/>
          <w:bCs/>
        </w:rPr>
        <w:t xml:space="preserve"> </w:t>
      </w:r>
      <w:r>
        <w:rPr>
          <w:b/>
          <w:bCs/>
          <w:u w:val="single"/>
        </w:rPr>
        <w:t xml:space="preserve">disposed</w:t>
      </w:r>
      <w:r>
        <w:rPr>
          <w:b/>
          <w:bCs/>
        </w:rPr>
        <w:t xml:space="preserve"> </w:t>
      </w:r>
      <w:r>
        <w:rPr>
          <w:b/>
          <w:bCs/>
        </w:rPr>
        <w:t xml:space="preserve">to set you free, unharmed, on these conditions: first, that...</w:t>
      </w:r>
      <w:r>
        <w:br/>
      </w:r>
      <w:r>
        <w:t xml:space="preserve">    (a) inclined (have a desire to)</w:t>
      </w:r>
      <w:r>
        <w:br/>
      </w:r>
      <w:r>
        <w:t xml:space="preserve">    (b) was abundant or plentiful</w:t>
      </w:r>
      <w:r>
        <w:br/>
      </w:r>
      <w:r>
        <w:t xml:space="preserve">    (c) expelled or gotten rid of</w:t>
      </w:r>
    </w:p>
    <w:p>
      <w:pPr>
        <w:pStyle w:val="Compact"/>
        <w:numPr>
          <w:ilvl w:val="0"/>
          <w:numId w:val="1001"/>
        </w:numPr>
      </w:pPr>
      <w:r>
        <w:rPr>
          <w:b/>
          <w:bCs/>
        </w:rPr>
        <w:t xml:space="preserve">Meanwhile at Anvard everyone was very glad that he had been</w:t>
      </w:r>
      <w:r>
        <w:rPr>
          <w:b/>
          <w:bCs/>
        </w:rPr>
        <w:t xml:space="preserve"> </w:t>
      </w:r>
      <w:r>
        <w:rPr>
          <w:b/>
          <w:bCs/>
          <w:u w:val="single"/>
        </w:rPr>
        <w:t xml:space="preserve">disposed</w:t>
      </w:r>
      <w:r>
        <w:rPr>
          <w:b/>
          <w:bCs/>
        </w:rPr>
        <w:t xml:space="preserve"> </w:t>
      </w:r>
      <w:r>
        <w:rPr>
          <w:b/>
          <w:bCs/>
        </w:rPr>
        <w:t xml:space="preserve">of before the real fun began, which was a grand feast held that evening on the lawn before the castle, with dozens of lanterns to help the moonlight.</w:t>
      </w:r>
      <w:r>
        <w:br/>
      </w:r>
      <w:r>
        <w:t xml:space="preserve">    (a) briefly saw</w:t>
      </w:r>
      <w:r>
        <w:br/>
      </w:r>
      <w:r>
        <w:t xml:space="preserve">    (b) hired again</w:t>
      </w:r>
      <w:r>
        <w:br/>
      </w:r>
      <w:r>
        <w:t xml:space="preserve">    (c) settled (gotten rid of so he didn't require further attention)</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2026-07-31T15:11:37Z</dcterms:created>
  <dcterms:modified xsi:type="dcterms:W3CDTF">2026-07-31T15:11:37Z</dcterms:modified>
</cp:coreProperties>
</file>

<file path=docProps/custom.xml><?xml version="1.0" encoding="utf-8"?>
<Properties xmlns="http://schemas.openxmlformats.org/officeDocument/2006/custom-properties" xmlns:vt="http://schemas.openxmlformats.org/officeDocument/2006/docPropsVTypes"/>
</file>