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25c8d88b95b99c930d29312cff21c3162b3362"/>
    <w:p>
      <w:pPr>
        <w:pStyle w:val="Heading1"/>
      </w:pPr>
      <w:r>
        <w:rPr>
          <w:b/>
          <w:bCs/>
        </w:rPr>
        <w:t xml:space="preserve">The Horse and His Boy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 my master," replied the fisherman (and Shasta knew by the wheedling tone the greedy look that was probably coming into his face as he said it), "what price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induce</w:t>
      </w:r>
      <w:r>
        <w:rPr>
          <w:b/>
          <w:bCs/>
        </w:rPr>
        <w:t xml:space="preserve"> </w:t>
      </w:r>
      <w:r>
        <w:rPr>
          <w:b/>
          <w:bCs/>
        </w:rPr>
        <w:t xml:space="preserve">your servant, poor though he is, to sell into slavery his only child and his own flesh?"</w:t>
      </w:r>
      <w:r>
        <w:br/>
      </w:r>
      <w:r>
        <w:t xml:space="preserve">    (a) persuade (convince)</w:t>
      </w:r>
      <w:r>
        <w:br/>
      </w:r>
      <w:r>
        <w:t xml:space="preserve">    (b) influence or effect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another poet has likewise said, "He who attempts to deceive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</w:t>
      </w:r>
      <w:r>
        <w:rPr>
          <w:b/>
          <w:bCs/>
        </w:rPr>
        <w:t xml:space="preserve"> </w:t>
      </w:r>
      <w:r>
        <w:rPr>
          <w:b/>
          <w:bCs/>
        </w:rPr>
        <w:t xml:space="preserve">is already baring his own back for the scourge."</w:t>
      </w:r>
      <w:r>
        <w:br/>
      </w:r>
      <w:r>
        <w:t xml:space="preserve">    (a) able to be translated</w:t>
      </w:r>
      <w:r>
        <w:br/>
      </w:r>
      <w:r>
        <w:t xml:space="preserve">    (b) people who show good judgment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more of this Southern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between you and me!</w:t>
      </w:r>
      <w:r>
        <w:br/>
      </w:r>
      <w:r>
        <w:t xml:space="preserve">    (a) specialized vocabulary</w:t>
      </w:r>
      <w:r>
        <w:br/>
      </w:r>
      <w:r>
        <w:t xml:space="preserve">    (b) create dramatic change</w:t>
      </w:r>
      <w:r>
        <w:br/>
      </w:r>
      <w:r>
        <w:t xml:space="preserve">    (c) mirror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wept and implored me to change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but in the end he said, 'To hear is to obey,' and did all my will.</w:t>
      </w:r>
      <w:r>
        <w:br/>
      </w:r>
      <w:r>
        <w:t xml:space="preserve">    (a) firm decision</w:t>
      </w:r>
      <w:r>
        <w:br/>
      </w:r>
      <w:r>
        <w:t xml:space="preserve">    (b) solid shapes made of flat faces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Ahoshta Tarkaan to Kidrash Tarkaan,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peace.</w:t>
      </w:r>
      <w:r>
        <w:br/>
      </w:r>
      <w:r>
        <w:t xml:space="preserve">    (a) a highly educated person interested in learning and exploring ideas -- sometimes while ignoring practical considerations</w:t>
      </w:r>
      <w:r>
        <w:br/>
      </w:r>
      <w:r>
        <w:t xml:space="preserve">    (b) greetings</w:t>
      </w:r>
      <w:r>
        <w:br/>
      </w:r>
      <w:r>
        <w:t xml:space="preserve">    (c) a small hole or a series of small holes such as are used to make it easy to tear a piece of paper along a specific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far end of the bridge the walls of the city towered high above them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gates stood open in the gateway which was really wide but looked narrow because it was so very high.</w:t>
      </w:r>
      <w:r>
        <w:br/>
      </w:r>
      <w:r>
        <w:t xml:space="preserve">    (a) bold and unrestrained by what others consider proper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gave a smile that meant no good and said, 'There is nothing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you from dancing there again, little goatfoot; always provided you leave us in exchange a bride for our prince.'</w:t>
      </w:r>
      <w:r>
        <w:br/>
      </w:r>
      <w:r>
        <w:t xml:space="preserve">    (a) prevent (cause problems)</w:t>
      </w:r>
      <w:r>
        <w:br/>
      </w:r>
      <w:r>
        <w:t xml:space="preserve">    (b) to cause something to move forward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least of the jewels with which he was covered was worth more than all the clothes and weapons of the Narnian lords put together: but he was so fat and such a mass of frills and pleats and bobbles and buttons and tassels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talismans</w:t>
      </w:r>
      <w:r>
        <w:rPr>
          <w:b/>
          <w:bCs/>
        </w:rPr>
        <w:t xml:space="preserve"> </w:t>
      </w:r>
      <w:r>
        <w:rPr>
          <w:b/>
          <w:bCs/>
        </w:rPr>
        <w:t xml:space="preserve">that Aravis couldn't help thinking the Narnian fashions (at any rate for men) looked nicer.</w:t>
      </w:r>
      <w:r>
        <w:br/>
      </w:r>
      <w:r>
        <w:t xml:space="preserve">    (a) a small object or piece of jewelry thought to have magical power -- especially to protect against evil</w:t>
      </w:r>
      <w:r>
        <w:br/>
      </w:r>
      <w:r>
        <w:t xml:space="preserve">    (b) small paper forms made to lists the amount of money and each check being deposited into a bank account</w:t>
      </w:r>
      <w:r>
        <w:br/>
      </w:r>
      <w:r>
        <w:t xml:space="preserve">    (c) sculptures or other things made of the brownish metal with the same name -- such as third place medals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maxims</w:t>
      </w:r>
      <w:r>
        <w:rPr>
          <w:b/>
          <w:bCs/>
        </w:rPr>
        <w:t xml:space="preserve"> </w:t>
      </w:r>
      <w:r>
        <w:rPr>
          <w:b/>
          <w:bCs/>
        </w:rPr>
        <w:t xml:space="preserve">and verses flung at me all day and I can endure them no more.</w:t>
      </w:r>
      <w:r>
        <w:br/>
      </w:r>
      <w:r>
        <w:t xml:space="preserve">    (a) members of Nazi organization for children aged 10 to 18</w:t>
      </w:r>
      <w:r>
        <w:br/>
      </w:r>
      <w:r>
        <w:t xml:space="preserve">    (b) harmful software that spreads from computer to computer</w:t>
      </w:r>
      <w:r>
        <w:br/>
      </w:r>
      <w:r>
        <w:t xml:space="preserve">    (c) short sayings that express general truths or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son, by all means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from kicking the venerable and enlightened Vizier:</w:t>
      </w:r>
      <w:r>
        <w:br/>
      </w:r>
      <w:r>
        <w:t xml:space="preserve">    (a) gain advantage from</w:t>
      </w:r>
      <w:r>
        <w:br/>
      </w:r>
      <w:r>
        <w:t xml:space="preserve">    (b) cease (stop)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son, by all means desist from kicking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and enlightened Vizier: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[of food] able to be prepared in a manner that keeps it from spoiling</w:t>
      </w:r>
      <w:r>
        <w:br/>
      </w:r>
      <w:r>
        <w:t xml:space="preserve">    (c) respected (or honorable)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this change, O most learned Prince, has doubtless been brought to pass by the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incantations</w:t>
      </w:r>
      <w:r>
        <w:rPr>
          <w:b/>
          <w:bCs/>
        </w:rPr>
        <w:t xml:space="preserve"> </w:t>
      </w:r>
      <w:r>
        <w:rPr>
          <w:b/>
          <w:bCs/>
        </w:rPr>
        <w:t xml:space="preserve">of those wicked persons who now call themselves kings and queens of Narnia.</w:t>
      </w:r>
      <w:r>
        <w:br/>
      </w:r>
      <w:r>
        <w:t xml:space="preserve">    (a) combinations of words believed to have a magical effect when they are said aloud</w:t>
      </w:r>
      <w:r>
        <w:br/>
      </w:r>
      <w:r>
        <w:t xml:space="preserve">    (b) the branch of physics concerned with the conversion of different forms of energy</w:t>
      </w:r>
      <w:r>
        <w:br/>
      </w:r>
      <w:r>
        <w:t xml:space="preserve">    (c) surgical interruptions of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...it is very grievous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to keep our hands off such a dainty dish as Narnia.</w:t>
      </w:r>
      <w:r>
        <w:br/>
      </w:r>
      <w:r>
        <w:t xml:space="preserve">    (a) restricted in action</w:t>
      </w:r>
      <w:r>
        <w:br/>
      </w:r>
      <w:r>
        <w:t xml:space="preserve">    (b) concerned about action</w:t>
      </w:r>
      <w:r>
        <w:br/>
      </w:r>
      <w:r>
        <w:t xml:space="preserve">    (c) asked to restrict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impetuosity</w:t>
      </w:r>
      <w:r>
        <w:rPr>
          <w:b/>
          <w:bCs/>
        </w:rPr>
        <w:t xml:space="preserve"> </w:t>
      </w:r>
      <w:r>
        <w:rPr>
          <w:b/>
          <w:bCs/>
        </w:rPr>
        <w:t xml:space="preserve">of youth</w:t>
      </w:r>
      <w:r>
        <w:br/>
      </w:r>
      <w:r>
        <w:t xml:space="preserve">    (a) a person (often a writer or artist) living an unconventional life</w:t>
      </w:r>
      <w:r>
        <w:br/>
      </w:r>
      <w:r>
        <w:t xml:space="preserve">    (b) impulsiveness</w:t>
      </w:r>
      <w:r>
        <w:br/>
      </w:r>
      <w:r>
        <w:t xml:space="preserve">    (c) a ceiling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no good going back to Anvard, it'll 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not found guilty or forced into a bad situation</w:t>
      </w:r>
      <w:r>
        <w:br/>
      </w:r>
      <w:r>
        <w:t xml:space="preserve">    (c) surrounded by armed forces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it was never fought out (that's the worst of fights on a rough hillside) for by very bad luck Thornbut trod on a loose stone, came flat down on his nose, and found when he tried to get up that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sprained</w:t>
      </w:r>
      <w:r>
        <w:rPr>
          <w:b/>
          <w:bCs/>
        </w:rPr>
        <w:t xml:space="preserve"> </w:t>
      </w:r>
      <w:r>
        <w:rPr>
          <w:b/>
          <w:bCs/>
        </w:rPr>
        <w:t xml:space="preserve">his ankle: a real excruciating sprain which would keep him from walking or riding for at least a fortnight.</w:t>
      </w:r>
      <w:r>
        <w:br/>
      </w:r>
      <w:r>
        <w:t xml:space="preserve">    (a) a structural form (rigid, web-like assembly of smaller, usually triangular members) that supports a roof, bridge or other structure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corrupted or seduced from virtue, duty, or allegiance  OR  excessively drank, engaged in casual sex, and/or drug abuse while partying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last they were going in single file along the edge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 </w:t>
      </w:r>
      <w:r>
        <w:rPr>
          <w:b/>
          <w:bCs/>
        </w:rPr>
        <w:t xml:space="preserve">and Shasta shuddered to think that he had done the same last night without knowing it.</w:t>
      </w:r>
      <w:r>
        <w:br/>
      </w:r>
      <w:r>
        <w:t xml:space="preserve">    (a) very steep cliff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royal Highness, if you had given that challenge a week ago, I'll answer for it--there was no one in King Edmund's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, from the High King down to the smallest Talking Mouse, who would have refused it.</w:t>
      </w:r>
      <w:r>
        <w:br/>
      </w:r>
      <w:r>
        <w:t xml:space="preserve">    (a) a right that is naturally due because of human nature and the natural condition</w:t>
      </w:r>
      <w:r>
        <w:br/>
      </w:r>
      <w:r>
        <w:t xml:space="preserve">    (b) kingdom (the area he ruled)</w:t>
      </w:r>
      <w:r>
        <w:br/>
      </w:r>
      <w:r>
        <w:t xml:space="preserve">    (c) surgical interruption of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would grieve your Majesty more if he had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reproved</w:t>
      </w:r>
      <w:r>
        <w:rPr>
          <w:b/>
          <w:bCs/>
        </w:rPr>
        <w:t xml:space="preserve"> </w:t>
      </w:r>
      <w:r>
        <w:rPr>
          <w:b/>
          <w:bCs/>
        </w:rPr>
        <w:t xml:space="preserve">for...</w:t>
      </w:r>
      <w:r>
        <w:br/>
      </w:r>
      <w:r>
        <w:t xml:space="preserve">    (a) subtracted</w:t>
      </w:r>
      <w:r>
        <w:br/>
      </w:r>
      <w:r>
        <w:t xml:space="preserve">    (b) translated</w:t>
      </w:r>
      <w:r>
        <w:br/>
      </w:r>
      <w:r>
        <w:t xml:space="preserve">    (c) told of disapproval of his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"His Royal Highness Prince Cor of Archenland desires an audience of the Lady Aravis,"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.</w:t>
      </w:r>
      <w:r>
        <w:br/>
      </w:r>
      <w:r>
        <w:t xml:space="preserve">    (a) a person who announces important news -- especially a king's representative</w:t>
      </w:r>
      <w:r>
        <w:br/>
      </w:r>
      <w:r>
        <w:t xml:space="preserve">    (b) a connection or relationship by being equivalent, proportionate, or matched</w:t>
      </w:r>
      <w:r>
        <w:br/>
      </w:r>
      <w:r>
        <w:t xml:space="preserve">    (c) the four-dimensional combination of space and time where everything happens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2026-07-31T15:11:38Z</dcterms:created>
  <dcterms:modified xsi:type="dcterms:W3CDTF">2026-07-31T15:11:38Z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