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4950c494549baeb6d9e8851ad4b5edb23ba6a3"/>
    <w:p>
      <w:pPr>
        <w:pStyle w:val="Heading1"/>
      </w:pPr>
      <w:r>
        <w:rPr>
          <w:b/>
          <w:bCs/>
        </w:rPr>
        <w:t xml:space="preserve">The Horse Whisperer</w:t>
      </w:r>
      <w:r>
        <w:br/>
      </w:r>
      <w:r>
        <w:rPr>
          <w:i/>
          <w:iCs/>
        </w:rPr>
        <w:t xml:space="preserve">Nicholas Evans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Friday-night crawl of traffic invariably made her crabby and impatient and she would compensate by taking charge, telling Robert, Grace's father, to slow down or speed up or take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devious</w:t>
      </w:r>
      <w:r>
        <w:rPr>
          <w:b/>
          <w:bCs/>
        </w:rPr>
        <w:t xml:space="preserve"> </w:t>
      </w:r>
      <w:r>
        <w:rPr>
          <w:b/>
          <w:bCs/>
        </w:rPr>
        <w:t xml:space="preserve">route to avoid delays.</w:t>
      </w:r>
      <w:r>
        <w:br/>
      </w:r>
      <w:r>
        <w:t xml:space="preserve">    (a) deceitful (not honest and straightforward) -- often in a complicated, clever manner</w:t>
      </w:r>
      <w:r>
        <w:br/>
      </w:r>
      <w:r>
        <w:t xml:space="preserve">    (b) able to be persuaded to do something by tempting with pleasure or something desired</w:t>
      </w:r>
      <w:r>
        <w:br/>
      </w:r>
      <w:r>
        <w:t xml:space="preserve">    (c) relating to one-sided information that is purposefully spread to influence opinions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tone usually worked with cops, respectful but fraternal,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implying</w:t>
      </w:r>
      <w:r>
        <w:rPr>
          <w:b/>
          <w:bCs/>
        </w:rPr>
        <w:t xml:space="preserve"> </w:t>
      </w:r>
      <w:r>
        <w:rPr>
          <w:b/>
          <w:bCs/>
        </w:rPr>
        <w:t xml:space="preserve">some working kinship of the road.</w:t>
      </w:r>
      <w:r>
        <w:br/>
      </w:r>
      <w:r>
        <w:t xml:space="preserve">    (a) going back to a previous state</w:t>
      </w:r>
      <w:r>
        <w:br/>
      </w:r>
      <w:r>
        <w:t xml:space="preserve">    (b) suggesting (saying indirectly)</w:t>
      </w:r>
      <w:r>
        <w:br/>
      </w:r>
      <w:r>
        <w:t xml:space="preserve">    (c) acting in an official capacity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she stayed on, wrapping a fist into Pilgrim's silky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mane</w:t>
      </w:r>
      <w:r>
        <w:rPr>
          <w:b/>
          <w:bCs/>
        </w:rPr>
        <w:t xml:space="preserve"> </w:t>
      </w:r>
      <w:r>
        <w:rPr>
          <w:b/>
          <w:bCs/>
        </w:rPr>
        <w:t xml:space="preserve">as he slid down the slope beneath her.</w:t>
      </w:r>
      <w:r>
        <w:br/>
      </w:r>
      <w:r>
        <w:t xml:space="preserve">    (a) select (on a computer screen)</w:t>
      </w:r>
      <w:r>
        <w:br/>
      </w:r>
      <w:r>
        <w:t xml:space="preserve">    (b) long coarse hair on an animal</w:t>
      </w:r>
      <w:r>
        <w:br/>
      </w:r>
      <w:r>
        <w:t xml:space="preserve">    (c) exchange, convert, or pay off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Logan loaded a syringe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sedative</w:t>
      </w:r>
      <w:r>
        <w:rPr>
          <w:b/>
          <w:bCs/>
        </w:rPr>
        <w:t xml:space="preserve"> </w:t>
      </w:r>
      <w:r>
        <w:rPr>
          <w:b/>
          <w:bCs/>
        </w:rPr>
        <w:t xml:space="preserve">and stuffed some other things he thought he might need into the pockets of his parka.</w:t>
      </w:r>
      <w:r>
        <w:br/>
      </w:r>
      <w:r>
        <w:t xml:space="preserve">    (a) the reason for doing something; or the level of desire to do something</w:t>
      </w:r>
      <w:r>
        <w:br/>
      </w:r>
      <w:r>
        <w:t xml:space="preserve">    (b) a drug that calms or puts to sleep; or describing something as calming</w:t>
      </w:r>
      <w:r>
        <w:br/>
      </w:r>
      <w:r>
        <w:t xml:space="preserve">    (c) a serious mental disorder in which people interpret reality abnormally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 blurred mirror was giving her back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distorted</w:t>
      </w:r>
      <w:r>
        <w:rPr>
          <w:b/>
          <w:bCs/>
        </w:rPr>
        <w:t xml:space="preserve">, pink abstraction of herself, like a Francis Bacon painting, and Annie found it so disturbing that she turned off the light and went quickly back into the bedroom.</w:t>
      </w:r>
      <w:r>
        <w:br/>
      </w:r>
      <w:r>
        <w:t xml:space="preserve">    (a) altered in an unnatural or untrue way</w:t>
      </w:r>
      <w:r>
        <w:br/>
      </w:r>
      <w:r>
        <w:t xml:space="preserve">    (b) said (or make a sound) with the voice</w:t>
      </w:r>
      <w:r>
        <w:br/>
      </w:r>
      <w:r>
        <w:t xml:space="preserve">    (c) genetically changed through evolution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remembered how she had offered to do it and how hurt she had been when Grace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nonchalantly</w:t>
      </w:r>
      <w:r>
        <w:rPr>
          <w:b/>
          <w:bCs/>
        </w:rPr>
        <w:t xml:space="preserve"> </w:t>
      </w:r>
      <w:r>
        <w:rPr>
          <w:b/>
          <w:bCs/>
        </w:rPr>
        <w:t xml:space="preserve">that she'd rather Elsa do it.</w:t>
      </w:r>
      <w:r>
        <w:br/>
      </w:r>
      <w:r>
        <w:t xml:space="preserve">    (a) in a good or beneficial manner</w:t>
      </w:r>
      <w:r>
        <w:br/>
      </w:r>
      <w:r>
        <w:t xml:space="preserve">    (b) calmly (appearing unconcerned)</w:t>
      </w:r>
      <w:r>
        <w:br/>
      </w:r>
      <w:r>
        <w:t xml:space="preserve">    (c) in a manner that does not stop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footsteps as she came through the hall sounded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than angry.</w:t>
      </w:r>
      <w:r>
        <w:br/>
      </w:r>
      <w:r>
        <w:t xml:space="preserve">    (a) like someone who had accepted something undesired as unavoidable</w:t>
      </w:r>
      <w:r>
        <w:br/>
      </w:r>
      <w:r>
        <w:t xml:space="preserve">    (b) to be or to become used to (adapted to and with an expectation of)</w:t>
      </w:r>
      <w:r>
        <w:br/>
      </w:r>
      <w:r>
        <w:t xml:space="preserve">    (c) showed something -- such as demonstrated, expressed, or represented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would tell Gates that if he didn't reinstate Lucy Friedman she would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</w:t>
      </w:r>
      <w:r>
        <w:rPr>
          <w:b/>
          <w:bCs/>
        </w:rPr>
        <w:t xml:space="preserve">.</w:t>
      </w:r>
      <w:r>
        <w:br/>
      </w:r>
      <w:r>
        <w:t xml:space="preserve">    (a) rule</w:t>
      </w:r>
      <w:r>
        <w:br/>
      </w:r>
      <w:r>
        <w:t xml:space="preserve">    (b) draw</w:t>
      </w:r>
      <w:r>
        <w:br/>
      </w:r>
      <w:r>
        <w:t xml:space="preserve">    (c) quit her job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Dorothy Chen, who had devised a kind of matador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technique</w:t>
      </w:r>
      <w:r>
        <w:rPr>
          <w:b/>
          <w:bCs/>
        </w:rPr>
        <w:t xml:space="preserve"> </w:t>
      </w:r>
      <w:r>
        <w:rPr>
          <w:b/>
          <w:bCs/>
        </w:rPr>
        <w:t xml:space="preserve">to give him his daily shots, was rewarded by a perfect set of teeth marks on her shoulder.</w:t>
      </w:r>
      <w:r>
        <w:br/>
      </w:r>
      <w:r>
        <w:t xml:space="preserve">    (a) surrounding conditions</w:t>
      </w:r>
      <w:r>
        <w:br/>
      </w:r>
      <w:r>
        <w:t xml:space="preserve">    (b) way of doing something</w:t>
      </w:r>
      <w:r>
        <w:br/>
      </w:r>
      <w:r>
        <w:t xml:space="preserve">    (c) not easily set on fire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stallion</w:t>
      </w:r>
      <w:r>
        <w:rPr>
          <w:b/>
          <w:bCs/>
        </w:rPr>
        <w:t xml:space="preserve"> </w:t>
      </w:r>
      <w:r>
        <w:rPr>
          <w:b/>
          <w:bCs/>
        </w:rPr>
        <w:t xml:space="preserve">by the name of Cruiser, once the fastest racehorse in the land.</w:t>
      </w:r>
      <w:r>
        <w:br/>
      </w:r>
      <w:r>
        <w:t xml:space="preserve">    (a) of the philosophical &amp; religious system based on the teachings of Laozi (also spelled Taoist)</w:t>
      </w:r>
      <w:r>
        <w:br/>
      </w:r>
      <w:r>
        <w:t xml:space="preserve">    (b) a large, elongated gland located behind the stomach that secretes digestive enzymes and insulin</w:t>
      </w:r>
      <w:r>
        <w:br/>
      </w:r>
      <w:r>
        <w:t xml:space="preserve">    (c) a male horse that has not been castrated (gelded) -- especially one used for breeding purposes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Quite why the life of a savage horse slammed up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squalid</w:t>
      </w:r>
      <w:r>
        <w:rPr>
          <w:b/>
          <w:bCs/>
        </w:rPr>
        <w:t xml:space="preserve"> </w:t>
      </w:r>
      <w:r>
        <w:rPr>
          <w:b/>
          <w:bCs/>
        </w:rPr>
        <w:t xml:space="preserve">country stall should seem now so crucially linked with her daughter's decline, Annie had no idea.</w:t>
      </w:r>
      <w:r>
        <w:br/>
      </w:r>
      <w:r>
        <w:t xml:space="preserve">    (a) the state or degree of being greater than zero</w:t>
      </w:r>
      <w:r>
        <w:br/>
      </w:r>
      <w:r>
        <w:t xml:space="preserve">    (b) with the involvement of other people or things</w:t>
      </w:r>
      <w:r>
        <w:br/>
      </w:r>
      <w:r>
        <w:t xml:space="preserve">    (c) dirty and unpleasant; or (more rarely) immoral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his mare, Bronty, was about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foal</w:t>
      </w:r>
      <w:r>
        <w:rPr>
          <w:b/>
          <w:bCs/>
        </w:rPr>
        <w:t xml:space="preserve"> </w:t>
      </w:r>
      <w:r>
        <w:rPr>
          <w:b/>
          <w:bCs/>
        </w:rPr>
        <w:t xml:space="preserve">and he'd had to leave her back in Montana.</w:t>
      </w:r>
      <w:r>
        <w:br/>
      </w:r>
      <w:r>
        <w:t xml:space="preserve">    (a) give an opinion of what is wrong with something</w:t>
      </w:r>
      <w:r>
        <w:br/>
      </w:r>
      <w:r>
        <w:t xml:space="preserve">    (b) a young horse; or giving birth to a young horse</w:t>
      </w:r>
      <w:r>
        <w:br/>
      </w:r>
      <w:r>
        <w:t xml:space="preserve">    (c) mark important text; or the text that is marked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litigation</w:t>
      </w:r>
      <w:r>
        <w:rPr>
          <w:b/>
          <w:bCs/>
        </w:rPr>
        <w:t xml:space="preserve"> </w:t>
      </w:r>
      <w:r>
        <w:rPr>
          <w:b/>
          <w:bCs/>
        </w:rPr>
        <w:t xml:space="preserve">dragged on for three years.</w:t>
      </w:r>
      <w:r>
        <w:br/>
      </w:r>
      <w:r>
        <w:t xml:space="preserve">    (a) thing that affects a result or outcome</w:t>
      </w:r>
      <w:r>
        <w:br/>
      </w:r>
      <w:r>
        <w:t xml:space="preserve">    (b) the process of a engaging in a lawsuit</w:t>
      </w:r>
      <w:r>
        <w:br/>
      </w:r>
      <w:r>
        <w:t xml:space="preserve">    (c) job, reservation, booking, or activity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First, as usual, he would call the personal injury lawyer they'd hired to look after the convoluted legal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farce</w:t>
      </w:r>
      <w:r>
        <w:rPr>
          <w:b/>
          <w:bCs/>
        </w:rPr>
        <w:t xml:space="preserve"> </w:t>
      </w:r>
      <w:r>
        <w:rPr>
          <w:b/>
          <w:bCs/>
        </w:rPr>
        <w:t xml:space="preserve">Grace's accident seemed destined to become.</w:t>
      </w:r>
      <w:r>
        <w:br/>
      </w:r>
      <w:r>
        <w:t xml:space="preserve">    (a) treat in a manner that demonstrates a sense of superiority, but is supposed to seem kind  OR  the actions of a patron (to support someone or something; or to be a customer)</w:t>
      </w:r>
      <w:r>
        <w:br/>
      </w:r>
      <w:r>
        <w:t xml:space="preserve">    (b) (verb) to intentionally anger, challenge, or upset someone -- especially by mocking them or hurling insults  OR  (noun) an insult or other action intended to anger, challenge, or upset someone</w:t>
      </w:r>
      <w:r>
        <w:br/>
      </w:r>
      <w:r>
        <w:t xml:space="preserve">    (c) a ridiculous, exaggerated situation too absurd to be taken seriously; or a type of comedy that relies on absurd humor, using physical slapstick, unlikely situations, and deliberate misunderstandings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seemed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tacit</w:t>
      </w:r>
      <w:r>
        <w:rPr>
          <w:b/>
          <w:bCs/>
        </w:rPr>
        <w:t xml:space="preserve"> </w:t>
      </w:r>
      <w:r>
        <w:rPr>
          <w:b/>
          <w:bCs/>
        </w:rPr>
        <w:t xml:space="preserve">and exploitable acknowledgment that it was wrong to have forced Grace to join this escapade.</w:t>
      </w:r>
      <w:r>
        <w:br/>
      </w:r>
      <w:r>
        <w:t xml:space="preserve">    (a) implied</w:t>
      </w:r>
      <w:r>
        <w:br/>
      </w:r>
      <w:r>
        <w:t xml:space="preserve">    (b) outside</w:t>
      </w:r>
      <w:r>
        <w:br/>
      </w:r>
      <w:r>
        <w:t xml:space="preserve">    (c) certain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 forty miles into Montana, neither looking nor caring where it led, she took an exit off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interstate</w:t>
      </w:r>
      <w:r>
        <w:rPr>
          <w:b/>
          <w:bCs/>
        </w:rPr>
        <w:t xml:space="preserve">.</w:t>
      </w:r>
      <w:r>
        <w:br/>
      </w:r>
      <w:r>
        <w:t xml:space="preserve">    (a) freeway, or highway that runs between states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relating to the mutual relations between states -- especially of the United States</w:t>
      </w:r>
      <w:r>
        <w:br/>
      </w:r>
      <w:r>
        <w:t xml:space="preserve">    (b) the result of numerical division (if 8 divided by 4 = 2, then 8 can be described as the dividend, 4 as the divisor, and 2 as the quotient)</w:t>
      </w:r>
      <w:r>
        <w:br/>
      </w:r>
      <w:r>
        <w:t xml:space="preserve">    (c)</w:t>
      </w:r>
      <w:r>
        <w:t xml:space="preserve"> </w:t>
      </w:r>
      <w:r>
        <w:rPr>
          <w:u w:val="single"/>
        </w:rPr>
        <w:t xml:space="preserve">n</w:t>
      </w:r>
      <w:r>
        <w:t xml:space="preserve">on-</w:t>
      </w:r>
      <w:r>
        <w:rPr>
          <w:u w:val="single"/>
        </w:rPr>
        <w:t xml:space="preserve">g</w:t>
      </w:r>
      <w:r>
        <w:t xml:space="preserve">overnmental</w:t>
      </w:r>
      <w:r>
        <w:t xml:space="preserve"> </w:t>
      </w:r>
      <w:r>
        <w:rPr>
          <w:u w:val="single"/>
        </w:rPr>
        <w:t xml:space="preserve">o</w:t>
      </w:r>
      <w:r>
        <w:t xml:space="preserve">rganization (private, non-profit organization working for member goals at the international level)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horse's white-socked feet made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intricate</w:t>
      </w:r>
      <w:r>
        <w:rPr>
          <w:b/>
          <w:bCs/>
        </w:rPr>
        <w:t xml:space="preserve"> </w:t>
      </w:r>
      <w:r>
        <w:rPr>
          <w:b/>
          <w:bCs/>
        </w:rPr>
        <w:t xml:space="preserve">steps without any visible guidance, steered, so it seemed to Annie, by Tom's thoughts alone.</w:t>
      </w:r>
      <w:r>
        <w:br/>
      </w:r>
      <w:r>
        <w:t xml:space="preserve">    (a) complicated -- having many complexly arranged elements</w:t>
      </w:r>
      <w:r>
        <w:br/>
      </w:r>
      <w:r>
        <w:t xml:space="preserve">    (b) the degree to which something can be solved or settled</w:t>
      </w:r>
      <w:r>
        <w:br/>
      </w:r>
      <w:r>
        <w:t xml:space="preserve">    (c) not capable of being suffered through (or put up with)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as though their mere survival in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daunting</w:t>
      </w:r>
      <w:r>
        <w:rPr>
          <w:b/>
          <w:bCs/>
        </w:rPr>
        <w:t xml:space="preserve"> </w:t>
      </w:r>
      <w:r>
        <w:rPr>
          <w:b/>
          <w:bCs/>
        </w:rPr>
        <w:t xml:space="preserve">land were in itself some mighty triumph.</w:t>
      </w:r>
      <w:r>
        <w:br/>
      </w:r>
      <w:r>
        <w:t xml:space="preserve">    (a) subsequent (happening later)</w:t>
      </w:r>
      <w:r>
        <w:br/>
      </w:r>
      <w:r>
        <w:t xml:space="preserve">    (b) discouraging or intimidating</w:t>
      </w:r>
      <w:r>
        <w:br/>
      </w:r>
      <w:r>
        <w:t xml:space="preserve">    (c) gradually adding or removing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Well, they all had, but there was something special about the way Diane talked with her, something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confiding</w:t>
      </w:r>
      <w:r>
        <w:rPr>
          <w:b/>
          <w:bCs/>
        </w:rPr>
        <w:t xml:space="preserve">, almost sisterly.</w:t>
      </w:r>
      <w:r>
        <w:br/>
      </w:r>
      <w:r>
        <w:t xml:space="preserve">    (a) viewing in a certain way so as to form a belief or opinion</w:t>
      </w:r>
      <w:r>
        <w:br/>
      </w:r>
      <w:r>
        <w:t xml:space="preserve">    (b) showing, demonstrating, determining, or causing acceptance</w:t>
      </w:r>
      <w:r>
        <w:br/>
      </w:r>
      <w:r>
        <w:t xml:space="preserve">    (c) placing trust (in someone) by talking about private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Inquests of stunning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objectivity</w:t>
      </w:r>
      <w:r>
        <w:rPr>
          <w:b/>
          <w:bCs/>
        </w:rPr>
        <w:t xml:space="preserve"> </w:t>
      </w:r>
      <w:r>
        <w:rPr>
          <w:b/>
          <w:bCs/>
        </w:rPr>
        <w:t xml:space="preserve">were held and Annie learned for the first time how facts could be so subtly rearranged to render different truths.</w:t>
      </w:r>
      <w:r>
        <w:br/>
      </w:r>
      <w:r>
        <w:t xml:space="preserve">    (a) "spiritually renews" in a Christian ceremony  OR  initiates or purifies by a challenging experience</w:t>
      </w:r>
      <w:r>
        <w:br/>
      </w:r>
      <w:r>
        <w:t xml:space="preserve">    (b) growth hormone -- a hormone produced by the anterior pituitary gland that promotes growth in humans</w:t>
      </w:r>
      <w:r>
        <w:br/>
      </w:r>
      <w:r>
        <w:t xml:space="preserve">    (c) understanding or decisions based on facts without the influence of personal feelings or preferences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2026-07-31T16:53:44Z</dcterms:created>
  <dcterms:modified xsi:type="dcterms:W3CDTF">2026-07-31T16:53:44Z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