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f762d41d52fc2069c264e67b6ff1a6fa56dca3"/>
    <w:p>
      <w:pPr>
        <w:pStyle w:val="Heading1"/>
      </w:pPr>
      <w:r>
        <w:rPr>
          <w:b/>
          <w:bCs/>
        </w:rPr>
        <w:t xml:space="preserve">The Hobbit</w:t>
      </w:r>
      <w:r>
        <w:br/>
      </w:r>
      <w:r>
        <w:rPr>
          <w:i/>
          <w:iCs/>
        </w:rPr>
        <w:t xml:space="preserve">J. R. R. Tolkien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audacious</w:t>
      </w:r>
      <w:r>
        <w:rPr>
          <w:b/>
          <w:bCs/>
        </w:rPr>
        <w:t xml:space="preserve"> </w:t>
      </w:r>
      <w:r>
        <w:rPr>
          <w:b/>
          <w:bCs/>
        </w:rPr>
        <w:t xml:space="preserve">plan.</w:t>
      </w:r>
      <w:r>
        <w:br/>
      </w:r>
      <w:r>
        <w:t xml:space="preserve">    (a) likely to succeed</w:t>
      </w:r>
      <w:r>
        <w:br/>
      </w:r>
      <w:r>
        <w:t xml:space="preserve">    (b) bold and daring</w:t>
      </w:r>
      <w:r>
        <w:br/>
      </w:r>
      <w:r>
        <w:t xml:space="preserve">    (c) improperly considered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labeled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conspirator</w:t>
      </w:r>
      <w:r>
        <w:rPr>
          <w:b/>
          <w:bCs/>
        </w:rPr>
        <w:t xml:space="preserve"> </w:t>
      </w:r>
      <w:r>
        <w:rPr>
          <w:b/>
          <w:bCs/>
        </w:rPr>
        <w:t xml:space="preserve">after leaked documents revealed her involvement in the plan.</w:t>
      </w:r>
      <w:r>
        <w:br/>
      </w:r>
      <w:r>
        <w:t xml:space="preserve">    (a) critic of a literary work</w:t>
      </w:r>
      <w:r>
        <w:br/>
      </w:r>
      <w:r>
        <w:t xml:space="preserve">    (b) observer of a public event</w:t>
      </w:r>
      <w:r>
        <w:br/>
      </w:r>
      <w:r>
        <w:t xml:space="preserve">    (c) member of a secret plot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hard to get her to consider a change because she is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contented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way things are.</w:t>
      </w:r>
      <w:r>
        <w:br/>
      </w:r>
      <w:r>
        <w:t xml:space="preserve">    (a) concerned</w:t>
      </w:r>
      <w:r>
        <w:br/>
      </w:r>
      <w:r>
        <w:t xml:space="preserve">    (b) stubborn</w:t>
      </w:r>
      <w:r>
        <w:br/>
      </w:r>
      <w:r>
        <w:t xml:space="preserve">    (c) satisfied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in her book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desolate</w:t>
      </w:r>
      <w:r>
        <w:rPr>
          <w:b/>
          <w:bCs/>
        </w:rPr>
        <w:t xml:space="preserve"> </w:t>
      </w:r>
      <w:r>
        <w:rPr>
          <w:b/>
          <w:bCs/>
        </w:rPr>
        <w:t xml:space="preserve">desert photographs.</w:t>
      </w:r>
      <w:r>
        <w:br/>
      </w:r>
      <w:r>
        <w:t xml:space="preserve">    (a) empty</w:t>
      </w:r>
      <w:r>
        <w:br/>
      </w:r>
      <w:r>
        <w:t xml:space="preserve">    (b) bright</w:t>
      </w:r>
      <w:r>
        <w:br/>
      </w:r>
      <w:r>
        <w:t xml:space="preserve">    (c) detailed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armies fought over the region for years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desolated</w:t>
      </w:r>
      <w:r>
        <w:rPr>
          <w:b/>
          <w:bCs/>
        </w:rPr>
        <w:t xml:space="preserve"> </w:t>
      </w:r>
      <w:r>
        <w:rPr>
          <w:b/>
          <w:bCs/>
        </w:rPr>
        <w:t xml:space="preserve">it in the process.</w:t>
      </w:r>
      <w:r>
        <w:br/>
      </w:r>
      <w:r>
        <w:t xml:space="preserve">    (a) destroyed</w:t>
      </w:r>
      <w:r>
        <w:br/>
      </w:r>
      <w:r>
        <w:t xml:space="preserve">    (b) thoroughly understood</w:t>
      </w:r>
      <w:r>
        <w:br/>
      </w:r>
      <w:r>
        <w:t xml:space="preserve">    (c) took control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lions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devoured</w:t>
      </w:r>
      <w:r>
        <w:rPr>
          <w:b/>
          <w:bCs/>
        </w:rPr>
        <w:t xml:space="preserve"> </w:t>
      </w:r>
      <w:r>
        <w:rPr>
          <w:b/>
          <w:bCs/>
        </w:rPr>
        <w:t xml:space="preserve">the antelope.</w:t>
      </w:r>
      <w:r>
        <w:br/>
      </w:r>
      <w:r>
        <w:t xml:space="preserve">    (a) ate</w:t>
      </w:r>
      <w:r>
        <w:br/>
      </w:r>
      <w:r>
        <w:t xml:space="preserve">    (b) caught</w:t>
      </w:r>
      <w:r>
        <w:br/>
      </w:r>
      <w:r>
        <w:t xml:space="preserve">    (c) killed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Over a thousand acres of the forest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devoured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flames.</w:t>
      </w:r>
      <w:r>
        <w:br/>
      </w:r>
      <w:r>
        <w:t xml:space="preserve">    (a) endangered</w:t>
      </w:r>
      <w:r>
        <w:br/>
      </w:r>
      <w:r>
        <w:t xml:space="preserve">    (b) spared</w:t>
      </w:r>
      <w:r>
        <w:br/>
      </w:r>
      <w:r>
        <w:t xml:space="preserve">    (c) destroyed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family has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dwelled</w:t>
      </w:r>
      <w:r>
        <w:rPr>
          <w:b/>
          <w:bCs/>
        </w:rPr>
        <w:t xml:space="preserve"> </w:t>
      </w:r>
      <w:r>
        <w:rPr>
          <w:b/>
          <w:bCs/>
        </w:rPr>
        <w:t xml:space="preserve">in that valley for ten generations.</w:t>
      </w:r>
      <w:r>
        <w:br/>
      </w:r>
      <w:r>
        <w:t xml:space="preserve">    (a) looked</w:t>
      </w:r>
      <w:r>
        <w:br/>
      </w:r>
      <w:r>
        <w:t xml:space="preserve">    (b) lived</w:t>
      </w:r>
      <w:r>
        <w:br/>
      </w:r>
      <w:r>
        <w:t xml:space="preserve">    (c) visited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searched the entire valley and did not find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dwelling</w:t>
      </w:r>
      <w:r>
        <w:rPr>
          <w:b/>
          <w:bCs/>
        </w:rPr>
        <w:t xml:space="preserve">.</w:t>
      </w:r>
      <w:r>
        <w:br/>
      </w:r>
      <w:r>
        <w:t xml:space="preserve">    (a) home</w:t>
      </w:r>
      <w:r>
        <w:br/>
      </w:r>
      <w:r>
        <w:t xml:space="preserve">    (b) horse</w:t>
      </w:r>
      <w:r>
        <w:br/>
      </w:r>
      <w:r>
        <w:t xml:space="preserve">    (c) deep well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unexpected question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flustered</w:t>
      </w:r>
      <w:r>
        <w:rPr>
          <w:b/>
          <w:bCs/>
        </w:rPr>
        <w:t xml:space="preserve"> </w:t>
      </w:r>
      <w:r>
        <w:rPr>
          <w:b/>
          <w:bCs/>
        </w:rPr>
        <w:t xml:space="preserve">her during the interview.</w:t>
      </w:r>
      <w:r>
        <w:br/>
      </w:r>
      <w:r>
        <w:t xml:space="preserve">    (a) caused a state of angry resentment</w:t>
      </w:r>
      <w:r>
        <w:br/>
      </w:r>
      <w:r>
        <w:t xml:space="preserve">    (b) caused a state of nervous confusion</w:t>
      </w:r>
      <w:r>
        <w:br/>
      </w:r>
      <w:r>
        <w:t xml:space="preserve">    (c) caused a state of humor and delight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felt a sense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foreboding</w:t>
      </w:r>
      <w:r>
        <w:rPr>
          <w:b/>
          <w:bCs/>
        </w:rPr>
        <w:t xml:space="preserve"> </w:t>
      </w:r>
      <w:r>
        <w:rPr>
          <w:b/>
          <w:bCs/>
        </w:rPr>
        <w:t xml:space="preserve">as she approached the abandoned house.</w:t>
      </w:r>
      <w:r>
        <w:br/>
      </w:r>
      <w:r>
        <w:t xml:space="preserve">    (a) memory of past joy</w:t>
      </w:r>
      <w:r>
        <w:br/>
      </w:r>
      <w:r>
        <w:t xml:space="preserve">    (b) wave of sudden relief</w:t>
      </w:r>
      <w:r>
        <w:br/>
      </w:r>
      <w:r>
        <w:t xml:space="preserve">    (c) dread of what's coming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hoarded</w:t>
      </w:r>
      <w:r>
        <w:rPr>
          <w:b/>
          <w:bCs/>
        </w:rPr>
        <w:t xml:space="preserve"> </w:t>
      </w:r>
      <w:r>
        <w:rPr>
          <w:b/>
          <w:bCs/>
        </w:rPr>
        <w:t xml:space="preserve">so many things, you can barely step into her apartment.</w:t>
      </w:r>
      <w:r>
        <w:br/>
      </w:r>
      <w:r>
        <w:t xml:space="preserve">    (a) stacked in piles</w:t>
      </w:r>
      <w:r>
        <w:br/>
      </w:r>
      <w:r>
        <w:t xml:space="preserve">    (b) made a mess of</w:t>
      </w:r>
      <w:r>
        <w:br/>
      </w:r>
      <w:r>
        <w:t xml:space="preserve">    (c) gathered &amp; stored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journalist's investigation put her in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peril</w:t>
      </w:r>
      <w:r>
        <w:rPr>
          <w:b/>
          <w:bCs/>
        </w:rPr>
        <w:t xml:space="preserve">.</w:t>
      </w:r>
      <w:r>
        <w:br/>
      </w:r>
      <w:r>
        <w:t xml:space="preserve">    (a) weariness</w:t>
      </w:r>
      <w:r>
        <w:br/>
      </w:r>
      <w:r>
        <w:t xml:space="preserve">    (b) fame</w:t>
      </w:r>
      <w:r>
        <w:br/>
      </w:r>
      <w:r>
        <w:t xml:space="preserve">    (c) danger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 work together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</w:t>
      </w:r>
      <w:r>
        <w:rPr>
          <w:b/>
          <w:bCs/>
        </w:rPr>
        <w:t xml:space="preserve"> </w:t>
      </w:r>
      <w:r>
        <w:rPr>
          <w:b/>
          <w:bCs/>
        </w:rPr>
        <w:t xml:space="preserve">separately.</w:t>
      </w:r>
      <w:r>
        <w:br/>
      </w:r>
      <w:r>
        <w:t xml:space="preserve">    (a) die</w:t>
      </w:r>
      <w:r>
        <w:br/>
      </w:r>
      <w:r>
        <w:t xml:space="preserve">    (b) work</w:t>
      </w:r>
      <w:r>
        <w:br/>
      </w:r>
      <w:r>
        <w:t xml:space="preserve">    (c) fail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a hard workout, it's good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replenish</w:t>
      </w:r>
      <w:r>
        <w:rPr>
          <w:b/>
          <w:bCs/>
        </w:rPr>
        <w:t xml:space="preserve"> </w:t>
      </w:r>
      <w:r>
        <w:rPr>
          <w:b/>
          <w:bCs/>
        </w:rPr>
        <w:t xml:space="preserve">the water and nutrients your body used up.</w:t>
      </w:r>
      <w:r>
        <w:br/>
      </w:r>
      <w:r>
        <w:t xml:space="preserve">    (a) measure</w:t>
      </w:r>
      <w:r>
        <w:br/>
      </w:r>
      <w:r>
        <w:t xml:space="preserve">    (b) replace</w:t>
      </w:r>
      <w:r>
        <w:br/>
      </w:r>
      <w:r>
        <w:t xml:space="preserve">    (c) consider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solemn</w:t>
      </w:r>
      <w:r>
        <w:rPr>
          <w:b/>
          <w:bCs/>
        </w:rPr>
        <w:t xml:space="preserve"> </w:t>
      </w:r>
      <w:r>
        <w:rPr>
          <w:b/>
          <w:bCs/>
        </w:rPr>
        <w:t xml:space="preserve">at the funeral.</w:t>
      </w:r>
      <w:r>
        <w:br/>
      </w:r>
      <w:r>
        <w:t xml:space="preserve">    (a) teary eyed</w:t>
      </w:r>
      <w:r>
        <w:br/>
      </w:r>
      <w:r>
        <w:t xml:space="preserve">    (b) serious and dignified</w:t>
      </w:r>
      <w:r>
        <w:br/>
      </w:r>
      <w:r>
        <w:t xml:space="preserve">    (c) dressed in dark colors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Is there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sufficient</w:t>
      </w:r>
      <w:r>
        <w:rPr>
          <w:b/>
          <w:bCs/>
        </w:rPr>
        <w:t xml:space="preserve"> </w:t>
      </w:r>
      <w:r>
        <w:rPr>
          <w:b/>
          <w:bCs/>
        </w:rPr>
        <w:t xml:space="preserve">cause for a search warrant?</w:t>
      </w:r>
      <w:r>
        <w:br/>
      </w:r>
      <w:r>
        <w:t xml:space="preserve">    (a) adequate (enough)</w:t>
      </w:r>
      <w:r>
        <w:br/>
      </w:r>
      <w:r>
        <w:t xml:space="preserve">    (b) dangerous</w:t>
      </w:r>
      <w:r>
        <w:br/>
      </w:r>
      <w:r>
        <w:t xml:space="preserve">    (c) clear or obvious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a gorgeous beach, but the waves make swimming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treacherous</w:t>
      </w:r>
      <w:r>
        <w:rPr>
          <w:b/>
          <w:bCs/>
        </w:rPr>
        <w:t xml:space="preserve">.</w:t>
      </w:r>
      <w:r>
        <w:br/>
      </w:r>
      <w:r>
        <w:t xml:space="preserve">    (a) exciting</w:t>
      </w:r>
      <w:r>
        <w:br/>
      </w:r>
      <w:r>
        <w:t xml:space="preserve">    (b) impossible</w:t>
      </w:r>
      <w:r>
        <w:br/>
      </w:r>
      <w:r>
        <w:t xml:space="preserve">    (c) dangerous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treacherous</w:t>
      </w:r>
      <w:r>
        <w:rPr>
          <w:b/>
          <w:bCs/>
        </w:rPr>
        <w:t xml:space="preserve"> </w:t>
      </w:r>
      <w:r>
        <w:rPr>
          <w:b/>
          <w:bCs/>
        </w:rPr>
        <w:t xml:space="preserve">act.</w:t>
      </w:r>
      <w:r>
        <w:br/>
      </w:r>
      <w:r>
        <w:t xml:space="preserve">    (a) especially cruel</w:t>
      </w:r>
      <w:r>
        <w:br/>
      </w:r>
      <w:r>
        <w:t xml:space="preserve">    (b) highly moral</w:t>
      </w:r>
      <w:r>
        <w:br/>
      </w:r>
      <w:r>
        <w:t xml:space="preserve">    (c) betraying trust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were surprised that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venerable</w:t>
      </w:r>
      <w:r>
        <w:rPr>
          <w:b/>
          <w:bCs/>
        </w:rPr>
        <w:t xml:space="preserve"> </w:t>
      </w:r>
      <w:r>
        <w:rPr>
          <w:b/>
          <w:bCs/>
        </w:rPr>
        <w:t xml:space="preserve">institution like Bear Stearns could so rapidly go out of business.</w:t>
      </w:r>
      <w:r>
        <w:br/>
      </w:r>
      <w:r>
        <w:t xml:space="preserve">    (a) popular</w:t>
      </w:r>
      <w:r>
        <w:br/>
      </w:r>
      <w:r>
        <w:t xml:space="preserve">    (b) long respected</w:t>
      </w:r>
      <w:r>
        <w:br/>
      </w:r>
      <w:r>
        <w:t xml:space="preserve">    (c) large and successful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2026-07-31T15:15:59Z</dcterms:created>
  <dcterms:modified xsi:type="dcterms:W3CDTF">2026-07-31T15:15:59Z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