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e36f3f6ca3ff1cd0f90b4b536b329f6f4f29d0"/>
    <w:p>
      <w:pPr>
        <w:pStyle w:val="Heading1"/>
      </w:pPr>
      <w:r>
        <w:rPr>
          <w:b/>
          <w:bCs/>
        </w:rPr>
        <w:t xml:space="preserve">The Hobbit</w:t>
      </w:r>
      <w:r>
        <w:br/>
      </w:r>
      <w:r>
        <w:rPr>
          <w:i/>
          <w:iCs/>
        </w:rPr>
        <w:t xml:space="preserve">J. R. R. Tolkien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antiquated</w:t>
      </w:r>
      <w:r>
        <w:rPr>
          <w:b/>
          <w:bCs/>
        </w:rPr>
        <w:t xml:space="preserve"> </w:t>
      </w:r>
      <w:r>
        <w:rPr>
          <w:b/>
          <w:bCs/>
        </w:rPr>
        <w:t xml:space="preserve">beliefs often clashed with the views of her younger colleagues.</w:t>
      </w:r>
      <w:r>
        <w:br/>
      </w:r>
      <w:r>
        <w:t xml:space="preserve">    (a) modern</w:t>
      </w:r>
      <w:r>
        <w:br/>
      </w:r>
      <w:r>
        <w:t xml:space="preserve">    (b) complicated</w:t>
      </w:r>
      <w:r>
        <w:br/>
      </w:r>
      <w:r>
        <w:t xml:space="preserve">    (c) old-fashioned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Helicopters dropped food and medicine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besieged</w:t>
      </w:r>
      <w:r>
        <w:rPr>
          <w:b/>
          <w:bCs/>
        </w:rPr>
        <w:t xml:space="preserve"> </w:t>
      </w:r>
      <w:r>
        <w:rPr>
          <w:b/>
          <w:bCs/>
        </w:rPr>
        <w:t xml:space="preserve">city.</w:t>
      </w:r>
      <w:r>
        <w:br/>
      </w:r>
      <w:r>
        <w:t xml:space="preserve">    (a) flooded</w:t>
      </w:r>
      <w:r>
        <w:br/>
      </w:r>
      <w:r>
        <w:t xml:space="preserve">    (b) surrounded</w:t>
      </w:r>
      <w:r>
        <w:br/>
      </w:r>
      <w:r>
        <w:t xml:space="preserve">    (c) hungry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deductions</w:t>
      </w:r>
      <w:r>
        <w:rPr>
          <w:b/>
          <w:bCs/>
        </w:rPr>
        <w:t xml:space="preserve"> </w:t>
      </w:r>
      <w:r>
        <w:rPr>
          <w:b/>
          <w:bCs/>
        </w:rPr>
        <w:t xml:space="preserve">for taxes and health insurance, her take-home pay was significantly less than her gross salary.</w:t>
      </w:r>
      <w:r>
        <w:br/>
      </w:r>
      <w:r>
        <w:t xml:space="preserve">    (a) salary increments</w:t>
      </w:r>
      <w:r>
        <w:br/>
      </w:r>
      <w:r>
        <w:t xml:space="preserve">    (b) extra bonuses</w:t>
      </w:r>
      <w:r>
        <w:br/>
      </w:r>
      <w:r>
        <w:t xml:space="preserve">    (c) amounts subtracted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skipped lunch and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famished</w:t>
      </w:r>
      <w:r>
        <w:rPr>
          <w:b/>
          <w:bCs/>
        </w:rPr>
        <w:t xml:space="preserve"> </w:t>
      </w:r>
      <w:r>
        <w:rPr>
          <w:b/>
          <w:bCs/>
        </w:rPr>
        <w:t xml:space="preserve">by dinner time.</w:t>
      </w:r>
      <w:r>
        <w:br/>
      </w:r>
      <w:r>
        <w:t xml:space="preserve">    (a) very tired</w:t>
      </w:r>
      <w:r>
        <w:br/>
      </w:r>
      <w:r>
        <w:t xml:space="preserve">    (b) very full</w:t>
      </w:r>
      <w:r>
        <w:br/>
      </w:r>
      <w:r>
        <w:t xml:space="preserve">    (c) very hungry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patience or tolerance</w:t>
      </w:r>
      <w:r>
        <w:br/>
      </w:r>
      <w:r>
        <w:t xml:space="preserve">    (c) financial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brace I have to wear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hindering</w:t>
      </w:r>
      <w:r>
        <w:rPr>
          <w:b/>
          <w:bCs/>
        </w:rPr>
        <w:t xml:space="preserve"> </w:t>
      </w:r>
      <w:r>
        <w:rPr>
          <w:b/>
          <w:bCs/>
        </w:rPr>
        <w:t xml:space="preserve">my movements</w:t>
      </w:r>
      <w:r>
        <w:br/>
      </w:r>
      <w:r>
        <w:t xml:space="preserve">    (a) drawing attention to</w:t>
      </w:r>
      <w:r>
        <w:br/>
      </w:r>
      <w:r>
        <w:t xml:space="preserve">    (b) making difficult</w:t>
      </w:r>
      <w:r>
        <w:br/>
      </w:r>
      <w:r>
        <w:t xml:space="preserve">    (c) helping or assisting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way of arousing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ire</w:t>
      </w:r>
      <w:r>
        <w:rPr>
          <w:b/>
          <w:bCs/>
        </w:rPr>
        <w:t xml:space="preserve">.</w:t>
      </w:r>
      <w:r>
        <w:br/>
      </w:r>
      <w:r>
        <w:t xml:space="preserve">    (a) curiosity</w:t>
      </w:r>
      <w:r>
        <w:br/>
      </w:r>
      <w:r>
        <w:t xml:space="preserve">    (b) guilt</w:t>
      </w:r>
      <w:r>
        <w:br/>
      </w:r>
      <w:r>
        <w:t xml:space="preserve">    (c) anger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obliged</w:t>
      </w:r>
      <w:r>
        <w:rPr>
          <w:b/>
          <w:bCs/>
        </w:rPr>
        <w:t xml:space="preserve"> </w:t>
      </w:r>
      <w:r>
        <w:rPr>
          <w:b/>
          <w:bCs/>
        </w:rPr>
        <w:t xml:space="preserve">if you could help me lift this.</w:t>
      </w:r>
      <w:r>
        <w:br/>
      </w:r>
      <w:r>
        <w:t xml:space="preserve">    (a) paying</w:t>
      </w:r>
      <w:r>
        <w:br/>
      </w:r>
      <w:r>
        <w:t xml:space="preserve">    (b) grateful</w:t>
      </w:r>
      <w:r>
        <w:br/>
      </w:r>
      <w:r>
        <w:t xml:space="preserve">    (c) surprised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artist's studio was filled with brushes, paints, canvases, and other creative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paraphernalia</w:t>
      </w:r>
      <w:r>
        <w:rPr>
          <w:b/>
          <w:bCs/>
        </w:rPr>
        <w:t xml:space="preserve">.</w:t>
      </w:r>
      <w:r>
        <w:br/>
      </w:r>
      <w:r>
        <w:t xml:space="preserve">    (a) items that need to be kept indoors</w:t>
      </w:r>
      <w:r>
        <w:br/>
      </w:r>
      <w:r>
        <w:t xml:space="preserve">    (b) items that are hard to obtain</w:t>
      </w:r>
      <w:r>
        <w:br/>
      </w:r>
      <w:r>
        <w:t xml:space="preserve">    (c) items that accompany a given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days of fighting, the generals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parley</w:t>
      </w:r>
      <w:r>
        <w:rPr>
          <w:b/>
          <w:bCs/>
        </w:rPr>
        <w:t xml:space="preserve"> </w:t>
      </w:r>
      <w:r>
        <w:rPr>
          <w:b/>
          <w:bCs/>
        </w:rPr>
        <w:t xml:space="preserve">at dawn to seek a peaceful resolution.</w:t>
      </w:r>
      <w:r>
        <w:br/>
      </w:r>
      <w:r>
        <w:t xml:space="preserve">    (a) duel</w:t>
      </w:r>
      <w:r>
        <w:br/>
      </w:r>
      <w:r>
        <w:t xml:space="preserve">    (b) retreat</w:t>
      </w:r>
      <w:r>
        <w:br/>
      </w:r>
      <w:r>
        <w:t xml:space="preserve">    (c) negotiate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pirates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plundered</w:t>
      </w:r>
      <w:r>
        <w:rPr>
          <w:b/>
          <w:bCs/>
        </w:rPr>
        <w:t xml:space="preserve"> </w:t>
      </w:r>
      <w:r>
        <w:rPr>
          <w:b/>
          <w:bCs/>
        </w:rPr>
        <w:t xml:space="preserve">small towns on that part of the coast.</w:t>
      </w:r>
      <w:r>
        <w:br/>
      </w:r>
      <w:r>
        <w:t xml:space="preserve">    (a) burned down</w:t>
      </w:r>
      <w:r>
        <w:br/>
      </w:r>
      <w:r>
        <w:t xml:space="preserve">    (b) stole from</w:t>
      </w:r>
      <w:r>
        <w:br/>
      </w:r>
      <w:r>
        <w:t xml:space="preserve">    (c) threatened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skied off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precipice</w:t>
      </w:r>
      <w:r>
        <w:rPr>
          <w:b/>
          <w:bCs/>
        </w:rPr>
        <w:t xml:space="preserve">, dropped her skis in midair, and then opened a parachute.</w:t>
      </w:r>
      <w:r>
        <w:br/>
      </w:r>
      <w:r>
        <w:t xml:space="preserve">    (a) steep cliff</w:t>
      </w:r>
      <w:r>
        <w:br/>
      </w:r>
      <w:r>
        <w:t xml:space="preserve">    (b) ramp</w:t>
      </w:r>
      <w:r>
        <w:br/>
      </w:r>
      <w:r>
        <w:t xml:space="preserve">    (c) airplane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"It takes a village to raise a child," goes the African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proverb</w:t>
      </w:r>
      <w:r>
        <w:rPr>
          <w:b/>
          <w:bCs/>
        </w:rPr>
        <w:t xml:space="preserve">.</w:t>
      </w:r>
      <w:r>
        <w:br/>
      </w:r>
      <w:r>
        <w:t xml:space="preserve">    (a) a portable platform for storing or moving goods that are stacked on it</w:t>
      </w:r>
      <w:r>
        <w:br/>
      </w:r>
      <w:r>
        <w:t xml:space="preserve">    (b) a legislative assembly in certain countries (that can pass laws)</w:t>
      </w:r>
      <w:r>
        <w:br/>
      </w:r>
      <w:r>
        <w:t xml:space="preserve">    (c) a well-known, short saying that is thought to communicate wisdom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Poe's story is titled,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The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u w:val="single"/>
        </w:rPr>
        <w:t xml:space="preserve">Purloined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Letter</w:t>
      </w:r>
      <w:r>
        <w:rPr>
          <w:b/>
          <w:bCs/>
        </w:rPr>
        <w:t xml:space="preserve">.</w:t>
      </w:r>
      <w:r>
        <w:br/>
      </w:r>
      <w:r>
        <w:t xml:space="preserve">    (a) heart-felt</w:t>
      </w:r>
      <w:r>
        <w:br/>
      </w:r>
      <w:r>
        <w:t xml:space="preserve">    (b) secret</w:t>
      </w:r>
      <w:r>
        <w:br/>
      </w:r>
      <w:r>
        <w:t xml:space="preserve">    (c) stolen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 penalty fine</w:t>
      </w:r>
      <w:r>
        <w:br/>
      </w:r>
      <w:r>
        <w:t xml:space="preserve">    (b) compensation for loss</w:t>
      </w:r>
      <w:r>
        <w:br/>
      </w:r>
      <w:r>
        <w:t xml:space="preserve">    (c) an apology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provided or supplied</w:t>
      </w:r>
      <w:r>
        <w:br/>
      </w:r>
      <w:r>
        <w:t xml:space="preserve">    (b) to be performed</w:t>
      </w:r>
      <w:r>
        <w:br/>
      </w:r>
      <w:r>
        <w:t xml:space="preserve">    (c) described in writing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soldiers are trained to move through the night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stealth</w:t>
      </w:r>
      <w:r>
        <w:rPr>
          <w:b/>
          <w:bCs/>
        </w:rPr>
        <w:t xml:space="preserve">.</w:t>
      </w:r>
      <w:r>
        <w:br/>
      </w:r>
      <w:r>
        <w:t xml:space="preserve">    (a) a manner that is hard to detect</w:t>
      </w:r>
      <w:r>
        <w:br/>
      </w:r>
      <w:r>
        <w:t xml:space="preserve">    (b) a manner that is very fast</w:t>
      </w:r>
      <w:r>
        <w:br/>
      </w:r>
      <w:r>
        <w:t xml:space="preserve">    (c) a manner that is considered safe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lucky to survive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tumultuous</w:t>
      </w:r>
      <w:r>
        <w:rPr>
          <w:b/>
          <w:bCs/>
        </w:rPr>
        <w:t xml:space="preserve"> </w:t>
      </w:r>
      <w:r>
        <w:rPr>
          <w:b/>
          <w:bCs/>
        </w:rPr>
        <w:t xml:space="preserve">years of my youth.</w:t>
      </w:r>
      <w:r>
        <w:br/>
      </w:r>
      <w:r>
        <w:t xml:space="preserve">    (a) turbulent</w:t>
      </w:r>
      <w:r>
        <w:br/>
      </w:r>
      <w:r>
        <w:t xml:space="preserve">    (b) strict</w:t>
      </w:r>
      <w:r>
        <w:br/>
      </w:r>
      <w:r>
        <w:t xml:space="preserve">    (c) innocent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bandits planned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waylay</w:t>
      </w:r>
      <w:r>
        <w:rPr>
          <w:b/>
          <w:bCs/>
        </w:rPr>
        <w:t xml:space="preserve"> </w:t>
      </w:r>
      <w:r>
        <w:rPr>
          <w:b/>
          <w:bCs/>
        </w:rPr>
        <w:t xml:space="preserve">travelers on the narrow mountain path.</w:t>
      </w:r>
      <w:r>
        <w:br/>
      </w:r>
      <w:r>
        <w:t xml:space="preserve">    (a) follow quietly</w:t>
      </w:r>
      <w:r>
        <w:br/>
      </w:r>
      <w:r>
        <w:t xml:space="preserve">    (b) spy upon</w:t>
      </w:r>
      <w:r>
        <w:br/>
      </w:r>
      <w:r>
        <w:t xml:space="preserve">    (c) stop unexpectedly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underestimate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wily</w:t>
      </w:r>
      <w:r>
        <w:rPr>
          <w:b/>
          <w:bCs/>
        </w:rPr>
        <w:t xml:space="preserve"> </w:t>
      </w:r>
      <w:r>
        <w:rPr>
          <w:b/>
          <w:bCs/>
        </w:rPr>
        <w:t xml:space="preserve">old attorney.</w:t>
      </w:r>
      <w:r>
        <w:br/>
      </w:r>
      <w:r>
        <w:t xml:space="preserve">    (a) experienced</w:t>
      </w:r>
      <w:r>
        <w:br/>
      </w:r>
      <w:r>
        <w:t xml:space="preserve">    (b) well-connected</w:t>
      </w:r>
      <w:r>
        <w:br/>
      </w:r>
      <w:r>
        <w:t xml:space="preserve">    (c) clever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2026-07-31T15:16:00Z</dcterms:created>
  <dcterms:modified xsi:type="dcterms:W3CDTF">2026-07-31T15:16:00Z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