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ba1e05892cb96f9b8d257c9a9640d6d34073ce"/>
    <w:p>
      <w:pPr>
        <w:pStyle w:val="Heading1"/>
      </w:pPr>
      <w:r>
        <w:rPr>
          <w:b/>
          <w:bCs/>
        </w:rPr>
        <w:t xml:space="preserve">The Hobbit</w:t>
      </w:r>
      <w:r>
        <w:br/>
      </w:r>
      <w:r>
        <w:rPr>
          <w:i/>
          <w:iCs/>
        </w:rPr>
        <w:t xml:space="preserve">J. R. R. Tolkien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 did not remember things very well, unless he put them down on his Engagement Tablet: like this:</w:t>
      </w:r>
      <w:r>
        <w:rPr>
          <w:b/>
          <w:bCs/>
        </w:rPr>
        <w:t xml:space="preserve"> </w:t>
      </w:r>
      <w:r>
        <w:rPr>
          <w:b/>
          <w:bCs/>
          <w:i/>
          <w:iCs/>
        </w:rPr>
        <w:t xml:space="preserve">Gandalf Tea Wednesday.</w:t>
      </w:r>
      <w:r>
        <w:rPr>
          <w:b/>
          <w:bCs/>
        </w:rPr>
        <w:t xml:space="preserve"> </w:t>
      </w:r>
      <w:r>
        <w:rPr>
          <w:b/>
          <w:bCs/>
        </w:rPr>
        <w:t xml:space="preserve">Yesterday he had been too</w:t>
      </w:r>
      <w:r>
        <w:rPr>
          <w:b/>
          <w:bCs/>
        </w:rPr>
        <w:t xml:space="preserve"> </w:t>
      </w:r>
      <w:r>
        <w:rPr>
          <w:b/>
          <w:bCs/>
          <w:u w:val="single"/>
        </w:rPr>
        <w:t xml:space="preserve">flustered</w:t>
      </w:r>
      <w:r>
        <w:rPr>
          <w:b/>
          <w:bCs/>
        </w:rPr>
        <w:t xml:space="preserve"> </w:t>
      </w:r>
      <w:r>
        <w:rPr>
          <w:b/>
          <w:bCs/>
        </w:rPr>
        <w:t xml:space="preserve">to do anything of the kind.</w:t>
      </w:r>
      <w:r>
        <w:br/>
      </w:r>
      <w:r>
        <w:t xml:space="preserve">    (a) happy and excited</w:t>
      </w:r>
      <w:r>
        <w:br/>
      </w:r>
      <w:r>
        <w:t xml:space="preserve">    (b) tired and sleepy</w:t>
      </w:r>
      <w:r>
        <w:br/>
      </w:r>
      <w:r>
        <w:t xml:space="preserve">    (c) nervous or confused</w:t>
      </w:r>
    </w:p>
    <w:p>
      <w:pPr>
        <w:pStyle w:val="Compact"/>
        <w:numPr>
          <w:ilvl w:val="0"/>
          <w:numId w:val="1001"/>
        </w:numPr>
      </w:pPr>
      <w:r>
        <w:rPr>
          <w:b/>
          <w:bCs/>
        </w:rPr>
        <w:t xml:space="preserve">We are met together in the house of our friend and fellow conspirator, this most excellent and</w:t>
      </w:r>
      <w:r>
        <w:rPr>
          <w:b/>
          <w:bCs/>
        </w:rPr>
        <w:t xml:space="preserve"> </w:t>
      </w:r>
      <w:r>
        <w:rPr>
          <w:b/>
          <w:bCs/>
          <w:u w:val="single"/>
        </w:rPr>
        <w:t xml:space="preserve">audacious</w:t>
      </w:r>
      <w:r>
        <w:rPr>
          <w:b/>
          <w:bCs/>
        </w:rPr>
        <w:t xml:space="preserve"> </w:t>
      </w:r>
      <w:r>
        <w:rPr>
          <w:b/>
          <w:bCs/>
        </w:rPr>
        <w:t xml:space="preserve">hobbit—</w:t>
      </w:r>
      <w:r>
        <w:br/>
      </w:r>
      <w:r>
        <w:t xml:space="preserve">    (a) fair</w:t>
      </w:r>
      <w:r>
        <w:br/>
      </w:r>
      <w:r>
        <w:t xml:space="preserve">    (b) happy</w:t>
      </w:r>
      <w:r>
        <w:br/>
      </w:r>
      <w:r>
        <w:t xml:space="preserve">    (c) daring</w:t>
      </w:r>
    </w:p>
    <w:p>
      <w:pPr>
        <w:pStyle w:val="Compact"/>
        <w:numPr>
          <w:ilvl w:val="0"/>
          <w:numId w:val="1001"/>
        </w:numPr>
      </w:pPr>
      <w:r>
        <w:rPr>
          <w:b/>
          <w:bCs/>
        </w:rPr>
        <w:t xml:space="preserve">He paused for breath and for a polite remark from the hobbit, but the compliments were quite lost on poor Bilbo Baggins, who was wagging his mouth in protest at being called</w:t>
      </w:r>
      <w:r>
        <w:rPr>
          <w:b/>
          <w:bCs/>
        </w:rPr>
        <w:t xml:space="preserve"> </w:t>
      </w:r>
      <w:r>
        <w:rPr>
          <w:b/>
          <w:bCs/>
          <w:i/>
          <w:iCs/>
        </w:rPr>
        <w:t xml:space="preserve">audacious</w:t>
      </w:r>
      <w:r>
        <w:rPr>
          <w:b/>
          <w:bCs/>
        </w:rPr>
        <w:t xml:space="preserve"> </w:t>
      </w:r>
      <w:r>
        <w:rPr>
          <w:b/>
          <w:bCs/>
        </w:rPr>
        <w:t xml:space="preserve">and worst of all</w:t>
      </w:r>
      <w:r>
        <w:rPr>
          <w:b/>
          <w:bCs/>
        </w:rPr>
        <w:t xml:space="preserve"> </w:t>
      </w:r>
      <w:r>
        <w:rPr>
          <w:b/>
          <w:bCs/>
          <w:i/>
          <w:iCs/>
        </w:rPr>
        <w:t xml:space="preserve">fellow</w:t>
      </w:r>
      <w:r>
        <w:rPr>
          <w:b/>
          <w:bCs/>
          <w:i/>
          <w:iCs/>
        </w:rPr>
        <w:t xml:space="preserve"> </w:t>
      </w:r>
      <w:r>
        <w:rPr>
          <w:b/>
          <w:bCs/>
          <w:i/>
          <w:iCs/>
          <w:u w:val="single"/>
        </w:rPr>
        <w:t xml:space="preserve">conspirator</w:t>
      </w:r>
      <w:r>
        <w:rPr>
          <w:b/>
          <w:bCs/>
        </w:rPr>
        <w:t xml:space="preserve">, though no noise came out, he was so flummoxed.</w:t>
      </w:r>
      <w:r>
        <w:br/>
      </w:r>
      <w:r>
        <w:t xml:space="preserve">    (a) a participant of a secret plot</w:t>
      </w:r>
      <w:r>
        <w:br/>
      </w:r>
      <w:r>
        <w:t xml:space="preserve">    (b) a witness to a mysterious event</w:t>
      </w:r>
      <w:r>
        <w:br/>
      </w:r>
      <w:r>
        <w:t xml:space="preserve">    (c) an opponent in a fierce debate</w:t>
      </w:r>
    </w:p>
    <w:p>
      <w:pPr>
        <w:pStyle w:val="Compact"/>
        <w:numPr>
          <w:ilvl w:val="0"/>
          <w:numId w:val="1001"/>
        </w:numPr>
      </w:pPr>
      <w:r>
        <w:rPr>
          <w:b/>
          <w:bCs/>
        </w:rPr>
        <w:t xml:space="preserve">We shall soon before the break of day start on our long journey, a journey from which some of us, or perhaps all of us ... may never return. It is a</w:t>
      </w:r>
      <w:r>
        <w:rPr>
          <w:b/>
          <w:bCs/>
        </w:rPr>
        <w:t xml:space="preserve"> </w:t>
      </w:r>
      <w:r>
        <w:rPr>
          <w:b/>
          <w:bCs/>
          <w:u w:val="single"/>
        </w:rPr>
        <w:t xml:space="preserve">solemn</w:t>
      </w:r>
      <w:r>
        <w:rPr>
          <w:b/>
          <w:bCs/>
        </w:rPr>
        <w:t xml:space="preserve"> </w:t>
      </w:r>
      <w:r>
        <w:rPr>
          <w:b/>
          <w:bCs/>
        </w:rPr>
        <w:t xml:space="preserve">moment.</w:t>
      </w:r>
      <w:r>
        <w:br/>
      </w:r>
      <w:r>
        <w:t xml:space="preserve">    (a) very curious</w:t>
      </w:r>
      <w:r>
        <w:br/>
      </w:r>
      <w:r>
        <w:t xml:space="preserve">    (b) very serious</w:t>
      </w:r>
      <w:r>
        <w:br/>
      </w:r>
      <w:r>
        <w:t xml:space="preserve">    (c) very happy</w:t>
      </w:r>
    </w:p>
    <w:p>
      <w:pPr>
        <w:pStyle w:val="Compact"/>
        <w:numPr>
          <w:ilvl w:val="0"/>
          <w:numId w:val="1001"/>
        </w:numPr>
      </w:pPr>
      <w:r>
        <w:rPr>
          <w:b/>
          <w:bCs/>
        </w:rPr>
        <w:t xml:space="preserve">'Five feet high the door and three may walk abreast' say the runes, but Smaug could not creep into a hole that size, not even when he was a young dragon, certainly not after</w:t>
      </w:r>
      <w:r>
        <w:rPr>
          <w:b/>
          <w:bCs/>
        </w:rPr>
        <w:t xml:space="preserve"> </w:t>
      </w:r>
      <w:r>
        <w:rPr>
          <w:b/>
          <w:bCs/>
          <w:u w:val="single"/>
        </w:rPr>
        <w:t xml:space="preserve">devouring</w:t>
      </w:r>
      <w:r>
        <w:rPr>
          <w:b/>
          <w:bCs/>
        </w:rPr>
        <w:t xml:space="preserve"> </w:t>
      </w:r>
      <w:r>
        <w:rPr>
          <w:b/>
          <w:bCs/>
        </w:rPr>
        <w:t xml:space="preserve">so many of the dwarves and men of Dale.</w:t>
      </w:r>
      <w:r>
        <w:br/>
      </w:r>
      <w:r>
        <w:t xml:space="preserve">    (a) growing</w:t>
      </w:r>
      <w:r>
        <w:br/>
      </w:r>
      <w:r>
        <w:t xml:space="preserve">    (b) eating</w:t>
      </w:r>
      <w:r>
        <w:br/>
      </w:r>
      <w:r>
        <w:t xml:space="preserve">    (c) dressing</w:t>
      </w:r>
    </w:p>
    <w:p>
      <w:pPr>
        <w:pStyle w:val="Compact"/>
        <w:numPr>
          <w:ilvl w:val="0"/>
          <w:numId w:val="1001"/>
        </w:numPr>
      </w:pPr>
      <w:r>
        <w:rPr>
          <w:b/>
          <w:bCs/>
        </w:rPr>
        <w:t xml:space="preserve">This thing all things</w:t>
      </w:r>
      <w:r>
        <w:rPr>
          <w:b/>
          <w:bCs/>
        </w:rPr>
        <w:t xml:space="preserve"> </w:t>
      </w:r>
      <w:r>
        <w:rPr>
          <w:b/>
          <w:bCs/>
          <w:u w:val="single"/>
        </w:rPr>
        <w:t xml:space="preserve">devours</w:t>
      </w:r>
      <w:r>
        <w:rPr>
          <w:b/>
          <w:bCs/>
        </w:rPr>
        <w:t xml:space="preserve">:</w:t>
      </w:r>
      <w:r>
        <w:br/>
      </w:r>
      <w:r>
        <w:rPr>
          <w:b/>
          <w:bCs/>
        </w:rPr>
        <w:t xml:space="preserve">Birds, beasts, trees, flowers;</w:t>
      </w:r>
      <w:r>
        <w:br/>
      </w:r>
      <w:r>
        <w:rPr>
          <w:b/>
          <w:bCs/>
        </w:rPr>
        <w:t xml:space="preserve">Gnaws iron, bites steel;</w:t>
      </w:r>
      <w:r>
        <w:br/>
      </w:r>
      <w:r>
        <w:rPr>
          <w:b/>
          <w:bCs/>
        </w:rPr>
        <w:t xml:space="preserve">Grinds hard stones to meal;</w:t>
      </w:r>
      <w:r>
        <w:br/>
      </w:r>
      <w:r>
        <w:rPr>
          <w:b/>
          <w:bCs/>
        </w:rPr>
        <w:t xml:space="preserve">Slays king, ruins town,</w:t>
      </w:r>
      <w:r>
        <w:br/>
      </w:r>
      <w:r>
        <w:rPr>
          <w:b/>
          <w:bCs/>
        </w:rPr>
        <w:t xml:space="preserve">And beats high mountain down.</w:t>
      </w:r>
      <w:r>
        <w:br/>
      </w:r>
      <w:r>
        <w:t xml:space="preserve">    (a) benefits or helps tremendously</w:t>
      </w:r>
      <w:r>
        <w:br/>
      </w:r>
      <w:r>
        <w:t xml:space="preserve">    (b) watches with great care</w:t>
      </w:r>
      <w:r>
        <w:br/>
      </w:r>
      <w:r>
        <w:t xml:space="preserve">    (c) consumes or destroys completely</w:t>
      </w:r>
    </w:p>
    <w:p>
      <w:pPr>
        <w:pStyle w:val="Compact"/>
        <w:numPr>
          <w:ilvl w:val="0"/>
          <w:numId w:val="1001"/>
        </w:numPr>
      </w:pPr>
      <w:r>
        <w:rPr>
          <w:b/>
          <w:bCs/>
        </w:rPr>
        <w:t xml:space="preserve">Also I was anxious about</w:t>
      </w:r>
      <w:r>
        <w:rPr>
          <w:b/>
          <w:bCs/>
        </w:rPr>
        <w:t xml:space="preserve"> </w:t>
      </w:r>
      <w:r>
        <w:rPr>
          <w:b/>
          <w:bCs/>
          <w:u w:val="single"/>
        </w:rPr>
        <w:t xml:space="preserve">replenishing</w:t>
      </w:r>
      <w:r>
        <w:rPr>
          <w:b/>
          <w:bCs/>
        </w:rPr>
        <w:t xml:space="preserve"> </w:t>
      </w:r>
      <w:r>
        <w:rPr>
          <w:b/>
          <w:bCs/>
        </w:rPr>
        <w:t xml:space="preserve">our small stock of provisions.</w:t>
      </w:r>
      <w:r>
        <w:br/>
      </w:r>
      <w:r>
        <w:t xml:space="preserve">    (a) counting</w:t>
      </w:r>
      <w:r>
        <w:br/>
      </w:r>
      <w:r>
        <w:t xml:space="preserve">    (b) wasting</w:t>
      </w:r>
      <w:r>
        <w:br/>
      </w:r>
      <w:r>
        <w:t xml:space="preserve">    (c) replacing</w:t>
      </w:r>
    </w:p>
    <w:p>
      <w:pPr>
        <w:pStyle w:val="Compact"/>
        <w:numPr>
          <w:ilvl w:val="0"/>
          <w:numId w:val="1001"/>
        </w:numPr>
      </w:pPr>
      <w:r>
        <w:rPr>
          <w:b/>
          <w:bCs/>
        </w:rPr>
        <w:t xml:space="preserve">[Of Elrond] He was as noble and as fair in face as an elf-lord, as strong as a warrior, as wise as a wizard, as</w:t>
      </w:r>
      <w:r>
        <w:rPr>
          <w:b/>
          <w:bCs/>
        </w:rPr>
        <w:t xml:space="preserve"> </w:t>
      </w:r>
      <w:r>
        <w:rPr>
          <w:b/>
          <w:bCs/>
          <w:u w:val="single"/>
        </w:rPr>
        <w:t xml:space="preserve">venerable</w:t>
      </w:r>
      <w:r>
        <w:rPr>
          <w:b/>
          <w:bCs/>
        </w:rPr>
        <w:t xml:space="preserve"> </w:t>
      </w:r>
      <w:r>
        <w:rPr>
          <w:b/>
          <w:bCs/>
        </w:rPr>
        <w:t xml:space="preserve">as a king of dwarves, and as kind as summer.</w:t>
      </w:r>
      <w:r>
        <w:br/>
      </w:r>
      <w:r>
        <w:t xml:space="preserve">    (a) powerful</w:t>
      </w:r>
      <w:r>
        <w:br/>
      </w:r>
      <w:r>
        <w:t xml:space="preserve">    (b) tall</w:t>
      </w:r>
      <w:r>
        <w:br/>
      </w:r>
      <w:r>
        <w:t xml:space="preserve">    (c) respected</w:t>
      </w:r>
    </w:p>
    <w:p>
      <w:pPr>
        <w:pStyle w:val="Compact"/>
        <w:numPr>
          <w:ilvl w:val="0"/>
          <w:numId w:val="1001"/>
        </w:numPr>
      </w:pPr>
      <w:r>
        <w:rPr>
          <w:b/>
          <w:bCs/>
        </w:rPr>
        <w:t xml:space="preserve">The dwarves listened and shook their beards, for they knew that they must soon venture into that forest and that after the mountains it was the worst of the</w:t>
      </w:r>
      <w:r>
        <w:rPr>
          <w:b/>
          <w:bCs/>
        </w:rPr>
        <w:t xml:space="preserve"> </w:t>
      </w:r>
      <w:r>
        <w:rPr>
          <w:b/>
          <w:bCs/>
          <w:u w:val="single"/>
        </w:rPr>
        <w:t xml:space="preserve">perils</w:t>
      </w:r>
      <w:r>
        <w:rPr>
          <w:b/>
          <w:bCs/>
        </w:rPr>
        <w:t xml:space="preserve"> </w:t>
      </w:r>
      <w:r>
        <w:rPr>
          <w:b/>
          <w:bCs/>
        </w:rPr>
        <w:t xml:space="preserve">they had to pass before they came to the dragon's stronghold.</w:t>
      </w:r>
      <w:r>
        <w:br/>
      </w:r>
      <w:r>
        <w:t xml:space="preserve">    (a) dangers</w:t>
      </w:r>
      <w:r>
        <w:br/>
      </w:r>
      <w:r>
        <w:t xml:space="preserve">    (b) obstacles</w:t>
      </w:r>
      <w:r>
        <w:br/>
      </w:r>
      <w:r>
        <w:t xml:space="preserve">    (c) climbs</w:t>
      </w:r>
    </w:p>
    <w:p>
      <w:pPr>
        <w:pStyle w:val="Compact"/>
        <w:numPr>
          <w:ilvl w:val="0"/>
          <w:numId w:val="1001"/>
        </w:numPr>
      </w:pPr>
      <w:r>
        <w:rPr>
          <w:b/>
          <w:bCs/>
        </w:rPr>
        <w:t xml:space="preserve">Indeed their stores had no need of any guard, for all the land was</w:t>
      </w:r>
      <w:r>
        <w:rPr>
          <w:b/>
          <w:bCs/>
        </w:rPr>
        <w:t xml:space="preserve"> </w:t>
      </w:r>
      <w:r>
        <w:rPr>
          <w:b/>
          <w:bCs/>
          <w:u w:val="single"/>
        </w:rPr>
        <w:t xml:space="preserve">desolate</w:t>
      </w:r>
      <w:r>
        <w:rPr>
          <w:b/>
          <w:bCs/>
        </w:rPr>
        <w:t xml:space="preserve"> </w:t>
      </w:r>
      <w:r>
        <w:rPr>
          <w:b/>
          <w:bCs/>
        </w:rPr>
        <w:t xml:space="preserve">and empty.</w:t>
      </w:r>
      <w:r>
        <w:br/>
      </w:r>
      <w:r>
        <w:t xml:space="preserve">    (a) peaceful</w:t>
      </w:r>
      <w:r>
        <w:br/>
      </w:r>
      <w:r>
        <w:t xml:space="preserve">    (b) empty (of life)</w:t>
      </w:r>
      <w:r>
        <w:br/>
      </w:r>
      <w:r>
        <w:t xml:space="preserve">    (c) brightly lit</w:t>
      </w:r>
    </w:p>
    <w:p>
      <w:pPr>
        <w:pStyle w:val="Compact"/>
        <w:numPr>
          <w:ilvl w:val="0"/>
          <w:numId w:val="1001"/>
        </w:numPr>
      </w:pPr>
      <w:r>
        <w:rPr>
          <w:b/>
          <w:bCs/>
        </w:rPr>
        <w:t xml:space="preserve">Bard had rebuilt the town in Dale and men had gathered to him from the Lake and from South and West, and all the valley had become tilled again and rich, and the</w:t>
      </w:r>
      <w:r>
        <w:rPr>
          <w:b/>
          <w:bCs/>
        </w:rPr>
        <w:t xml:space="preserve"> </w:t>
      </w:r>
      <w:r>
        <w:rPr>
          <w:b/>
          <w:bCs/>
          <w:u w:val="single"/>
        </w:rPr>
        <w:t xml:space="preserve">desolation</w:t>
      </w:r>
      <w:r>
        <w:rPr>
          <w:b/>
          <w:bCs/>
        </w:rPr>
        <w:t xml:space="preserve"> </w:t>
      </w:r>
      <w:r>
        <w:rPr>
          <w:b/>
          <w:bCs/>
        </w:rPr>
        <w:t xml:space="preserve">was now filled with birds and blossoms in spring and fruit and feasting in autumn.</w:t>
      </w:r>
      <w:r>
        <w:br/>
      </w:r>
      <w:r>
        <w:t xml:space="preserve">    (a) happy, peaceful place</w:t>
      </w:r>
      <w:r>
        <w:br/>
      </w:r>
      <w:r>
        <w:t xml:space="preserve">    (b) empty, destroyed place</w:t>
      </w:r>
      <w:r>
        <w:br/>
      </w:r>
      <w:r>
        <w:t xml:space="preserve">    (c) place of promise</w:t>
      </w:r>
    </w:p>
    <w:p>
      <w:pPr>
        <w:pStyle w:val="Compact"/>
        <w:numPr>
          <w:ilvl w:val="0"/>
          <w:numId w:val="1001"/>
        </w:numPr>
      </w:pPr>
      <w:r>
        <w:rPr>
          <w:b/>
          <w:bCs/>
        </w:rPr>
        <w:t xml:space="preserve">There it is: dwarves are not heroes, but calculating folk with a great idea of the value of money; some are tricky and</w:t>
      </w:r>
      <w:r>
        <w:rPr>
          <w:b/>
          <w:bCs/>
        </w:rPr>
        <w:t xml:space="preserve"> </w:t>
      </w:r>
      <w:r>
        <w:rPr>
          <w:b/>
          <w:bCs/>
          <w:u w:val="single"/>
        </w:rPr>
        <w:t xml:space="preserve">treacherous</w:t>
      </w:r>
      <w:r>
        <w:rPr>
          <w:b/>
          <w:bCs/>
        </w:rPr>
        <w:t xml:space="preserve"> </w:t>
      </w:r>
      <w:r>
        <w:rPr>
          <w:b/>
          <w:bCs/>
        </w:rPr>
        <w:t xml:space="preserve">and pretty bad lots; some are not, but are decent enough people like Thorin and Company, if you don't expect too much.</w:t>
      </w:r>
      <w:r>
        <w:br/>
      </w:r>
      <w:r>
        <w:t xml:space="preserve">    (a) lighthearted</w:t>
      </w:r>
      <w:r>
        <w:br/>
      </w:r>
      <w:r>
        <w:t xml:space="preserve">    (b) untrustworthy</w:t>
      </w:r>
      <w:r>
        <w:br/>
      </w:r>
      <w:r>
        <w:t xml:space="preserve">    (c) exciting</w:t>
      </w:r>
    </w:p>
    <w:p>
      <w:pPr>
        <w:pStyle w:val="Compact"/>
        <w:numPr>
          <w:ilvl w:val="0"/>
          <w:numId w:val="1001"/>
        </w:numPr>
      </w:pPr>
      <w:r>
        <w:rPr>
          <w:b/>
          <w:bCs/>
        </w:rPr>
        <w:t xml:space="preserve">Still elves are light-footed, and though they were not in these days much used to the marches and the</w:t>
      </w:r>
      <w:r>
        <w:rPr>
          <w:b/>
          <w:bCs/>
        </w:rPr>
        <w:t xml:space="preserve"> </w:t>
      </w:r>
      <w:r>
        <w:rPr>
          <w:b/>
          <w:bCs/>
          <w:u w:val="single"/>
        </w:rPr>
        <w:t xml:space="preserve">treacherous</w:t>
      </w:r>
      <w:r>
        <w:rPr>
          <w:b/>
          <w:bCs/>
        </w:rPr>
        <w:t xml:space="preserve"> </w:t>
      </w:r>
      <w:r>
        <w:rPr>
          <w:b/>
          <w:bCs/>
        </w:rPr>
        <w:t xml:space="preserve">lands between the Forest and the Lake, their going was swift.</w:t>
      </w:r>
      <w:r>
        <w:br/>
      </w:r>
      <w:r>
        <w:t xml:space="preserve">    (a) large</w:t>
      </w:r>
      <w:r>
        <w:br/>
      </w:r>
      <w:r>
        <w:t xml:space="preserve">    (b) dangerous</w:t>
      </w:r>
      <w:r>
        <w:br/>
      </w:r>
      <w:r>
        <w:t xml:space="preserve">    (c) dark</w:t>
      </w:r>
    </w:p>
    <w:p>
      <w:pPr>
        <w:pStyle w:val="Compact"/>
        <w:numPr>
          <w:ilvl w:val="0"/>
          <w:numId w:val="1001"/>
        </w:numPr>
      </w:pPr>
      <w:r>
        <w:rPr>
          <w:b/>
          <w:bCs/>
        </w:rPr>
        <w:t xml:space="preserve">And all the while they talked and the shadows lengthened Bilbo became more and more unhappy and his</w:t>
      </w:r>
      <w:r>
        <w:rPr>
          <w:b/>
          <w:bCs/>
        </w:rPr>
        <w:t xml:space="preserve"> </w:t>
      </w:r>
      <w:r>
        <w:rPr>
          <w:b/>
          <w:bCs/>
          <w:u w:val="single"/>
        </w:rPr>
        <w:t xml:space="preserve">foreboding</w:t>
      </w:r>
      <w:r>
        <w:rPr>
          <w:b/>
          <w:bCs/>
        </w:rPr>
        <w:t xml:space="preserve"> </w:t>
      </w:r>
      <w:r>
        <w:rPr>
          <w:b/>
          <w:bCs/>
        </w:rPr>
        <w:t xml:space="preserve">grew.</w:t>
      </w:r>
      <w:r>
        <w:br/>
      </w:r>
      <w:r>
        <w:t xml:space="preserve">    (a) expressions of disapproval</w:t>
      </w:r>
      <w:r>
        <w:br/>
      </w:r>
      <w:r>
        <w:t xml:space="preserve">    (b) feeling that something bad will happen</w:t>
      </w:r>
      <w:r>
        <w:br/>
      </w:r>
      <w:r>
        <w:t xml:space="preserve">    (c) overwhelming sense of guilt</w:t>
      </w:r>
    </w:p>
    <w:p>
      <w:pPr>
        <w:pStyle w:val="Compact"/>
        <w:numPr>
          <w:ilvl w:val="0"/>
          <w:numId w:val="1001"/>
        </w:numPr>
      </w:pPr>
      <w:r>
        <w:rPr>
          <w:b/>
          <w:bCs/>
        </w:rPr>
        <w:t xml:space="preserve">Doubtless they</w:t>
      </w:r>
      <w:r>
        <w:rPr>
          <w:b/>
          <w:bCs/>
        </w:rPr>
        <w:t xml:space="preserve"> </w:t>
      </w:r>
      <w:r>
        <w:rPr>
          <w:b/>
          <w:bCs/>
          <w:u w:val="single"/>
        </w:rPr>
        <w:t xml:space="preserve">perished</w:t>
      </w:r>
      <w:r>
        <w:rPr>
          <w:b/>
          <w:bCs/>
        </w:rPr>
        <w:t xml:space="preserve"> </w:t>
      </w:r>
      <w:r>
        <w:rPr>
          <w:b/>
          <w:bCs/>
        </w:rPr>
        <w:t xml:space="preserve">first in fire, before Smaug came to us.</w:t>
      </w:r>
      <w:r>
        <w:br/>
      </w:r>
      <w:r>
        <w:t xml:space="preserve">    (a) died</w:t>
      </w:r>
      <w:r>
        <w:br/>
      </w:r>
      <w:r>
        <w:t xml:space="preserve">    (b) formed</w:t>
      </w:r>
      <w:r>
        <w:br/>
      </w:r>
      <w:r>
        <w:t xml:space="preserve">    (c) fought</w:t>
      </w:r>
    </w:p>
    <w:p>
      <w:pPr>
        <w:pStyle w:val="Compact"/>
        <w:numPr>
          <w:ilvl w:val="0"/>
          <w:numId w:val="1001"/>
        </w:numPr>
      </w:pPr>
      <w:r>
        <w:rPr>
          <w:b/>
          <w:bCs/>
        </w:rPr>
        <w:t xml:space="preserve">The time has gone for the autumn wanderings; and these are birds that</w:t>
      </w:r>
      <w:r>
        <w:rPr>
          <w:b/>
          <w:bCs/>
        </w:rPr>
        <w:t xml:space="preserve"> </w:t>
      </w:r>
      <w:r>
        <w:rPr>
          <w:b/>
          <w:bCs/>
          <w:u w:val="single"/>
        </w:rPr>
        <w:t xml:space="preserve">dwell</w:t>
      </w:r>
      <w:r>
        <w:rPr>
          <w:b/>
          <w:bCs/>
        </w:rPr>
        <w:t xml:space="preserve"> </w:t>
      </w:r>
      <w:r>
        <w:rPr>
          <w:b/>
          <w:bCs/>
        </w:rPr>
        <w:t xml:space="preserve">always in the land;</w:t>
      </w:r>
      <w:r>
        <w:br/>
      </w:r>
      <w:r>
        <w:t xml:space="preserve">    (a) avoid</w:t>
      </w:r>
      <w:r>
        <w:br/>
      </w:r>
      <w:r>
        <w:t xml:space="preserve">    (b) live</w:t>
      </w:r>
      <w:r>
        <w:br/>
      </w:r>
      <w:r>
        <w:t xml:space="preserve">    (c) sing</w:t>
      </w:r>
    </w:p>
    <w:p>
      <w:pPr>
        <w:pStyle w:val="Compact"/>
        <w:numPr>
          <w:ilvl w:val="0"/>
          <w:numId w:val="1001"/>
        </w:numPr>
      </w:pPr>
      <w:r>
        <w:rPr>
          <w:b/>
          <w:bCs/>
        </w:rPr>
        <w:t xml:space="preserve">Further in his last battle Smaug destroyed the</w:t>
      </w:r>
      <w:r>
        <w:rPr>
          <w:b/>
          <w:bCs/>
        </w:rPr>
        <w:t xml:space="preserve"> </w:t>
      </w:r>
      <w:r>
        <w:rPr>
          <w:b/>
          <w:bCs/>
          <w:u w:val="single"/>
        </w:rPr>
        <w:t xml:space="preserve">dwellings</w:t>
      </w:r>
      <w:r>
        <w:rPr>
          <w:b/>
          <w:bCs/>
        </w:rPr>
        <w:t xml:space="preserve"> </w:t>
      </w:r>
      <w:r>
        <w:rPr>
          <w:b/>
          <w:bCs/>
        </w:rPr>
        <w:t xml:space="preserve">of the men of Esgaroth,</w:t>
      </w:r>
      <w:r>
        <w:br/>
      </w:r>
      <w:r>
        <w:t xml:space="preserve">    (a) trees</w:t>
      </w:r>
      <w:r>
        <w:br/>
      </w:r>
      <w:r>
        <w:t xml:space="preserve">    (b) crops</w:t>
      </w:r>
      <w:r>
        <w:br/>
      </w:r>
      <w:r>
        <w:t xml:space="preserve">    (c) homes</w:t>
      </w:r>
    </w:p>
    <w:p>
      <w:pPr>
        <w:pStyle w:val="Compact"/>
        <w:numPr>
          <w:ilvl w:val="0"/>
          <w:numId w:val="1001"/>
        </w:numPr>
      </w:pPr>
      <w:r>
        <w:rPr>
          <w:b/>
          <w:bCs/>
        </w:rPr>
        <w:t xml:space="preserve">Also they would be able to reopen and guard some other gate, so that the besiegers would have to encircle the whole mountain; and for that they had not</w:t>
      </w:r>
      <w:r>
        <w:rPr>
          <w:b/>
          <w:bCs/>
        </w:rPr>
        <w:t xml:space="preserve"> </w:t>
      </w:r>
      <w:r>
        <w:rPr>
          <w:b/>
          <w:bCs/>
          <w:u w:val="single"/>
        </w:rPr>
        <w:t xml:space="preserve">sufficient</w:t>
      </w:r>
      <w:r>
        <w:rPr>
          <w:b/>
          <w:bCs/>
        </w:rPr>
        <w:t xml:space="preserve"> </w:t>
      </w:r>
      <w:r>
        <w:rPr>
          <w:b/>
          <w:bCs/>
        </w:rPr>
        <w:t xml:space="preserve">numbers.</w:t>
      </w:r>
      <w:r>
        <w:br/>
      </w:r>
      <w:r>
        <w:t xml:space="preserve">    (a) any</w:t>
      </w:r>
      <w:r>
        <w:br/>
      </w:r>
      <w:r>
        <w:t xml:space="preserve">    (b) extra</w:t>
      </w:r>
      <w:r>
        <w:br/>
      </w:r>
      <w:r>
        <w:t xml:space="preserve">    (c) enough</w:t>
      </w:r>
    </w:p>
    <w:p>
      <w:pPr>
        <w:pStyle w:val="Compact"/>
        <w:numPr>
          <w:ilvl w:val="0"/>
          <w:numId w:val="1001"/>
        </w:numPr>
      </w:pPr>
      <w:r>
        <w:rPr>
          <w:b/>
          <w:bCs/>
        </w:rPr>
        <w:t xml:space="preserve">There is more in you of good than you know, child of the kindly West. Some courage and some wisdom, blended in measure. If more of us valued food and cheer and song above</w:t>
      </w:r>
      <w:r>
        <w:rPr>
          <w:b/>
          <w:bCs/>
        </w:rPr>
        <w:t xml:space="preserve"> </w:t>
      </w:r>
      <w:r>
        <w:rPr>
          <w:b/>
          <w:bCs/>
          <w:u w:val="single"/>
        </w:rPr>
        <w:t xml:space="preserve">hoarded</w:t>
      </w:r>
      <w:r>
        <w:rPr>
          <w:b/>
          <w:bCs/>
        </w:rPr>
        <w:t xml:space="preserve"> </w:t>
      </w:r>
      <w:r>
        <w:rPr>
          <w:b/>
          <w:bCs/>
        </w:rPr>
        <w:t xml:space="preserve">gold, it would be a merrier world.</w:t>
      </w:r>
      <w:r>
        <w:br/>
      </w:r>
      <w:r>
        <w:t xml:space="preserve">    (a) too quickly spent</w:t>
      </w:r>
      <w:r>
        <w:br/>
      </w:r>
      <w:r>
        <w:t xml:space="preserve">    (b) highly admired</w:t>
      </w:r>
      <w:r>
        <w:br/>
      </w:r>
      <w:r>
        <w:t xml:space="preserve">    (c) gathered and stored</w:t>
      </w:r>
    </w:p>
    <w:p>
      <w:pPr>
        <w:pStyle w:val="Compact"/>
        <w:numPr>
          <w:ilvl w:val="0"/>
          <w:numId w:val="1001"/>
        </w:numPr>
      </w:pPr>
      <w:r>
        <w:rPr>
          <w:b/>
          <w:bCs/>
        </w:rPr>
        <w:t xml:space="preserve">He was quite</w:t>
      </w:r>
      <w:r>
        <w:rPr>
          <w:b/>
          <w:bCs/>
        </w:rPr>
        <w:t xml:space="preserve"> </w:t>
      </w:r>
      <w:r>
        <w:rPr>
          <w:b/>
          <w:bCs/>
          <w:u w:val="single"/>
        </w:rPr>
        <w:t xml:space="preserve">content</w:t>
      </w:r>
      <w:r>
        <w:rPr>
          <w:b/>
          <w:bCs/>
        </w:rPr>
        <w:t xml:space="preserve">; and the sound of the kettle on his hearth was ever after more musical than it had been even in the quiet days before the Unexpected Party.</w:t>
      </w:r>
      <w:r>
        <w:br/>
      </w:r>
      <w:r>
        <w:t xml:space="preserve">    (a) worried</w:t>
      </w:r>
      <w:r>
        <w:br/>
      </w:r>
      <w:r>
        <w:t xml:space="preserve">    (b) thoughtful</w:t>
      </w:r>
      <w:r>
        <w:br/>
      </w:r>
      <w:r>
        <w:t xml:space="preserve">    (c) satisfied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2026-07-31T15:15:59Z</dcterms:created>
  <dcterms:modified xsi:type="dcterms:W3CDTF">2026-07-31T15:15:59Z</dcterms:modified>
</cp:coreProperties>
</file>

<file path=docProps/custom.xml><?xml version="1.0" encoding="utf-8"?>
<Properties xmlns="http://schemas.openxmlformats.org/officeDocument/2006/custom-properties" xmlns:vt="http://schemas.openxmlformats.org/officeDocument/2006/docPropsVTypes"/>
</file>