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31c88df447aedb2df6d31c439cbf9c0c8755dc3"/>
    <w:p>
      <w:pPr>
        <w:pStyle w:val="Heading1"/>
      </w:pPr>
      <w:r>
        <w:rPr>
          <w:b/>
          <w:bCs/>
        </w:rPr>
        <w:t xml:space="preserve">The Hobbit</w:t>
      </w:r>
      <w:r>
        <w:br/>
      </w:r>
      <w:r>
        <w:rPr>
          <w:i/>
          <w:iCs/>
        </w:rPr>
        <w:t xml:space="preserve">J. R. R. Tolkien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The bells were ringing in the dale</w:t>
      </w:r>
      <w:r>
        <w:br/>
      </w:r>
      <w:r>
        <w:rPr>
          <w:b/>
          <w:bCs/>
        </w:rPr>
        <w:t xml:space="preserve">And men looked up with faces pale;</w:t>
      </w:r>
      <w:r>
        <w:br/>
      </w:r>
      <w:r>
        <w:rPr>
          <w:b/>
          <w:bCs/>
        </w:rPr>
        <w:t xml:space="preserve">The dragon's</w:t>
      </w:r>
      <w:r>
        <w:rPr>
          <w:b/>
          <w:bCs/>
        </w:rPr>
        <w:t xml:space="preserve"> </w:t>
      </w:r>
      <w:r>
        <w:rPr>
          <w:b/>
          <w:bCs/>
          <w:u w:val="single"/>
        </w:rPr>
        <w:t xml:space="preserve">ire</w:t>
      </w:r>
      <w:r>
        <w:rPr>
          <w:b/>
          <w:bCs/>
        </w:rPr>
        <w:t xml:space="preserve"> </w:t>
      </w:r>
      <w:r>
        <w:rPr>
          <w:b/>
          <w:bCs/>
        </w:rPr>
        <w:t xml:space="preserve">more fierce than fire</w:t>
      </w:r>
      <w:r>
        <w:br/>
      </w:r>
      <w:r>
        <w:rPr>
          <w:b/>
          <w:bCs/>
        </w:rPr>
        <w:t xml:space="preserve">Laid low their towers and houses frail.</w:t>
      </w:r>
      <w:r>
        <w:br/>
      </w:r>
      <w:r>
        <w:t xml:space="preserve">    (a) anger</w:t>
      </w:r>
      <w:r>
        <w:br/>
      </w:r>
      <w:r>
        <w:t xml:space="preserve">    (b) heat</w:t>
      </w:r>
      <w:r>
        <w:br/>
      </w:r>
      <w:r>
        <w:t xml:space="preserve">    (c) breath</w:t>
      </w:r>
    </w:p>
    <w:p>
      <w:pPr>
        <w:pStyle w:val="Compact"/>
        <w:numPr>
          <w:ilvl w:val="0"/>
          <w:numId w:val="1001"/>
        </w:numPr>
      </w:pPr>
      <w:r>
        <w:rPr>
          <w:b/>
          <w:bCs/>
        </w:rPr>
        <w:t xml:space="preserve">Dragons steal gold and jewels, you know, from men and elves and dwarves, wherever they can find them; and they guard their</w:t>
      </w:r>
      <w:r>
        <w:rPr>
          <w:b/>
          <w:bCs/>
        </w:rPr>
        <w:t xml:space="preserve"> </w:t>
      </w:r>
      <w:r>
        <w:rPr>
          <w:b/>
          <w:bCs/>
          <w:u w:val="single"/>
        </w:rPr>
        <w:t xml:space="preserve">plunder</w:t>
      </w:r>
      <w:r>
        <w:rPr>
          <w:b/>
          <w:bCs/>
        </w:rPr>
        <w:t xml:space="preserve"> </w:t>
      </w:r>
      <w:r>
        <w:rPr>
          <w:b/>
          <w:bCs/>
        </w:rPr>
        <w:t xml:space="preserve">as long as they live...</w:t>
      </w:r>
      <w:r>
        <w:br/>
      </w:r>
      <w:r>
        <w:t xml:space="preserve">    (a) nice things</w:t>
      </w:r>
      <w:r>
        <w:br/>
      </w:r>
      <w:r>
        <w:t xml:space="preserve">    (b) good food</w:t>
      </w:r>
      <w:r>
        <w:br/>
      </w:r>
      <w:r>
        <w:t xml:space="preserve">    (c) stolen goods</w:t>
      </w:r>
    </w:p>
    <w:p>
      <w:pPr>
        <w:pStyle w:val="Compact"/>
        <w:numPr>
          <w:ilvl w:val="0"/>
          <w:numId w:val="1001"/>
        </w:numPr>
      </w:pPr>
      <w:r>
        <w:rPr>
          <w:b/>
          <w:bCs/>
        </w:rPr>
        <w:t xml:space="preserve">They were on ponies, and each pony was slung about with all kinds of baggages, packages, parcels, and</w:t>
      </w:r>
      <w:r>
        <w:rPr>
          <w:b/>
          <w:bCs/>
        </w:rPr>
        <w:t xml:space="preserve"> </w:t>
      </w:r>
      <w:r>
        <w:rPr>
          <w:b/>
          <w:bCs/>
          <w:u w:val="single"/>
        </w:rPr>
        <w:t xml:space="preserve">paraphernalia</w:t>
      </w:r>
      <w:r>
        <w:rPr>
          <w:b/>
          <w:bCs/>
        </w:rPr>
        <w:t xml:space="preserve">.</w:t>
      </w:r>
      <w:r>
        <w:br/>
      </w:r>
      <w:r>
        <w:t xml:space="preserve">    (a) items that accompany a given activity</w:t>
      </w:r>
      <w:r>
        <w:br/>
      </w:r>
      <w:r>
        <w:t xml:space="preserve">    (b) items that are often found in nature</w:t>
      </w:r>
      <w:r>
        <w:br/>
      </w:r>
      <w:r>
        <w:t xml:space="preserve">    (c) items that are used for decoration</w:t>
      </w:r>
    </w:p>
    <w:p>
      <w:pPr>
        <w:pStyle w:val="Compact"/>
        <w:numPr>
          <w:ilvl w:val="0"/>
          <w:numId w:val="1001"/>
        </w:numPr>
      </w:pPr>
      <w:r>
        <w:rPr>
          <w:b/>
          <w:bCs/>
        </w:rPr>
        <w:t xml:space="preserve">A really first-class and legendary burglar would at this point have picked the trolls' pockets ...</w:t>
      </w:r>
      <w:r>
        <w:rPr>
          <w:b/>
          <w:bCs/>
        </w:rPr>
        <w:t xml:space="preserve"> </w:t>
      </w:r>
      <w:r>
        <w:rPr>
          <w:b/>
          <w:bCs/>
          <w:u w:val="single"/>
        </w:rPr>
        <w:t xml:space="preserve">purloined</w:t>
      </w:r>
      <w:r>
        <w:rPr>
          <w:b/>
          <w:bCs/>
        </w:rPr>
        <w:t xml:space="preserve"> </w:t>
      </w:r>
      <w:r>
        <w:rPr>
          <w:b/>
          <w:bCs/>
        </w:rPr>
        <w:t xml:space="preserve">the beer, and walked off without their noticing him.</w:t>
      </w:r>
      <w:r>
        <w:br/>
      </w:r>
      <w:r>
        <w:t xml:space="preserve">    (a) drunk</w:t>
      </w:r>
      <w:r>
        <w:br/>
      </w:r>
      <w:r>
        <w:t xml:space="preserve">    (b) spilled</w:t>
      </w:r>
      <w:r>
        <w:br/>
      </w:r>
      <w:r>
        <w:t xml:space="preserve">    (c) stolen</w:t>
      </w:r>
    </w:p>
    <w:p>
      <w:pPr>
        <w:pStyle w:val="Compact"/>
        <w:numPr>
          <w:ilvl w:val="0"/>
          <w:numId w:val="1001"/>
        </w:numPr>
      </w:pPr>
      <w:r>
        <w:rPr>
          <w:b/>
          <w:bCs/>
        </w:rPr>
        <w:t xml:space="preserve">It was they who told me that three of them had come down from the mountains and settled in the woods not far from the road; they had frightened everyone away from the district, and they</w:t>
      </w:r>
      <w:r>
        <w:rPr>
          <w:b/>
          <w:bCs/>
        </w:rPr>
        <w:t xml:space="preserve"> </w:t>
      </w:r>
      <w:r>
        <w:rPr>
          <w:b/>
          <w:bCs/>
          <w:u w:val="single"/>
        </w:rPr>
        <w:t xml:space="preserve">waylaid</w:t>
      </w:r>
      <w:r>
        <w:rPr>
          <w:b/>
          <w:bCs/>
        </w:rPr>
        <w:t xml:space="preserve"> </w:t>
      </w:r>
      <w:r>
        <w:rPr>
          <w:b/>
          <w:bCs/>
        </w:rPr>
        <w:t xml:space="preserve">strangers.</w:t>
      </w:r>
      <w:r>
        <w:br/>
      </w:r>
      <w:r>
        <w:t xml:space="preserve">    (a) frightened</w:t>
      </w:r>
      <w:r>
        <w:br/>
      </w:r>
      <w:r>
        <w:t xml:space="preserve">    (b) questioned</w:t>
      </w:r>
      <w:r>
        <w:br/>
      </w:r>
      <w:r>
        <w:t xml:space="preserve">    (c) ambushed</w:t>
      </w:r>
    </w:p>
    <w:p>
      <w:pPr>
        <w:pStyle w:val="Compact"/>
        <w:numPr>
          <w:ilvl w:val="0"/>
          <w:numId w:val="1001"/>
        </w:numPr>
      </w:pPr>
      <w:r>
        <w:rPr>
          <w:b/>
          <w:bCs/>
        </w:rPr>
        <w:t xml:space="preserve">"Escaping goblins to be caught by wolves!" he said, and it became a</w:t>
      </w:r>
      <w:r>
        <w:rPr>
          <w:b/>
          <w:bCs/>
        </w:rPr>
        <w:t xml:space="preserve"> </w:t>
      </w:r>
      <w:r>
        <w:rPr>
          <w:b/>
          <w:bCs/>
          <w:u w:val="single"/>
        </w:rPr>
        <w:t xml:space="preserve">proverb</w:t>
      </w:r>
      <w:r>
        <w:rPr>
          <w:b/>
          <w:bCs/>
        </w:rPr>
        <w:t xml:space="preserve">, though we now say 'out of the frying-pan into the fire' in the same sort of uncomfortable situations.</w:t>
      </w:r>
      <w:r>
        <w:br/>
      </w:r>
      <w:r>
        <w:t xml:space="preserve">    (a) nightmare</w:t>
      </w:r>
      <w:r>
        <w:br/>
      </w:r>
      <w:r>
        <w:t xml:space="preserve">    (b) common saying</w:t>
      </w:r>
      <w:r>
        <w:br/>
      </w:r>
      <w:r>
        <w:t xml:space="preserve">    (c) strong warning</w:t>
      </w:r>
    </w:p>
    <w:p>
      <w:pPr>
        <w:pStyle w:val="Compact"/>
        <w:numPr>
          <w:ilvl w:val="0"/>
          <w:numId w:val="1001"/>
        </w:numPr>
      </w:pPr>
      <w:r>
        <w:rPr>
          <w:b/>
          <w:bCs/>
        </w:rPr>
        <w:t xml:space="preserve">He just managed to catch hold of Dori's legs, as Dori was borne off last of all; and they went together above the</w:t>
      </w:r>
      <w:r>
        <w:rPr>
          <w:b/>
          <w:bCs/>
        </w:rPr>
        <w:t xml:space="preserve"> </w:t>
      </w:r>
      <w:r>
        <w:rPr>
          <w:b/>
          <w:bCs/>
          <w:u w:val="single"/>
        </w:rPr>
        <w:t xml:space="preserve">tumult</w:t>
      </w:r>
      <w:r>
        <w:rPr>
          <w:b/>
          <w:bCs/>
        </w:rPr>
        <w:t xml:space="preserve"> </w:t>
      </w:r>
      <w:r>
        <w:rPr>
          <w:b/>
          <w:bCs/>
        </w:rPr>
        <w:t xml:space="preserve">and the burning, Bilbo swinging in the air with his arms nearly breaking.</w:t>
      </w:r>
      <w:r>
        <w:br/>
      </w:r>
      <w:r>
        <w:t xml:space="preserve">    (a) disorderly situation</w:t>
      </w:r>
      <w:r>
        <w:br/>
      </w:r>
      <w:r>
        <w:t xml:space="preserve">    (b) burning buildings</w:t>
      </w:r>
      <w:r>
        <w:br/>
      </w:r>
      <w:r>
        <w:t xml:space="preserve">    (c) violent protests</w:t>
      </w:r>
    </w:p>
    <w:p>
      <w:pPr>
        <w:pStyle w:val="Compact"/>
        <w:numPr>
          <w:ilvl w:val="0"/>
          <w:numId w:val="1001"/>
        </w:numPr>
      </w:pPr>
      <w:r>
        <w:rPr>
          <w:b/>
          <w:bCs/>
        </w:rPr>
        <w:t xml:space="preserve">As a matter of fact Gandalf, who had often been in the mountains, had once</w:t>
      </w:r>
      <w:r>
        <w:rPr>
          <w:b/>
          <w:bCs/>
        </w:rPr>
        <w:t xml:space="preserve"> </w:t>
      </w:r>
      <w:r>
        <w:rPr>
          <w:b/>
          <w:bCs/>
          <w:u w:val="single"/>
        </w:rPr>
        <w:t xml:space="preserve">rendered</w:t>
      </w:r>
      <w:r>
        <w:rPr>
          <w:b/>
          <w:bCs/>
        </w:rPr>
        <w:t xml:space="preserve"> </w:t>
      </w:r>
      <w:r>
        <w:rPr>
          <w:b/>
          <w:bCs/>
        </w:rPr>
        <w:t xml:space="preserve">a service to the eagles and healed their lord from an arrow-wound.</w:t>
      </w:r>
      <w:r>
        <w:br/>
      </w:r>
      <w:r>
        <w:t xml:space="preserve">    (a) requested</w:t>
      </w:r>
      <w:r>
        <w:br/>
      </w:r>
      <w:r>
        <w:t xml:space="preserve">    (b) given</w:t>
      </w:r>
      <w:r>
        <w:br/>
      </w:r>
      <w:r>
        <w:t xml:space="preserve">    (c) accepted</w:t>
      </w:r>
    </w:p>
    <w:p>
      <w:pPr>
        <w:pStyle w:val="Compact"/>
        <w:numPr>
          <w:ilvl w:val="0"/>
          <w:numId w:val="1001"/>
        </w:numPr>
      </w:pPr>
      <w:r>
        <w:rPr>
          <w:b/>
          <w:bCs/>
        </w:rPr>
        <w:t xml:space="preserve">We are already deeply</w:t>
      </w:r>
      <w:r>
        <w:rPr>
          <w:b/>
          <w:bCs/>
        </w:rPr>
        <w:t xml:space="preserve"> </w:t>
      </w:r>
      <w:r>
        <w:rPr>
          <w:b/>
          <w:bCs/>
          <w:u w:val="single"/>
        </w:rPr>
        <w:t xml:space="preserve">obliged</w:t>
      </w:r>
      <w:r>
        <w:rPr>
          <w:b/>
          <w:bCs/>
        </w:rPr>
        <w:t xml:space="preserve"> </w:t>
      </w:r>
      <w:r>
        <w:rPr>
          <w:b/>
          <w:bCs/>
        </w:rPr>
        <w:t xml:space="preserve">to you.</w:t>
      </w:r>
      <w:r>
        <w:br/>
      </w:r>
      <w:r>
        <w:t xml:space="preserve">    (a) grateful</w:t>
      </w:r>
      <w:r>
        <w:br/>
      </w:r>
      <w:r>
        <w:t xml:space="preserve">    (b) admired</w:t>
      </w:r>
      <w:r>
        <w:br/>
      </w:r>
      <w:r>
        <w:t xml:space="preserve">    (c) misunderstood</w:t>
      </w:r>
    </w:p>
    <w:p>
      <w:pPr>
        <w:pStyle w:val="Compact"/>
        <w:numPr>
          <w:ilvl w:val="0"/>
          <w:numId w:val="1001"/>
        </w:numPr>
      </w:pPr>
      <w:r>
        <w:rPr>
          <w:b/>
          <w:bCs/>
        </w:rPr>
        <w:t xml:space="preserve">We are worn and</w:t>
      </w:r>
      <w:r>
        <w:rPr>
          <w:b/>
          <w:bCs/>
        </w:rPr>
        <w:t xml:space="preserve"> </w:t>
      </w:r>
      <w:r>
        <w:rPr>
          <w:b/>
          <w:bCs/>
          <w:u w:val="single"/>
        </w:rPr>
        <w:t xml:space="preserve">famished</w:t>
      </w:r>
      <w:r>
        <w:rPr>
          <w:b/>
          <w:bCs/>
        </w:rPr>
        <w:t xml:space="preserve"> </w:t>
      </w:r>
      <w:r>
        <w:rPr>
          <w:b/>
          <w:bCs/>
        </w:rPr>
        <w:t xml:space="preserve">after our long road and we have sick comrades.</w:t>
      </w:r>
      <w:r>
        <w:br/>
      </w:r>
      <w:r>
        <w:t xml:space="preserve">    (a) hungry</w:t>
      </w:r>
      <w:r>
        <w:br/>
      </w:r>
      <w:r>
        <w:t xml:space="preserve">    (b) thirsty</w:t>
      </w:r>
      <w:r>
        <w:br/>
      </w:r>
      <w:r>
        <w:t xml:space="preserve">    (c) tired</w:t>
      </w:r>
    </w:p>
    <w:p>
      <w:pPr>
        <w:pStyle w:val="Compact"/>
        <w:numPr>
          <w:ilvl w:val="0"/>
          <w:numId w:val="1001"/>
        </w:numPr>
      </w:pPr>
      <w:r>
        <w:rPr>
          <w:b/>
          <w:bCs/>
        </w:rPr>
        <w:t xml:space="preserve">Had he known more about dragons and their</w:t>
      </w:r>
      <w:r>
        <w:rPr>
          <w:b/>
          <w:bCs/>
        </w:rPr>
        <w:t xml:space="preserve"> </w:t>
      </w:r>
      <w:r>
        <w:rPr>
          <w:b/>
          <w:bCs/>
          <w:u w:val="single"/>
        </w:rPr>
        <w:t xml:space="preserve">wily</w:t>
      </w:r>
      <w:r>
        <w:rPr>
          <w:b/>
          <w:bCs/>
        </w:rPr>
        <w:t xml:space="preserve"> </w:t>
      </w:r>
      <w:r>
        <w:rPr>
          <w:b/>
          <w:bCs/>
        </w:rPr>
        <w:t xml:space="preserve">ways, he might have been more frightened and less hopeful of catching this one napping.</w:t>
      </w:r>
      <w:r>
        <w:br/>
      </w:r>
      <w:r>
        <w:t xml:space="preserve">    (a) clever</w:t>
      </w:r>
      <w:r>
        <w:br/>
      </w:r>
      <w:r>
        <w:t xml:space="preserve">    (b) evil</w:t>
      </w:r>
      <w:r>
        <w:br/>
      </w:r>
      <w:r>
        <w:t xml:space="preserve">    (c) scary</w:t>
      </w:r>
    </w:p>
    <w:p>
      <w:pPr>
        <w:pStyle w:val="Compact"/>
        <w:numPr>
          <w:ilvl w:val="0"/>
          <w:numId w:val="1001"/>
        </w:numPr>
      </w:pPr>
      <w:r>
        <w:rPr>
          <w:b/>
          <w:bCs/>
        </w:rPr>
        <w:t xml:space="preserve">"Your information is</w:t>
      </w:r>
      <w:r>
        <w:rPr>
          <w:b/>
          <w:bCs/>
        </w:rPr>
        <w:t xml:space="preserve"> </w:t>
      </w:r>
      <w:r>
        <w:rPr>
          <w:b/>
          <w:bCs/>
          <w:u w:val="single"/>
        </w:rPr>
        <w:t xml:space="preserve">antiquated</w:t>
      </w:r>
      <w:r>
        <w:rPr>
          <w:b/>
          <w:bCs/>
        </w:rPr>
        <w:t xml:space="preserve">," he snapped.</w:t>
      </w:r>
      <w:r>
        <w:br/>
      </w:r>
      <w:r>
        <w:t xml:space="preserve">    (a) obsolete</w:t>
      </w:r>
      <w:r>
        <w:br/>
      </w:r>
      <w:r>
        <w:t xml:space="preserve">    (b) valuable</w:t>
      </w:r>
      <w:r>
        <w:br/>
      </w:r>
      <w:r>
        <w:t xml:space="preserve">    (c) important</w:t>
      </w:r>
    </w:p>
    <w:p>
      <w:pPr>
        <w:pStyle w:val="Compact"/>
        <w:numPr>
          <w:ilvl w:val="0"/>
          <w:numId w:val="1001"/>
        </w:numPr>
      </w:pPr>
      <w:r>
        <w:rPr>
          <w:b/>
          <w:bCs/>
        </w:rPr>
        <w:t xml:space="preserve">The dwarves could not, of course, compare with the hobbit in real</w:t>
      </w:r>
      <w:r>
        <w:rPr>
          <w:b/>
          <w:bCs/>
        </w:rPr>
        <w:t xml:space="preserve"> </w:t>
      </w:r>
      <w:r>
        <w:rPr>
          <w:b/>
          <w:bCs/>
          <w:u w:val="single"/>
        </w:rPr>
        <w:t xml:space="preserve">stealth</w:t>
      </w:r>
      <w:r>
        <w:rPr>
          <w:b/>
          <w:bCs/>
        </w:rPr>
        <w:t xml:space="preserve">, and they made a deal of puffing and shuffling which echoes magnified alarmingly;</w:t>
      </w:r>
      <w:r>
        <w:br/>
      </w:r>
      <w:r>
        <w:t xml:space="preserve">    (a) movement in a way that is very noisy</w:t>
      </w:r>
      <w:r>
        <w:br/>
      </w:r>
      <w:r>
        <w:t xml:space="preserve">    (b) movement in a way that is hard to detect</w:t>
      </w:r>
      <w:r>
        <w:br/>
      </w:r>
      <w:r>
        <w:t xml:space="preserve">    (c) movement in a way that is very fast</w:t>
      </w:r>
    </w:p>
    <w:p>
      <w:pPr>
        <w:pStyle w:val="Compact"/>
        <w:numPr>
          <w:ilvl w:val="0"/>
          <w:numId w:val="1001"/>
        </w:numPr>
      </w:pPr>
      <w:r>
        <w:rPr>
          <w:b/>
          <w:bCs/>
        </w:rPr>
        <w:t xml:space="preserve">Another swoop and another, and another house and then another sprang afire and fell; and still no arrow</w:t>
      </w:r>
      <w:r>
        <w:rPr>
          <w:b/>
          <w:bCs/>
        </w:rPr>
        <w:t xml:space="preserve"> </w:t>
      </w:r>
      <w:r>
        <w:rPr>
          <w:b/>
          <w:bCs/>
          <w:u w:val="single"/>
        </w:rPr>
        <w:t xml:space="preserve">hindered</w:t>
      </w:r>
      <w:r>
        <w:rPr>
          <w:b/>
          <w:bCs/>
        </w:rPr>
        <w:t xml:space="preserve"> </w:t>
      </w:r>
      <w:r>
        <w:rPr>
          <w:b/>
          <w:bCs/>
        </w:rPr>
        <w:t xml:space="preserve">Smaug or hurt him more than a fly from the marshes.</w:t>
      </w:r>
      <w:r>
        <w:br/>
      </w:r>
      <w:r>
        <w:t xml:space="preserve">    (a) created difficulty</w:t>
      </w:r>
      <w:r>
        <w:br/>
      </w:r>
      <w:r>
        <w:t xml:space="preserve">    (b) stopped by force</w:t>
      </w:r>
      <w:r>
        <w:br/>
      </w:r>
      <w:r>
        <w:t xml:space="preserve">    (c) assisted in efforts</w:t>
      </w:r>
    </w:p>
    <w:p>
      <w:pPr>
        <w:pStyle w:val="Compact"/>
        <w:numPr>
          <w:ilvl w:val="0"/>
          <w:numId w:val="1001"/>
        </w:numPr>
      </w:pPr>
      <w:r>
        <w:rPr>
          <w:b/>
          <w:bCs/>
        </w:rPr>
        <w:t xml:space="preserve">From whom should we claim the</w:t>
      </w:r>
      <w:r>
        <w:rPr>
          <w:b/>
          <w:bCs/>
        </w:rPr>
        <w:t xml:space="preserve"> </w:t>
      </w:r>
      <w:r>
        <w:rPr>
          <w:b/>
          <w:bCs/>
          <w:u w:val="single"/>
        </w:rPr>
        <w:t xml:space="preserve">recompense</w:t>
      </w:r>
      <w:r>
        <w:rPr>
          <w:b/>
          <w:bCs/>
        </w:rPr>
        <w:t xml:space="preserve"> </w:t>
      </w:r>
      <w:r>
        <w:rPr>
          <w:b/>
          <w:bCs/>
        </w:rPr>
        <w:t xml:space="preserve">of our damage, and aid for our widows and orphans?</w:t>
      </w:r>
      <w:r>
        <w:br/>
      </w:r>
      <w:r>
        <w:t xml:space="preserve">    (a) total</w:t>
      </w:r>
      <w:r>
        <w:br/>
      </w:r>
      <w:r>
        <w:t xml:space="preserve">    (b) responsibility</w:t>
      </w:r>
      <w:r>
        <w:br/>
      </w:r>
      <w:r>
        <w:t xml:space="preserve">    (c) compensation</w:t>
      </w:r>
    </w:p>
    <w:p>
      <w:pPr>
        <w:pStyle w:val="Compact"/>
        <w:numPr>
          <w:ilvl w:val="0"/>
          <w:numId w:val="1001"/>
        </w:numPr>
      </w:pPr>
      <w:r>
        <w:rPr>
          <w:b/>
          <w:bCs/>
        </w:rPr>
        <w:t xml:space="preserve">I will not</w:t>
      </w:r>
      <w:r>
        <w:rPr>
          <w:b/>
          <w:bCs/>
        </w:rPr>
        <w:t xml:space="preserve"> </w:t>
      </w:r>
      <w:r>
        <w:rPr>
          <w:b/>
          <w:bCs/>
          <w:u w:val="single"/>
        </w:rPr>
        <w:t xml:space="preserve">parley</w:t>
      </w:r>
      <w:r>
        <w:rPr>
          <w:b/>
          <w:bCs/>
        </w:rPr>
        <w:t xml:space="preserve">, as I have said, with armed men at my gate.</w:t>
      </w:r>
      <w:r>
        <w:br/>
      </w:r>
      <w:r>
        <w:t xml:space="preserve">    (a) fight</w:t>
      </w:r>
      <w:r>
        <w:br/>
      </w:r>
      <w:r>
        <w:t xml:space="preserve">    (b) hesitate</w:t>
      </w:r>
      <w:r>
        <w:br/>
      </w:r>
      <w:r>
        <w:t xml:space="preserve">    (c) negotiate</w:t>
      </w:r>
    </w:p>
    <w:p>
      <w:pPr>
        <w:pStyle w:val="Compact"/>
        <w:numPr>
          <w:ilvl w:val="0"/>
          <w:numId w:val="1001"/>
        </w:numPr>
      </w:pPr>
      <w:r>
        <w:rPr>
          <w:b/>
          <w:bCs/>
        </w:rPr>
        <w:t xml:space="preserve">I declare the Mountain</w:t>
      </w:r>
      <w:r>
        <w:rPr>
          <w:b/>
          <w:bCs/>
        </w:rPr>
        <w:t xml:space="preserve"> </w:t>
      </w:r>
      <w:r>
        <w:rPr>
          <w:b/>
          <w:bCs/>
          <w:u w:val="single"/>
        </w:rPr>
        <w:t xml:space="preserve">besieged</w:t>
      </w:r>
      <w:r>
        <w:rPr>
          <w:b/>
          <w:bCs/>
        </w:rPr>
        <w:t xml:space="preserve">. You shall not depart from it, until you call on your side for a truce and a parley. We will bear no weapons against you, but we leave you to your gold. You may eat that, if you will!</w:t>
      </w:r>
      <w:r>
        <w:br/>
      </w:r>
      <w:r>
        <w:t xml:space="preserve">    (a) abandoned</w:t>
      </w:r>
      <w:r>
        <w:br/>
      </w:r>
      <w:r>
        <w:t xml:space="preserve">    (b) very strong</w:t>
      </w:r>
      <w:r>
        <w:br/>
      </w:r>
      <w:r>
        <w:t xml:space="preserve">    (c) blocked off</w:t>
      </w:r>
    </w:p>
    <w:p>
      <w:pPr>
        <w:pStyle w:val="Compact"/>
        <w:numPr>
          <w:ilvl w:val="0"/>
          <w:numId w:val="1001"/>
        </w:numPr>
      </w:pPr>
      <w:r>
        <w:rPr>
          <w:b/>
          <w:bCs/>
        </w:rPr>
        <w:t xml:space="preserve">Personally I am only too ready to consider all your claims carefully, and</w:t>
      </w:r>
      <w:r>
        <w:rPr>
          <w:b/>
          <w:bCs/>
        </w:rPr>
        <w:t xml:space="preserve"> </w:t>
      </w:r>
      <w:r>
        <w:rPr>
          <w:b/>
          <w:bCs/>
          <w:u w:val="single"/>
        </w:rPr>
        <w:t xml:space="preserve">deduct</w:t>
      </w:r>
      <w:r>
        <w:rPr>
          <w:b/>
          <w:bCs/>
        </w:rPr>
        <w:t xml:space="preserve"> </w:t>
      </w:r>
      <w:r>
        <w:rPr>
          <w:b/>
          <w:bCs/>
        </w:rPr>
        <w:t xml:space="preserve">what is right from the total before putting in my own claim.</w:t>
      </w:r>
      <w:r>
        <w:br/>
      </w:r>
      <w:r>
        <w:t xml:space="preserve">    (a) subtract</w:t>
      </w:r>
      <w:r>
        <w:br/>
      </w:r>
      <w:r>
        <w:t xml:space="preserve">    (b) multiply</w:t>
      </w:r>
      <w:r>
        <w:br/>
      </w:r>
      <w:r>
        <w:t xml:space="preserve">    (c) add</w:t>
      </w:r>
    </w:p>
    <w:p>
      <w:pPr>
        <w:pStyle w:val="Compact"/>
        <w:numPr>
          <w:ilvl w:val="0"/>
          <w:numId w:val="1001"/>
        </w:numPr>
      </w:pPr>
      <w:r>
        <w:rPr>
          <w:b/>
          <w:bCs/>
        </w:rPr>
        <w:t xml:space="preserve">It was rightly guessed that I could not</w:t>
      </w:r>
      <w:r>
        <w:rPr>
          <w:b/>
          <w:bCs/>
        </w:rPr>
        <w:t xml:space="preserve"> </w:t>
      </w:r>
      <w:r>
        <w:rPr>
          <w:b/>
          <w:bCs/>
          <w:u w:val="single"/>
        </w:rPr>
        <w:t xml:space="preserve">forbear</w:t>
      </w:r>
      <w:r>
        <w:rPr>
          <w:b/>
          <w:bCs/>
        </w:rPr>
        <w:t xml:space="preserve"> </w:t>
      </w:r>
      <w:r>
        <w:rPr>
          <w:b/>
          <w:bCs/>
        </w:rPr>
        <w:t xml:space="preserve">to redeem the Arkenstone, the treasure of my house.</w:t>
      </w:r>
      <w:r>
        <w:br/>
      </w:r>
      <w:r>
        <w:t xml:space="preserve">    (a) enter battle</w:t>
      </w:r>
      <w:r>
        <w:br/>
      </w:r>
      <w:r>
        <w:t xml:space="preserve">    (b) refrain (hold back)</w:t>
      </w:r>
      <w:r>
        <w:br/>
      </w:r>
      <w:r>
        <w:t xml:space="preserve">    (c) be cautious</w:t>
      </w:r>
    </w:p>
    <w:p>
      <w:pPr>
        <w:pStyle w:val="Compact"/>
        <w:numPr>
          <w:ilvl w:val="0"/>
          <w:numId w:val="1001"/>
        </w:numPr>
      </w:pPr>
      <w:r>
        <w:rPr>
          <w:b/>
          <w:bCs/>
        </w:rPr>
        <w:t xml:space="preserve">Goblins had scaled the Mountain from the other side and already many were on the slopes above the Gate, and others were streaming down recklessly, heedless of those that fell screaming from cliff and</w:t>
      </w:r>
      <w:r>
        <w:rPr>
          <w:b/>
          <w:bCs/>
        </w:rPr>
        <w:t xml:space="preserve"> </w:t>
      </w:r>
      <w:r>
        <w:rPr>
          <w:b/>
          <w:bCs/>
          <w:u w:val="single"/>
        </w:rPr>
        <w:t xml:space="preserve">precipice</w:t>
      </w:r>
      <w:r>
        <w:rPr>
          <w:b/>
          <w:bCs/>
        </w:rPr>
        <w:t xml:space="preserve">, to attack the spurs from above.</w:t>
      </w:r>
      <w:r>
        <w:br/>
      </w:r>
      <w:r>
        <w:t xml:space="preserve">    (a) steep cliff</w:t>
      </w:r>
      <w:r>
        <w:br/>
      </w:r>
      <w:r>
        <w:t xml:space="preserve">    (b) long ramp</w:t>
      </w:r>
      <w:r>
        <w:br/>
      </w:r>
      <w:r>
        <w:t xml:space="preserve">    (c) wide bridge</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2026-07-31T15:16:00Z</dcterms:created>
  <dcterms:modified xsi:type="dcterms:W3CDTF">2026-07-31T15:16:00Z</dcterms:modified>
</cp:coreProperties>
</file>

<file path=docProps/custom.xml><?xml version="1.0" encoding="utf-8"?>
<Properties xmlns="http://schemas.openxmlformats.org/officeDocument/2006/custom-properties" xmlns:vt="http://schemas.openxmlformats.org/officeDocument/2006/docPropsVTypes"/>
</file>