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037be7a6a3aab769149007dece7195ef85def3"/>
    <w:p>
      <w:pPr>
        <w:pStyle w:val="Heading1"/>
      </w:pPr>
      <w:r>
        <w:rPr>
          <w:b/>
          <w:bCs/>
        </w:rPr>
        <w:t xml:space="preserve">The Hitchhiker's Guide to the Galaxy</w:t>
      </w:r>
      <w:r>
        <w:br/>
      </w:r>
      <w:r>
        <w:rPr>
          <w:i/>
          <w:iCs/>
        </w:rPr>
        <w:t xml:space="preserve">Douglas Adams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In moments of great stress, every life form that exists gives out a tiny</w:t>
      </w:r>
      <w:r>
        <w:rPr>
          <w:b/>
          <w:bCs/>
        </w:rPr>
        <w:t xml:space="preserve"> </w:t>
      </w:r>
      <w:r>
        <w:rPr>
          <w:b/>
          <w:bCs/>
          <w:u w:val="single"/>
        </w:rPr>
        <w:t xml:space="preserve">subliminal</w:t>
      </w:r>
      <w:r>
        <w:rPr>
          <w:b/>
          <w:bCs/>
        </w:rPr>
        <w:t xml:space="preserve"> </w:t>
      </w:r>
      <w:r>
        <w:rPr>
          <w:b/>
          <w:bCs/>
        </w:rPr>
        <w:t xml:space="preserve">signal.</w:t>
      </w:r>
      <w:r>
        <w:br/>
      </w:r>
      <w:r>
        <w:t xml:space="preserve">    (a) in a manner of taking on or adopting power or responsibility</w:t>
      </w:r>
      <w:r>
        <w:br/>
      </w:r>
      <w:r>
        <w:t xml:space="preserve">    (b) not recognized by the conscious mind, but still of influence</w:t>
      </w:r>
      <w:r>
        <w:br/>
      </w:r>
      <w:r>
        <w:t xml:space="preserve">    (c) producing a stream of atomic particles through nuclear decay</w:t>
      </w:r>
    </w:p>
    <w:p>
      <w:pPr>
        <w:pStyle w:val="Compact"/>
        <w:numPr>
          <w:ilvl w:val="0"/>
          <w:numId w:val="1001"/>
        </w:numPr>
      </w:pPr>
      <w:r>
        <w:rPr>
          <w:b/>
          <w:bCs/>
          <w:u w:val="single"/>
        </w:rPr>
        <w:t xml:space="preserve">apathetic</w:t>
      </w:r>
      <w:r>
        <w:rPr>
          <w:b/>
          <w:bCs/>
        </w:rPr>
        <w:t xml:space="preserve"> </w:t>
      </w:r>
      <w:r>
        <w:rPr>
          <w:b/>
          <w:bCs/>
        </w:rPr>
        <w:t xml:space="preserve">bloody planet, I've no sympathy at all.</w:t>
      </w:r>
      <w:r>
        <w:br/>
      </w:r>
      <w:r>
        <w:t xml:space="preserve">    (a) without interest or enthusiasm</w:t>
      </w:r>
      <w:r>
        <w:br/>
      </w:r>
      <w:r>
        <w:t xml:space="preserve">    (b) relating to the chest (thorax)</w:t>
      </w:r>
      <w:r>
        <w:br/>
      </w:r>
      <w:r>
        <w:t xml:space="preserve">    (c) made by taking on as one's own</w:t>
      </w:r>
    </w:p>
    <w:p>
      <w:pPr>
        <w:pStyle w:val="Compact"/>
        <w:numPr>
          <w:ilvl w:val="0"/>
          <w:numId w:val="1001"/>
        </w:numPr>
      </w:pPr>
      <w:r>
        <w:rPr>
          <w:b/>
          <w:bCs/>
        </w:rPr>
        <w:t xml:space="preserve">All except the Hooloovoo were</w:t>
      </w:r>
      <w:r>
        <w:rPr>
          <w:b/>
          <w:bCs/>
        </w:rPr>
        <w:t xml:space="preserve"> </w:t>
      </w:r>
      <w:r>
        <w:rPr>
          <w:b/>
          <w:bCs/>
          <w:u w:val="single"/>
        </w:rPr>
        <w:t xml:space="preserve">resplendent</w:t>
      </w:r>
      <w:r>
        <w:rPr>
          <w:b/>
          <w:bCs/>
        </w:rPr>
        <w:t xml:space="preserve"> </w:t>
      </w:r>
      <w:r>
        <w:rPr>
          <w:b/>
          <w:bCs/>
        </w:rPr>
        <w:t xml:space="preserve">in their multicolored ceremonial lab coats; the Hooloovoo had been temporarily refracted into a free-standing prism for the occasion.</w:t>
      </w:r>
      <w:r>
        <w:br/>
      </w:r>
      <w:r>
        <w:t xml:space="preserve">    (a) beautiful or splendid</w:t>
      </w:r>
      <w:r>
        <w:br/>
      </w:r>
      <w:r>
        <w:t xml:space="preserve">    (b) exactness or accuracy</w:t>
      </w:r>
      <w:r>
        <w:br/>
      </w:r>
      <w:r>
        <w:t xml:space="preserve">    (c) able to be translated</w:t>
      </w:r>
    </w:p>
    <w:p>
      <w:pPr>
        <w:pStyle w:val="Compact"/>
        <w:numPr>
          <w:ilvl w:val="0"/>
          <w:numId w:val="1001"/>
        </w:numPr>
      </w:pPr>
      <w:r>
        <w:rPr>
          <w:b/>
          <w:bCs/>
        </w:rPr>
        <w:t xml:space="preserve">At the top of the cliff the globe wavered for a moment, tipped onto a railed ramp, rolled down it to a small</w:t>
      </w:r>
      <w:r>
        <w:rPr>
          <w:b/>
          <w:bCs/>
        </w:rPr>
        <w:t xml:space="preserve"> </w:t>
      </w:r>
      <w:r>
        <w:rPr>
          <w:b/>
          <w:bCs/>
          <w:u w:val="single"/>
        </w:rPr>
        <w:t xml:space="preserve">concave</w:t>
      </w:r>
      <w:r>
        <w:rPr>
          <w:b/>
          <w:bCs/>
        </w:rPr>
        <w:t xml:space="preserve"> </w:t>
      </w:r>
      <w:r>
        <w:rPr>
          <w:b/>
          <w:bCs/>
        </w:rPr>
        <w:t xml:space="preserve">platform and riddled to a halt.</w:t>
      </w:r>
      <w:r>
        <w:br/>
      </w:r>
      <w:r>
        <w:t xml:space="preserve">    (a) include consideration of</w:t>
      </w:r>
      <w:r>
        <w:br/>
      </w:r>
      <w:r>
        <w:t xml:space="preserve">    (b) angled or curving inward</w:t>
      </w:r>
      <w:r>
        <w:br/>
      </w:r>
      <w:r>
        <w:t xml:space="preserve">    (c) struggle or disagreement</w:t>
      </w:r>
    </w:p>
    <w:p>
      <w:pPr>
        <w:pStyle w:val="Compact"/>
        <w:numPr>
          <w:ilvl w:val="0"/>
          <w:numId w:val="1001"/>
        </w:numPr>
      </w:pPr>
      <w:r>
        <w:rPr>
          <w:b/>
          <w:bCs/>
        </w:rPr>
        <w:t xml:space="preserve">The term Imperial is kept though it is now an</w:t>
      </w:r>
      <w:r>
        <w:rPr>
          <w:b/>
          <w:bCs/>
        </w:rPr>
        <w:t xml:space="preserve"> </w:t>
      </w:r>
      <w:r>
        <w:rPr>
          <w:b/>
          <w:bCs/>
          <w:u w:val="single"/>
        </w:rPr>
        <w:t xml:space="preserve">anachronism</w:t>
      </w:r>
      <w:r>
        <w:rPr>
          <w:b/>
          <w:bCs/>
        </w:rPr>
        <w:t xml:space="preserve">.</w:t>
      </w:r>
      <w:r>
        <w:br/>
      </w:r>
      <w:r>
        <w:t xml:space="preserve">    (a) something only spoken in private</w:t>
      </w:r>
      <w:r>
        <w:br/>
      </w:r>
      <w:r>
        <w:t xml:space="preserve">    (b) something out of place for it's time</w:t>
      </w:r>
      <w:r>
        <w:br/>
      </w:r>
      <w:r>
        <w:t xml:space="preserve">    (c) something that is an understatement</w:t>
      </w:r>
    </w:p>
    <w:p>
      <w:pPr>
        <w:pStyle w:val="Compact"/>
        <w:numPr>
          <w:ilvl w:val="0"/>
          <w:numId w:val="1001"/>
        </w:numPr>
      </w:pPr>
      <w:r>
        <w:rPr>
          <w:b/>
          <w:bCs/>
        </w:rPr>
        <w:t xml:space="preserve">His job is not to wield power but to draw attention away from it. On those</w:t>
      </w:r>
      <w:r>
        <w:rPr>
          <w:b/>
          <w:bCs/>
        </w:rPr>
        <w:t xml:space="preserve"> </w:t>
      </w:r>
      <w:r>
        <w:rPr>
          <w:b/>
          <w:bCs/>
          <w:u w:val="single"/>
        </w:rPr>
        <w:t xml:space="preserve">criteria</w:t>
      </w:r>
      <w:r>
        <w:rPr>
          <w:b/>
          <w:bCs/>
        </w:rPr>
        <w:t xml:space="preserve"> </w:t>
      </w:r>
      <w:r>
        <w:rPr>
          <w:b/>
          <w:bCs/>
        </w:rPr>
        <w:t xml:space="preserve">Zaphod Beeblebrox is one of the most successful Presidents the Galaxy has ever had</w:t>
      </w:r>
      <w:r>
        <w:br/>
      </w:r>
      <w:r>
        <w:t xml:space="preserve">    (a) successes</w:t>
      </w:r>
      <w:r>
        <w:br/>
      </w:r>
      <w:r>
        <w:t xml:space="preserve">    (b) points of evaluation</w:t>
      </w:r>
      <w:r>
        <w:br/>
      </w:r>
      <w:r>
        <w:t xml:space="preserve">    (c) studies</w:t>
      </w:r>
    </w:p>
    <w:p>
      <w:pPr>
        <w:pStyle w:val="Compact"/>
        <w:numPr>
          <w:ilvl w:val="0"/>
          <w:numId w:val="1001"/>
        </w:numPr>
      </w:pPr>
      <w:r>
        <w:rPr>
          <w:b/>
          <w:bCs/>
        </w:rPr>
        <w:t xml:space="preserve">It's a bit</w:t>
      </w:r>
      <w:r>
        <w:rPr>
          <w:b/>
          <w:bCs/>
        </w:rPr>
        <w:t xml:space="preserve"> </w:t>
      </w:r>
      <w:r>
        <w:rPr>
          <w:b/>
          <w:bCs/>
          <w:u w:val="single"/>
        </w:rPr>
        <w:t xml:space="preserve">squalid</w:t>
      </w:r>
      <w:r>
        <w:rPr>
          <w:b/>
          <w:bCs/>
        </w:rPr>
        <w:t xml:space="preserve">, isn't it?</w:t>
      </w:r>
      <w:r>
        <w:br/>
      </w:r>
      <w:r>
        <w:t xml:space="preserve">    (a) dirty and unpleasant; or (more rarely) immoral</w:t>
      </w:r>
      <w:r>
        <w:br/>
      </w:r>
      <w:r>
        <w:t xml:space="preserve">    (b) the state or degree of being greater than zero</w:t>
      </w:r>
      <w:r>
        <w:br/>
      </w:r>
      <w:r>
        <w:t xml:space="preserve">    (c) with the involvement of other people or things</w:t>
      </w:r>
    </w:p>
    <w:p>
      <w:pPr>
        <w:pStyle w:val="Compact"/>
        <w:numPr>
          <w:ilvl w:val="0"/>
          <w:numId w:val="1001"/>
        </w:numPr>
      </w:pPr>
      <w:r>
        <w:rPr>
          <w:b/>
          <w:bCs/>
        </w:rPr>
        <w:t xml:space="preserve">His voice was rising to a horrible pitch of impassioned</w:t>
      </w:r>
      <w:r>
        <w:rPr>
          <w:b/>
          <w:bCs/>
        </w:rPr>
        <w:t xml:space="preserve"> </w:t>
      </w:r>
      <w:r>
        <w:rPr>
          <w:b/>
          <w:bCs/>
          <w:u w:val="single"/>
        </w:rPr>
        <w:t xml:space="preserve">stridency</w:t>
      </w:r>
      <w:r>
        <w:rPr>
          <w:b/>
          <w:bCs/>
        </w:rPr>
        <w:t xml:space="preserve">.</w:t>
      </w:r>
      <w:r>
        <w:br/>
      </w:r>
      <w:r>
        <w:t xml:space="preserve">    (a) unpleasantly forceful when expressing opinions; or loud and harsh</w:t>
      </w:r>
      <w:r>
        <w:br/>
      </w:r>
      <w:r>
        <w:br/>
      </w:r>
      <w:r>
        <w:br/>
      </w:r>
      <w:r>
        <w:t xml:space="preserve">    (b) a serious intestinal infection caused by contaminated food or water</w:t>
      </w:r>
      <w:r>
        <w:br/>
      </w:r>
      <w:r>
        <w:t xml:space="preserve">    (c) people of the second most populous denomination of Islam (over 10%)</w:t>
      </w:r>
    </w:p>
    <w:p>
      <w:pPr>
        <w:pStyle w:val="Compact"/>
        <w:numPr>
          <w:ilvl w:val="0"/>
          <w:numId w:val="1001"/>
        </w:numPr>
      </w:pPr>
      <w:r>
        <w:rPr>
          <w:b/>
          <w:bCs/>
        </w:rPr>
        <w:t xml:space="preserve">"Ah yes, Vogonity—sorry—of the poet's compassionate soul"—Arthur felt he was on the homestretch now—"which contrives through the medium of the verse structure to sublimate this,</w:t>
      </w:r>
      <w:r>
        <w:rPr>
          <w:b/>
          <w:bCs/>
        </w:rPr>
        <w:t xml:space="preserve"> </w:t>
      </w:r>
      <w:r>
        <w:rPr>
          <w:b/>
          <w:bCs/>
          <w:u w:val="single"/>
        </w:rPr>
        <w:t xml:space="preserve">transcend</w:t>
      </w:r>
      <w:r>
        <w:rPr>
          <w:b/>
          <w:bCs/>
        </w:rPr>
        <w:t xml:space="preserve"> </w:t>
      </w:r>
      <w:r>
        <w:rPr>
          <w:b/>
          <w:bCs/>
        </w:rPr>
        <w:t xml:space="preserve">that, and come to terms with the fundamental dichotomies of the other"—he was reaching a triumphant crescendo—"and one is left with a profound and vivid insight into ...into ...er ..." (which suddenly gave out on him).</w:t>
      </w:r>
      <w:r>
        <w:br/>
      </w:r>
      <w:r>
        <w:t xml:space="preserve">    (a) exceed or surpass</w:t>
      </w:r>
      <w:r>
        <w:br/>
      </w:r>
      <w:r>
        <w:t xml:space="preserve">    (b) reach</w:t>
      </w:r>
      <w:r>
        <w:br/>
      </w:r>
      <w:r>
        <w:t xml:space="preserve">    (c) restrict</w:t>
      </w:r>
    </w:p>
    <w:p>
      <w:pPr>
        <w:pStyle w:val="Compact"/>
        <w:numPr>
          <w:ilvl w:val="0"/>
          <w:numId w:val="1001"/>
        </w:numPr>
      </w:pPr>
      <w:r>
        <w:rPr>
          <w:b/>
          <w:bCs/>
        </w:rPr>
        <w:t xml:space="preserve">Five wild Event</w:t>
      </w:r>
      <w:r>
        <w:rPr>
          <w:b/>
          <w:bCs/>
        </w:rPr>
        <w:t xml:space="preserve"> </w:t>
      </w:r>
      <w:r>
        <w:rPr>
          <w:b/>
          <w:bCs/>
          <w:u w:val="single"/>
        </w:rPr>
        <w:t xml:space="preserve">Maelstroms</w:t>
      </w:r>
      <w:r>
        <w:rPr>
          <w:b/>
          <w:bCs/>
        </w:rPr>
        <w:t xml:space="preserve"> </w:t>
      </w:r>
      <w:r>
        <w:rPr>
          <w:b/>
          <w:bCs/>
        </w:rPr>
        <w:t xml:space="preserve">swirled in vicious storms of unreason and spewed up a payment.</w:t>
      </w:r>
      <w:r>
        <w:br/>
      </w:r>
      <w:r>
        <w:t xml:space="preserve">    (a) chemical substance comprised of the smallest amount of a chemical substance that can exist by itself</w:t>
      </w:r>
      <w:r>
        <w:br/>
      </w:r>
      <w:r>
        <w:t xml:space="preserve">    (b) aka natural rights -- rights that are naturally due because of human nature and the natural condition</w:t>
      </w:r>
      <w:r>
        <w:br/>
      </w:r>
      <w:r>
        <w:t xml:space="preserve">    (c) a situation of wild confusion, disorder, or violent movement; or less commonly, a powerful whirlpool</w:t>
      </w:r>
    </w:p>
    <w:p>
      <w:pPr>
        <w:pStyle w:val="Compact"/>
        <w:numPr>
          <w:ilvl w:val="0"/>
          <w:numId w:val="1001"/>
        </w:numPr>
      </w:pPr>
      <w:r>
        <w:rPr>
          <w:b/>
          <w:bCs/>
        </w:rPr>
        <w:t xml:space="preserve">He was</w:t>
      </w:r>
      <w:r>
        <w:rPr>
          <w:b/>
          <w:bCs/>
        </w:rPr>
        <w:t xml:space="preserve"> </w:t>
      </w:r>
      <w:r>
        <w:rPr>
          <w:b/>
          <w:bCs/>
          <w:u w:val="single"/>
        </w:rPr>
        <w:t xml:space="preserve">piqued</w:t>
      </w:r>
      <w:r>
        <w:rPr>
          <w:b/>
          <w:bCs/>
        </w:rPr>
        <w:t xml:space="preserve"> </w:t>
      </w:r>
      <w:r>
        <w:rPr>
          <w:b/>
          <w:bCs/>
        </w:rPr>
        <w:t xml:space="preserve">by Ford's skeptical reaction.</w:t>
      </w:r>
      <w:r>
        <w:br/>
      </w:r>
      <w:r>
        <w:t xml:space="preserve">    (a) provided evidence of something -- especially oral evidence in court</w:t>
      </w:r>
      <w:r>
        <w:br/>
      </w:r>
      <w:r>
        <w:t xml:space="preserve">    (b) irritated or indignant</w:t>
      </w:r>
      <w:r>
        <w:br/>
      </w:r>
      <w:r>
        <w:t xml:space="preserve">    (c) showed something -- such as demonstrated, expressed, or represented</w:t>
      </w:r>
    </w:p>
    <w:p>
      <w:pPr>
        <w:pStyle w:val="Compact"/>
        <w:numPr>
          <w:ilvl w:val="0"/>
          <w:numId w:val="1001"/>
        </w:numPr>
      </w:pPr>
      <w:r>
        <w:rPr>
          <w:b/>
          <w:bCs/>
        </w:rPr>
        <w:t xml:space="preserve">The robot still sat there, completely</w:t>
      </w:r>
      <w:r>
        <w:rPr>
          <w:b/>
          <w:bCs/>
        </w:rPr>
        <w:t xml:space="preserve"> </w:t>
      </w:r>
      <w:r>
        <w:rPr>
          <w:b/>
          <w:bCs/>
          <w:u w:val="single"/>
        </w:rPr>
        <w:t xml:space="preserve">inert</w:t>
      </w:r>
      <w:r>
        <w:rPr>
          <w:b/>
          <w:bCs/>
        </w:rPr>
        <w:t xml:space="preserve">.</w:t>
      </w:r>
      <w:r>
        <w:br/>
      </w:r>
      <w:r>
        <w:t xml:space="preserve">    (a) the degree to which a performance of or to someone else's work lends itself to the expression of personal artistic ideas or feelings by the performer</w:t>
      </w:r>
      <w:r>
        <w:br/>
      </w:r>
      <w:r>
        <w:t xml:space="preserve">    (b) the quality or degree of being straightforward or clear (sometimes indicating that truth is not worded carefully to spare feelings or gain advantage)</w:t>
      </w:r>
      <w:r>
        <w:br/>
      </w:r>
      <w:r>
        <w:t xml:space="preserve">    (c) unmoving, inactive, or unable to move</w:t>
      </w:r>
      <w:r>
        <w:br/>
      </w:r>
      <w:r>
        <w:br/>
      </w:r>
      <w:r>
        <w:t xml:space="preserve">or:</w:t>
      </w:r>
      <w:r>
        <w:br/>
      </w:r>
      <w:r>
        <w:br/>
      </w:r>
      <w:r>
        <w:t xml:space="preserve">slow, lethargic, or without interest</w:t>
      </w:r>
      <w:r>
        <w:br/>
      </w:r>
      <w:r>
        <w:br/>
      </w:r>
      <w:r>
        <w:t xml:space="preserve">or (in chemistry/medicine):</w:t>
      </w:r>
      <w:r>
        <w:br/>
      </w:r>
      <w:r>
        <w:br/>
      </w:r>
      <w:r>
        <w:t xml:space="preserve">chemically inactive (not having an effect)</w:t>
      </w:r>
    </w:p>
    <w:p>
      <w:pPr>
        <w:pStyle w:val="Compact"/>
        <w:numPr>
          <w:ilvl w:val="0"/>
          <w:numId w:val="1001"/>
        </w:numPr>
      </w:pPr>
      <w:r>
        <w:rPr>
          <w:b/>
          <w:bCs/>
        </w:rPr>
        <w:t xml:space="preserve">"We only ever had the one sun at home,"</w:t>
      </w:r>
      <w:r>
        <w:rPr>
          <w:b/>
          <w:bCs/>
        </w:rPr>
        <w:t xml:space="preserve"> </w:t>
      </w:r>
      <w:r>
        <w:rPr>
          <w:b/>
          <w:bCs/>
          <w:u w:val="single"/>
        </w:rPr>
        <w:t xml:space="preserve">persevered</w:t>
      </w:r>
      <w:r>
        <w:rPr>
          <w:b/>
          <w:bCs/>
        </w:rPr>
        <w:t xml:space="preserve"> </w:t>
      </w:r>
      <w:r>
        <w:rPr>
          <w:b/>
          <w:bCs/>
        </w:rPr>
        <w:t xml:space="preserve">Arthur.</w:t>
      </w:r>
      <w:r>
        <w:br/>
      </w:r>
      <w:r>
        <w:t xml:space="preserve">    (a) kept working at something despite difficulties</w:t>
      </w:r>
      <w:r>
        <w:br/>
      </w:r>
      <w:r>
        <w:t xml:space="preserve">    (b) considered (for affect on a result or outcome)</w:t>
      </w:r>
      <w:r>
        <w:br/>
      </w:r>
      <w:r>
        <w:t xml:space="preserve">    (c) held together (connected or united) or wrapped</w:t>
      </w:r>
    </w:p>
    <w:p>
      <w:pPr>
        <w:pStyle w:val="Compact"/>
        <w:numPr>
          <w:ilvl w:val="0"/>
          <w:numId w:val="1001"/>
        </w:numPr>
      </w:pPr>
      <w:r>
        <w:rPr>
          <w:b/>
          <w:bCs/>
        </w:rPr>
        <w:t xml:space="preserve">The colossal speed had been their own, relative to the glow of light which was a</w:t>
      </w:r>
      <w:r>
        <w:rPr>
          <w:b/>
          <w:bCs/>
        </w:rPr>
        <w:t xml:space="preserve"> </w:t>
      </w:r>
      <w:r>
        <w:rPr>
          <w:b/>
          <w:bCs/>
          <w:u w:val="single"/>
        </w:rPr>
        <w:t xml:space="preserve">stationary</w:t>
      </w:r>
      <w:r>
        <w:rPr>
          <w:b/>
          <w:bCs/>
        </w:rPr>
        <w:t xml:space="preserve"> </w:t>
      </w:r>
      <w:r>
        <w:rPr>
          <w:b/>
          <w:bCs/>
        </w:rPr>
        <w:t xml:space="preserve">hole in the ground, the mouth of the tunnel.</w:t>
      </w:r>
      <w:r>
        <w:br/>
      </w:r>
      <w:r>
        <w:t xml:space="preserve">    (a) an official charge (of having broken the law)</w:t>
      </w:r>
      <w:r>
        <w:br/>
      </w:r>
      <w:r>
        <w:t xml:space="preserve">    (b) standing still; or not capable of being moved</w:t>
      </w:r>
      <w:r>
        <w:br/>
      </w:r>
      <w:r>
        <w:t xml:space="preserve">    (c) male, female, or any of many trans categories</w:t>
      </w:r>
    </w:p>
    <w:p>
      <w:pPr>
        <w:pStyle w:val="Compact"/>
        <w:numPr>
          <w:ilvl w:val="0"/>
          <w:numId w:val="1001"/>
        </w:numPr>
      </w:pPr>
      <w:r>
        <w:rPr>
          <w:b/>
          <w:bCs/>
        </w:rPr>
        <w:t xml:space="preserve">Part of his brain told him that he knew perfectly well what he was looking at and what the shapes represented while another quite sensibly refused to countenance the idea and</w:t>
      </w:r>
      <w:r>
        <w:rPr>
          <w:b/>
          <w:bCs/>
        </w:rPr>
        <w:t xml:space="preserve"> </w:t>
      </w:r>
      <w:r>
        <w:rPr>
          <w:b/>
          <w:bCs/>
          <w:u w:val="single"/>
        </w:rPr>
        <w:t xml:space="preserve">abdicated</w:t>
      </w:r>
      <w:r>
        <w:rPr>
          <w:b/>
          <w:bCs/>
        </w:rPr>
        <w:t xml:space="preserve"> </w:t>
      </w:r>
      <w:r>
        <w:rPr>
          <w:b/>
          <w:bCs/>
        </w:rPr>
        <w:t xml:space="preserve">responsibility for any further thinking in that direction.</w:t>
      </w:r>
      <w:r>
        <w:br/>
      </w:r>
      <w:r>
        <w:t xml:space="preserve">    (a) commended or praised publicly</w:t>
      </w:r>
      <w:r>
        <w:br/>
      </w:r>
      <w:r>
        <w:t xml:space="preserve">    (b) ignored</w:t>
      </w:r>
      <w:r>
        <w:br/>
      </w:r>
      <w:r>
        <w:t xml:space="preserve">    (c) with rises and falls in pitch</w:t>
      </w:r>
    </w:p>
    <w:p>
      <w:pPr>
        <w:pStyle w:val="Compact"/>
        <w:numPr>
          <w:ilvl w:val="0"/>
          <w:numId w:val="1001"/>
        </w:numPr>
      </w:pPr>
      <w:r>
        <w:rPr>
          <w:b/>
          <w:bCs/>
        </w:rPr>
        <w:t xml:space="preserve">If it's finely calculated the</w:t>
      </w:r>
      <w:r>
        <w:rPr>
          <w:b/>
          <w:bCs/>
        </w:rPr>
        <w:t xml:space="preserve"> </w:t>
      </w:r>
      <w:r>
        <w:rPr>
          <w:b/>
          <w:bCs/>
          <w:u w:val="single"/>
        </w:rPr>
        <w:t xml:space="preserve">cumulative</w:t>
      </w:r>
      <w:r>
        <w:rPr>
          <w:b/>
          <w:bCs/>
        </w:rPr>
        <w:t xml:space="preserve"> </w:t>
      </w:r>
      <w:r>
        <w:rPr>
          <w:b/>
          <w:bCs/>
        </w:rPr>
        <w:t xml:space="preserve">effect is enormous.</w:t>
      </w:r>
      <w:r>
        <w:br/>
      </w:r>
      <w:r>
        <w:t xml:space="preserve">    (a) increased by a series of additions</w:t>
      </w:r>
      <w:r>
        <w:br/>
      </w:r>
      <w:r>
        <w:t xml:space="preserve">    (b) not connected by blood or marriage</w:t>
      </w:r>
      <w:r>
        <w:br/>
      </w:r>
      <w:r>
        <w:t xml:space="preserve">    (c) degree to which things are related</w:t>
      </w:r>
    </w:p>
    <w:p>
      <w:pPr>
        <w:pStyle w:val="Compact"/>
        <w:numPr>
          <w:ilvl w:val="0"/>
          <w:numId w:val="1001"/>
        </w:numPr>
      </w:pPr>
      <w:r>
        <w:rPr>
          <w:b/>
          <w:bCs/>
        </w:rPr>
        <w:t xml:space="preserve">Your planet and people have formed the</w:t>
      </w:r>
      <w:r>
        <w:rPr>
          <w:b/>
          <w:bCs/>
        </w:rPr>
        <w:t xml:space="preserve"> </w:t>
      </w:r>
      <w:r>
        <w:rPr>
          <w:b/>
          <w:bCs/>
          <w:u w:val="single"/>
        </w:rPr>
        <w:t xml:space="preserve">matrix</w:t>
      </w:r>
      <w:r>
        <w:rPr>
          <w:b/>
          <w:bCs/>
        </w:rPr>
        <w:t xml:space="preserve"> </w:t>
      </w:r>
      <w:r>
        <w:rPr>
          <w:b/>
          <w:bCs/>
        </w:rPr>
        <w:t xml:space="preserve">of an organic computer running a ten-million-year research program….</w:t>
      </w:r>
      <w:r>
        <w:br/>
      </w:r>
      <w:r>
        <w:t xml:space="preserve">    (a) the state or degree of being able to be stopped from happening</w:t>
      </w:r>
      <w:r>
        <w:br/>
      </w:r>
      <w:r>
        <w:t xml:space="preserve">    (b) a set of conditions or environment in which something develops</w:t>
      </w:r>
      <w:r>
        <w:br/>
      </w:r>
      <w:r>
        <w:t xml:space="preserve">    (c) the quality or degree of being very bad (deserving no respect)</w:t>
      </w:r>
    </w:p>
    <w:p>
      <w:pPr>
        <w:pStyle w:val="Compact"/>
        <w:numPr>
          <w:ilvl w:val="0"/>
          <w:numId w:val="1001"/>
        </w:numPr>
      </w:pPr>
      <w:r>
        <w:rPr>
          <w:b/>
          <w:bCs/>
        </w:rPr>
        <w:t xml:space="preserve">The dark carpeting was discreetly</w:t>
      </w:r>
      <w:r>
        <w:rPr>
          <w:b/>
          <w:bCs/>
        </w:rPr>
        <w:t xml:space="preserve"> </w:t>
      </w:r>
      <w:r>
        <w:rPr>
          <w:b/>
          <w:bCs/>
          <w:u w:val="single"/>
        </w:rPr>
        <w:t xml:space="preserve">sumptuous</w:t>
      </w:r>
      <w:r>
        <w:rPr>
          <w:b/>
          <w:bCs/>
        </w:rPr>
        <w:t xml:space="preserve">, exotic pot plants and tastefully engraved prints of the principal computer programmers and their families were deployed liberally about the room, and stately windows looked out upon a tree-lined public square.</w:t>
      </w:r>
      <w:r>
        <w:br/>
      </w:r>
      <w:r>
        <w:t xml:space="preserve">    (a) the state or degree of having the ability to change for different situations</w:t>
      </w:r>
      <w:r>
        <w:br/>
      </w:r>
      <w:r>
        <w:t xml:space="preserve">    (b) magnificent (impressively wonderful) -- often indicating something expensive</w:t>
      </w:r>
      <w:r>
        <w:br/>
      </w:r>
      <w:r>
        <w:t xml:space="preserve">    (c) the quality of behaving in an instinctive, uninhibited, and unplanned manner</w:t>
      </w:r>
    </w:p>
    <w:p>
      <w:pPr>
        <w:pStyle w:val="Compact"/>
        <w:numPr>
          <w:ilvl w:val="0"/>
          <w:numId w:val="1001"/>
        </w:numPr>
      </w:pPr>
      <w:r>
        <w:rPr>
          <w:b/>
          <w:bCs/>
        </w:rPr>
        <w:t xml:space="preserve">The air was occasionally rent with the sounds of</w:t>
      </w:r>
      <w:r>
        <w:rPr>
          <w:b/>
          <w:bCs/>
        </w:rPr>
        <w:t xml:space="preserve"> </w:t>
      </w:r>
      <w:r>
        <w:rPr>
          <w:b/>
          <w:bCs/>
          <w:u w:val="single"/>
        </w:rPr>
        <w:t xml:space="preserve">illusory</w:t>
      </w:r>
      <w:r>
        <w:rPr>
          <w:b/>
          <w:bCs/>
        </w:rPr>
        <w:t xml:space="preserve"> </w:t>
      </w:r>
      <w:r>
        <w:rPr>
          <w:b/>
          <w:bCs/>
        </w:rPr>
        <w:t xml:space="preserve">beings murdering other illusory beings.</w:t>
      </w:r>
      <w:r>
        <w:br/>
      </w:r>
      <w:r>
        <w:t xml:space="preserve">    (a) something that seems real or possible but is actually false or misleading</w:t>
      </w:r>
      <w:r>
        <w:br/>
      </w:r>
      <w:r>
        <w:t xml:space="preserve">    (b) the state or degree of not finding a condition or substance to be present</w:t>
      </w:r>
      <w:r>
        <w:br/>
      </w:r>
      <w:r>
        <w:t xml:space="preserve">    (c) finding fault and telling others; or tending to have unfavorable opinions</w:t>
      </w:r>
    </w:p>
    <w:p>
      <w:pPr>
        <w:pStyle w:val="Compact"/>
        <w:numPr>
          <w:ilvl w:val="0"/>
          <w:numId w:val="1001"/>
        </w:numPr>
      </w:pPr>
      <w:r>
        <w:rPr>
          <w:b/>
          <w:bCs/>
        </w:rPr>
        <w:t xml:space="preserve">Elegantly sculpted contours, soaring</w:t>
      </w:r>
      <w:r>
        <w:rPr>
          <w:b/>
          <w:bCs/>
        </w:rPr>
        <w:t xml:space="preserve"> </w:t>
      </w:r>
      <w:r>
        <w:rPr>
          <w:b/>
          <w:bCs/>
          <w:u w:val="single"/>
        </w:rPr>
        <w:t xml:space="preserve">pinnacles</w:t>
      </w:r>
      <w:r>
        <w:rPr>
          <w:b/>
          <w:bCs/>
        </w:rPr>
        <w:t xml:space="preserve"> </w:t>
      </w:r>
      <w:r>
        <w:rPr>
          <w:b/>
          <w:bCs/>
        </w:rPr>
        <w:t xml:space="preserve">of ice, deep majestic ravines!</w:t>
      </w:r>
      <w:r>
        <w:br/>
      </w:r>
      <w:r>
        <w:t xml:space="preserve">    (a) high tapering formations</w:t>
      </w:r>
      <w:r>
        <w:br/>
      </w:r>
      <w:r>
        <w:t xml:space="preserve">    (b) removes or suppress anything considered obscene, immoral, or politically unacceptable  OR  people who does such suppression</w:t>
      </w:r>
      <w:r>
        <w:br/>
      </w:r>
      <w:r>
        <w:t xml:space="preserve">    (c) atones (demonstrates sorrow for a wrong either by doing something good in return for the wrong, or by accepting punishment)</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2026-07-31T17:51:03Z</dcterms:created>
  <dcterms:modified xsi:type="dcterms:W3CDTF">2026-07-31T17:51:03Z</dcterms:modified>
</cp:coreProperties>
</file>

<file path=docProps/custom.xml><?xml version="1.0" encoding="utf-8"?>
<Properties xmlns="http://schemas.openxmlformats.org/officeDocument/2006/custom-properties" xmlns:vt="http://schemas.openxmlformats.org/officeDocument/2006/docPropsVTypes"/>
</file>