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b58203ca9f6b671569d0af1361f95deaa71df24"/>
    <w:p>
      <w:pPr>
        <w:pStyle w:val="Heading1"/>
      </w:pPr>
      <w:r>
        <w:rPr>
          <w:b/>
          <w:bCs/>
        </w:rPr>
        <w:t xml:space="preserve">The Hiding Place</w:t>
      </w:r>
      <w:r>
        <w:br/>
      </w:r>
      <w:r>
        <w:rPr>
          <w:i/>
          <w:iCs/>
        </w:rPr>
        <w:t xml:space="preserve">Corrie ten Boom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His real name was Herman Sluring; Pickwick was the name Betsie and I used between ourselves because he looked so incredibly like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illustrator</w:t>
      </w:r>
      <w:r>
        <w:rPr>
          <w:b/>
          <w:bCs/>
        </w:rPr>
        <w:t xml:space="preserve">'s drawing in our copy of Dickens.</w:t>
      </w:r>
      <w:r>
        <w:br/>
      </w:r>
      <w:r>
        <w:t xml:space="preserve">    (a) someone who draws pictures to accompany a book or other writing</w:t>
      </w:r>
      <w:r>
        <w:br/>
      </w:r>
      <w:r>
        <w:t xml:space="preserve">    (b) a person or group that forces another or others into submission</w:t>
      </w:r>
      <w:r>
        <w:br/>
      </w:r>
      <w:r>
        <w:t xml:space="preserve">    (c) someone who intentionally angers, challenges, or upsets someone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Here was one more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illustration</w:t>
      </w:r>
      <w:r>
        <w:rPr>
          <w:b/>
          <w:bCs/>
        </w:rPr>
        <w:t xml:space="preserve"> </w:t>
      </w:r>
      <w:r>
        <w:rPr>
          <w:b/>
          <w:bCs/>
        </w:rPr>
        <w:t xml:space="preserve">of how our secret was no secret at all.</w:t>
      </w:r>
      <w:r>
        <w:br/>
      </w:r>
      <w:r>
        <w:t xml:space="preserve">    (a) demonstration</w:t>
      </w:r>
      <w:r>
        <w:br/>
      </w:r>
      <w:r>
        <w:t xml:space="preserve">    (b) relating to where attention is concentrated</w:t>
      </w:r>
      <w:r>
        <w:br/>
      </w:r>
      <w:r>
        <w:t xml:space="preserve">    (c) the act of taking something on as one's own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And there in the center of the room was my bench, and next to mine Hans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apprentice</w:t>
      </w:r>
      <w:r>
        <w:rPr>
          <w:b/>
          <w:bCs/>
        </w:rPr>
        <w:t xml:space="preserve">'s, and against the wall old Christoffels'.</w:t>
      </w:r>
      <w:r>
        <w:br/>
      </w:r>
      <w:r>
        <w:t xml:space="preserve">    (a) to expression feelings or thoughts enthusiastically  OR  to squirt or give off (typically under pressure such as blood or leaking gas)</w:t>
      </w:r>
      <w:r>
        <w:br/>
      </w:r>
      <w:r>
        <w:t xml:space="preserve">    (b) the act of hiding something by making it blend in with its surroundings; or hiding the truth; or something that hides or deceives</w:t>
      </w:r>
      <w:r>
        <w:br/>
      </w:r>
      <w:r>
        <w:t xml:space="preserve">    (c) person who learns a trade or skill through hands-on experience under a skilled worker; or (as a verb) performance of that kind of work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brought him his cup of coffee, thick with sugar, and watched him look around in mock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consternation</w:t>
      </w:r>
      <w:r>
        <w:rPr>
          <w:b/>
          <w:bCs/>
        </w:rPr>
        <w:t xml:space="preserve">.</w:t>
      </w:r>
      <w:r>
        <w:br/>
      </w:r>
      <w:r>
        <w:t xml:space="preserve">    (a) dismay (unhappiness, worry, and often confusion) -- typically over something unexpected</w:t>
      </w:r>
      <w:r>
        <w:br/>
      </w:r>
      <w:r>
        <w:t xml:space="preserve">    (b) related to the smallest part of any material that cannot be broken up by chemical means</w:t>
      </w:r>
      <w:r>
        <w:br/>
      </w:r>
      <w:r>
        <w:t xml:space="preserve">    (c) a type of vocal music that originated in African-American churches in the United States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Father, who was incapable of practicing deceit or even recognizing it, took a long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earnest</w:t>
      </w:r>
      <w:r>
        <w:rPr>
          <w:b/>
          <w:bCs/>
        </w:rPr>
        <w:t xml:space="preserve"> </w:t>
      </w:r>
      <w:r>
        <w:rPr>
          <w:b/>
          <w:bCs/>
        </w:rPr>
        <w:t xml:space="preserve">sniff.</w:t>
      </w:r>
      <w:r>
        <w:br/>
      </w:r>
      <w:r>
        <w:t xml:space="preserve">    (a) sincere or serious</w:t>
      </w:r>
      <w:r>
        <w:br/>
      </w:r>
      <w:r>
        <w:t xml:space="preserve">    (b) impossible to find</w:t>
      </w:r>
      <w:r>
        <w:br/>
      </w:r>
      <w:r>
        <w:t xml:space="preserve">    (c) good or beneficial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If there was one subject which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engaged</w:t>
      </w:r>
      <w:r>
        <w:rPr>
          <w:b/>
          <w:bCs/>
        </w:rPr>
        <w:t xml:space="preserve"> </w:t>
      </w:r>
      <w:r>
        <w:rPr>
          <w:b/>
          <w:bCs/>
        </w:rPr>
        <w:t xml:space="preserve">her energies even more completely than modern clothing it was spoiled food.</w:t>
      </w:r>
      <w:r>
        <w:br/>
      </w:r>
      <w:r>
        <w:t xml:space="preserve">    (a) studying</w:t>
      </w:r>
      <w:r>
        <w:br/>
      </w:r>
      <w:r>
        <w:t xml:space="preserve">    (b) promised to marry</w:t>
      </w:r>
      <w:r>
        <w:br/>
      </w:r>
      <w:r>
        <w:t xml:space="preserve">    (c) captivated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This noon they became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engaged</w:t>
      </w:r>
      <w:r>
        <w:rPr>
          <w:b/>
          <w:bCs/>
        </w:rPr>
        <w:t xml:space="preserve">!</w:t>
      </w:r>
      <w:r>
        <w:br/>
      </w:r>
      <w:r>
        <w:t xml:space="preserve">    (a) not concentrating</w:t>
      </w:r>
      <w:r>
        <w:br/>
      </w:r>
      <w:r>
        <w:t xml:space="preserve">    (b) restarts (a fire)</w:t>
      </w:r>
      <w:r>
        <w:br/>
      </w:r>
      <w:r>
        <w:t xml:space="preserve">    (c) in an agreement to marry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Willem had long since left the parish ministry, where his habit of speaking the hard truth had made a succession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congregations</w:t>
      </w:r>
      <w:r>
        <w:rPr>
          <w:b/>
          <w:bCs/>
        </w:rPr>
        <w:t xml:space="preserve"> </w:t>
      </w:r>
      <w:r>
        <w:rPr>
          <w:b/>
          <w:bCs/>
        </w:rPr>
        <w:t xml:space="preserve">unhappy, and had started his nursing home in Hilversum, thirty miles from Haarlem.</w:t>
      </w:r>
      <w:r>
        <w:br/>
      </w:r>
      <w:r>
        <w:t xml:space="preserve">    (a) electronic components that act as one-way valves</w:t>
      </w:r>
      <w:r>
        <w:br/>
      </w:r>
      <w:r>
        <w:t xml:space="preserve">    (b) images (seen on a mirror or other shiny surface)</w:t>
      </w:r>
      <w:r>
        <w:br/>
      </w:r>
      <w:r>
        <w:t xml:space="preserve">    (c) people who worship together in the same building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This, though, was to be a major broadcast; somehow we all felt it merited the large old set with its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elaborate</w:t>
      </w:r>
      <w:r>
        <w:rPr>
          <w:b/>
          <w:bCs/>
        </w:rPr>
        <w:t xml:space="preserve"> </w:t>
      </w:r>
      <w:r>
        <w:rPr>
          <w:b/>
          <w:bCs/>
        </w:rPr>
        <w:t xml:space="preserve">speaker. [in contrast to the portable radio]</w:t>
      </w:r>
      <w:r>
        <w:br/>
      </w:r>
      <w:r>
        <w:t xml:space="preserve">    (a) overly unhappy and unsociable</w:t>
      </w:r>
      <w:r>
        <w:br/>
      </w:r>
      <w:r>
        <w:t xml:space="preserve">    (b) without gender classification</w:t>
      </w:r>
      <w:r>
        <w:br/>
      </w:r>
      <w:r>
        <w:t xml:space="preserve">    (c) sophisticated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smiling slender man in his early thirties, with his protruding ears, balding head, and minuscule glasses, gave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elaborate</w:t>
      </w:r>
      <w:r>
        <w:rPr>
          <w:b/>
          <w:bCs/>
        </w:rPr>
        <w:t xml:space="preserve"> </w:t>
      </w:r>
      <w:r>
        <w:rPr>
          <w:b/>
          <w:bCs/>
        </w:rPr>
        <w:t xml:space="preserve">bow.</w:t>
      </w:r>
      <w:r>
        <w:br/>
      </w:r>
      <w:r>
        <w:t xml:space="preserve">    (a) not sensible or careful</w:t>
      </w:r>
      <w:r>
        <w:br/>
      </w:r>
      <w:r>
        <w:t xml:space="preserve">    (b) optimistic or agreeable</w:t>
      </w:r>
      <w:r>
        <w:br/>
      </w:r>
      <w:r>
        <w:t xml:space="preserve">    (c) exaggerated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 ugly word scrawled on the wall of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synagogue</w:t>
      </w:r>
      <w:r>
        <w:rPr>
          <w:b/>
          <w:bCs/>
        </w:rPr>
        <w:t xml:space="preserve">.</w:t>
      </w:r>
      <w:r>
        <w:br/>
      </w:r>
      <w:r>
        <w:t xml:space="preserve">    (a) a place of worship for a people of the Jewish faith</w:t>
      </w:r>
      <w:r>
        <w:br/>
      </w:r>
      <w:r>
        <w:t xml:space="preserve">    (b) collection of star systems held together by gravity</w:t>
      </w:r>
      <w:r>
        <w:br/>
      </w:r>
      <w:r>
        <w:t xml:space="preserve">    (c) a particular way of seeing or thinking about things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With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one accord</w:t>
      </w:r>
      <w:r>
        <w:rPr>
          <w:b/>
          <w:bCs/>
        </w:rPr>
        <w:t xml:space="preserve"> </w:t>
      </w:r>
      <w:r>
        <w:rPr>
          <w:b/>
          <w:bCs/>
        </w:rPr>
        <w:t xml:space="preserve">Father and I turned around and walked after him.</w:t>
      </w:r>
      <w:r>
        <w:br/>
      </w:r>
      <w:r>
        <w:t xml:space="preserve">    (a) one mind (chose the same action without discussing it)</w:t>
      </w:r>
      <w:r>
        <w:br/>
      </w:r>
      <w:r>
        <w:t xml:space="preserve">    (b) whatever length of time</w:t>
      </w:r>
      <w:r>
        <w:br/>
      </w:r>
      <w:r>
        <w:t xml:space="preserve">    (c) lowest legal hourly pay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was assigned a seat at a bench near the front and given the job of measuring small glass rods and arranging them in piles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according to</w:t>
      </w:r>
      <w:r>
        <w:rPr>
          <w:b/>
          <w:bCs/>
        </w:rPr>
        <w:t xml:space="preserve"> </w:t>
      </w:r>
      <w:r>
        <w:rPr>
          <w:b/>
          <w:bCs/>
        </w:rPr>
        <w:t xml:space="preserve">lengths.</w:t>
      </w:r>
      <w:r>
        <w:br/>
      </w:r>
      <w:r>
        <w:t xml:space="preserve">    (a) U.S. history:  pre-Civil War period</w:t>
      </w:r>
      <w:r>
        <w:br/>
      </w:r>
      <w:r>
        <w:t xml:space="preserve">    (b) based upon (in keeping with)</w:t>
      </w:r>
      <w:r>
        <w:br/>
      </w:r>
      <w:r>
        <w:t xml:space="preserve">    (c) idiom meaning</w:t>
      </w:r>
      <w:r>
        <w:t xml:space="preserve"> </w:t>
      </w:r>
      <w:r>
        <w:rPr>
          <w:i/>
          <w:iCs/>
        </w:rPr>
        <w:t xml:space="preserve">"won the day"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"Was it," I ventured at last, "was it because of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rationing</w:t>
      </w:r>
      <w:r>
        <w:rPr>
          <w:b/>
          <w:bCs/>
        </w:rPr>
        <w:t xml:space="preserve">?"</w:t>
      </w:r>
      <w:r>
        <w:br/>
      </w:r>
      <w:r>
        <w:t xml:space="preserve">    (a) "spiritual renewing" a person in a Christian ceremony  OR  initiating or purifying by a challenging experience</w:t>
      </w:r>
      <w:r>
        <w:br/>
      </w:r>
      <w:r>
        <w:t xml:space="preserve">    (b) restricting the amount of something each person can have -- such as food or gasoline when there is a shortage</w:t>
      </w:r>
      <w:r>
        <w:br/>
      </w:r>
      <w:r>
        <w:t xml:space="preserve">    (c) treating something in an educated, intellectual way -- often excluding emotional or practical considerations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regarded sermons as interesting only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venerable</w:t>
      </w:r>
      <w:r>
        <w:rPr>
          <w:b/>
          <w:bCs/>
        </w:rPr>
        <w:t xml:space="preserve"> </w:t>
      </w:r>
      <w:r>
        <w:rPr>
          <w:b/>
          <w:bCs/>
        </w:rPr>
        <w:t xml:space="preserve">relics like his mother and me.</w:t>
      </w:r>
      <w:r>
        <w:br/>
      </w:r>
      <w:r>
        <w:t xml:space="preserve">    (a) relating to understanding or explaining something in a particular way</w:t>
      </w:r>
      <w:r>
        <w:br/>
      </w:r>
      <w:r>
        <w:t xml:space="preserve">    (b) respected (worthy of respect) -- typically because of age or position</w:t>
      </w:r>
      <w:r>
        <w:br/>
      </w:r>
      <w:r>
        <w:t xml:space="preserve">    (c) [of food] able to be prepared in a manner that keeps it from spoiling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However, it was not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sustained</w:t>
      </w:r>
      <w:r>
        <w:rPr>
          <w:b/>
          <w:bCs/>
        </w:rPr>
        <w:t xml:space="preserve"> </w:t>
      </w:r>
      <w:r>
        <w:rPr>
          <w:b/>
          <w:bCs/>
        </w:rPr>
        <w:t xml:space="preserve">search by trained people it was intended for, but a swoop by soldiers, a place to get out of sight for half an hour.</w:t>
      </w:r>
      <w:r>
        <w:br/>
      </w:r>
      <w:r>
        <w:t xml:space="preserve">    (a) influenced or effected</w:t>
      </w:r>
      <w:r>
        <w:br/>
      </w:r>
      <w:r>
        <w:t xml:space="preserve">    (b) continuous (lasting through time)</w:t>
      </w:r>
      <w:r>
        <w:br/>
      </w:r>
      <w:r>
        <w:t xml:space="preserve">    (c) consistent or the same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had been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sustaining</w:t>
      </w:r>
      <w:r>
        <w:rPr>
          <w:b/>
          <w:bCs/>
        </w:rPr>
        <w:t xml:space="preserve"> </w:t>
      </w:r>
      <w:r>
        <w:rPr>
          <w:b/>
          <w:bCs/>
        </w:rPr>
        <w:t xml:space="preserve">myself from my Scriptures a verse at a time; now, like a starving man, I gulped entire Gospels at a reading, seeing whole the magnificent drama of salvation.</w:t>
      </w:r>
      <w:r>
        <w:br/>
      </w:r>
      <w:r>
        <w:t xml:space="preserve">    (a) taking (power or responsibility)</w:t>
      </w:r>
      <w:r>
        <w:br/>
      </w:r>
      <w:r>
        <w:t xml:space="preserve">    (b) developing or changing gradually</w:t>
      </w:r>
      <w:r>
        <w:br/>
      </w:r>
      <w:r>
        <w:t xml:space="preserve">    (c) providing support for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Mr. Smit set out before him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incriminating</w:t>
      </w:r>
      <w:r>
        <w:rPr>
          <w:b/>
          <w:bCs/>
        </w:rPr>
        <w:t xml:space="preserve"> </w:t>
      </w:r>
      <w:r>
        <w:rPr>
          <w:b/>
          <w:bCs/>
        </w:rPr>
        <w:t xml:space="preserve">evidence he had found: two spoons and a piece of carrot on the stairs, pipe ashes in an "unoccupied" bedroom.</w:t>
      </w:r>
      <w:r>
        <w:br/>
      </w:r>
      <w:r>
        <w:t xml:space="preserve">    (a) making appear guilty</w:t>
      </w:r>
      <w:r>
        <w:br/>
      </w:r>
      <w:r>
        <w:t xml:space="preserve">    (b) working or operating</w:t>
      </w:r>
      <w:r>
        <w:br/>
      </w:r>
      <w:r>
        <w:t xml:space="preserve">    (c) believing or judging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"The bunkers," the girl began in the bored voice of a museum guide, "are for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accommodation</w:t>
      </w:r>
      <w:r>
        <w:rPr>
          <w:b/>
          <w:bCs/>
        </w:rPr>
        <w:t xml:space="preserve"> </w:t>
      </w:r>
      <w:r>
        <w:rPr>
          <w:b/>
          <w:bCs/>
        </w:rPr>
        <w:t xml:space="preserve">of those who fail to cooperate with camp rules."</w:t>
      </w:r>
      <w:r>
        <w:br/>
      </w:r>
      <w:r>
        <w:t xml:space="preserve">    (a) snake</w:t>
      </w:r>
      <w:r>
        <w:br/>
      </w:r>
      <w:r>
        <w:t xml:space="preserve">    (b) skill</w:t>
      </w:r>
      <w:r>
        <w:br/>
      </w:r>
      <w:r>
        <w:t xml:space="preserve">    (c) lodging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Then rifle fire split the air. Around us women began to weep. A second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volley</w:t>
      </w:r>
      <w:r>
        <w:rPr>
          <w:b/>
          <w:bCs/>
        </w:rPr>
        <w:t xml:space="preserve">. A third. For two hours the executions went on.</w:t>
      </w:r>
      <w:r>
        <w:br/>
      </w:r>
      <w:r>
        <w:t xml:space="preserve">    (a) express personal artistic ideas or feelings while performing (or performing to) someone else's work</w:t>
      </w:r>
      <w:r>
        <w:br/>
      </w:r>
      <w:r>
        <w:t xml:space="preserve">    (b) direct energy from a negative (unacceptable) impulse or urge into a positive or acceptable action</w:t>
      </w:r>
      <w:r>
        <w:br/>
      </w:r>
      <w:r>
        <w:t xml:space="preserve">    (c) a simultaneous discharge of bullets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2026-07-31T19:42:01Z</dcterms:created>
  <dcterms:modified xsi:type="dcterms:W3CDTF">2026-07-31T19:42:01Z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