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66e55b0f807a04e248d0fe5b5c66133970dc7c"/>
    <w:p>
      <w:pPr>
        <w:pStyle w:val="Heading1"/>
      </w:pPr>
      <w:r>
        <w:rPr>
          <w:b/>
          <w:bCs/>
        </w:rPr>
        <w:t xml:space="preserve">The Hidden Oracle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visited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upon Britney Spears at the 2007 MTV Video Music Awards.</w:t>
      </w:r>
      <w:r>
        <w:br/>
      </w:r>
      <w:r>
        <w:t xml:space="preserve">    (a) extreme anger</w:t>
      </w:r>
      <w:r>
        <w:br/>
      </w:r>
      <w:r>
        <w:t xml:space="preserve">    (b) determination</w:t>
      </w:r>
      <w:r>
        <w:br/>
      </w:r>
      <w:r>
        <w:t xml:space="preserve">    (c) use of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immortality</w:t>
      </w:r>
      <w:r>
        <w:rPr>
          <w:b/>
          <w:bCs/>
        </w:rPr>
        <w:t xml:space="preserve"> </w:t>
      </w:r>
      <w:r>
        <w:rPr>
          <w:b/>
          <w:bCs/>
        </w:rPr>
        <w:t xml:space="preserve">had been stripped away, but I still considered myself the mighty Apollo!</w:t>
      </w:r>
      <w:r>
        <w:br/>
      </w:r>
      <w:r>
        <w:t xml:space="preserve">    (a) someone who disturbs or annoys</w:t>
      </w:r>
      <w:r>
        <w:br/>
      </w:r>
      <w:r>
        <w:t xml:space="preserve">    (b) eternal life (to live forever)</w:t>
      </w:r>
      <w:r>
        <w:br/>
      </w:r>
      <w:r>
        <w:t xml:space="preserve">    (c) with or based on basic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I could find my old friend Chiron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.</w:t>
      </w:r>
      <w:r>
        <w:br/>
      </w:r>
      <w:r>
        <w:t xml:space="preserve">    (a) a mythical being that is half man and half horse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will probably involve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harrowing</w:t>
      </w:r>
      <w:r>
        <w:rPr>
          <w:b/>
          <w:bCs/>
        </w:rPr>
        <w:t xml:space="preserve"> </w:t>
      </w:r>
      <w:r>
        <w:rPr>
          <w:b/>
          <w:bCs/>
        </w:rPr>
        <w:t xml:space="preserve">trials with a high chance of death.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frightening or unsettling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Meg now had an elfish springtime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aura</w:t>
      </w:r>
      <w:r>
        <w:rPr>
          <w:b/>
          <w:bCs/>
        </w:rPr>
        <w:t xml:space="preserve"> </w:t>
      </w:r>
      <w:r>
        <w:rPr>
          <w:b/>
          <w:bCs/>
        </w:rPr>
        <w:t xml:space="preserve">that reminded me very much of a dryad.</w:t>
      </w:r>
      <w:r>
        <w:br/>
      </w:r>
      <w:r>
        <w:t xml:space="preserve">    (a)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(b)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(c) A distinctive quality, mood, or feeling that seems to surround a person, place, or thing; or, more literally, a glowing light shown around someone's head or body in spiritual or artistic images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calmness of his eyes, the smile resting easily on his lips, the way his hair curled around his ears ...I had a vague memory of a woman, an alt-country singer named Naomi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Solace</w:t>
      </w:r>
      <w:r>
        <w:rPr>
          <w:b/>
          <w:bCs/>
        </w:rPr>
        <w:t xml:space="preserve">, whom I'd met in Austin.</w:t>
      </w:r>
      <w:r>
        <w:br/>
      </w:r>
      <w:r>
        <w:t xml:space="preserve">    (a) bad feeling such as embarrassment, disappointment, or annoyance</w:t>
      </w:r>
      <w:r>
        <w:br/>
      </w:r>
      <w:r>
        <w:t xml:space="preserve">    (b) comfort felt or given during a time of disappointment or misery</w:t>
      </w:r>
      <w:r>
        <w:br/>
      </w:r>
      <w:r>
        <w:t xml:space="preserve">    (c) a pardon; or the time period during which the pardon is offered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And, uh, see if you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disperse</w:t>
      </w:r>
      <w:r>
        <w:rPr>
          <w:b/>
          <w:bCs/>
        </w:rPr>
        <w:t xml:space="preserve"> </w:t>
      </w:r>
      <w:r>
        <w:rPr>
          <w:b/>
          <w:bCs/>
        </w:rPr>
        <w:t xml:space="preserve">the crowd outside, okay?</w:t>
      </w:r>
      <w:r>
        <w:br/>
      </w:r>
      <w:r>
        <w:t xml:space="preserve">    (a) select (on a computer screen)</w:t>
      </w:r>
      <w:r>
        <w:br/>
      </w:r>
      <w:r>
        <w:t xml:space="preserve">    (b) consume or destroy completely</w:t>
      </w:r>
      <w:r>
        <w:br/>
      </w:r>
      <w:r>
        <w:t xml:space="preserve">    (c) to scatter or cause to spread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when she was not channeling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prophecies</w:t>
      </w:r>
      <w:r>
        <w:rPr>
          <w:b/>
          <w:bCs/>
        </w:rPr>
        <w:t xml:space="preserve">, Rachel was a wise young lady.</w:t>
      </w:r>
      <w:r>
        <w:br/>
      </w:r>
      <w:r>
        <w:t xml:space="preserve">    (a) predictions of the future</w:t>
      </w:r>
      <w:r>
        <w:br/>
      </w:r>
      <w:r>
        <w:t xml:space="preserve">    (b) interactions or interests</w:t>
      </w:r>
      <w:r>
        <w:br/>
      </w:r>
      <w:r>
        <w:t xml:space="preserve">    (c) things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found it strange that Meg, a street urchin and Dumpster warrior, would relate so well to garden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metaphors</w:t>
      </w:r>
      <w:r>
        <w:rPr>
          <w:b/>
          <w:bCs/>
        </w:rPr>
        <w:t xml:space="preserve">, but Chiron was an excellent teacher.</w:t>
      </w:r>
      <w:r>
        <w:br/>
      </w:r>
      <w:r>
        <w:t xml:space="preserve">    (a) people knowledgeable in the collection and interpretation of numerical data -- especially someone who uses statistics to calculate insurance premiums</w:t>
      </w:r>
      <w:r>
        <w:br/>
      </w:r>
      <w:r>
        <w:t xml:space="preserve">    (b) figures of speech in which a similarity between two things is highlighted by using a word to refer to something that it does not</w:t>
      </w:r>
      <w:r>
        <w:t xml:space="preserve"> </w:t>
      </w:r>
      <w:r>
        <w:rPr>
          <w:i/>
          <w:iCs/>
        </w:rPr>
        <w:t xml:space="preserve">literally</w:t>
      </w:r>
      <w:r>
        <w:t xml:space="preserve"> </w:t>
      </w:r>
      <w:r>
        <w:t xml:space="preserve">mean</w:t>
      </w:r>
      <w:r>
        <w:br/>
      </w:r>
      <w:r>
        <w:t xml:space="preserve">    (c) people of the ancient collection of city states at eastern end of the Mediterranean known for their maritime trading culture between 1550 BC to 300 BC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Ellis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young man.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was pleasant enough.</w:t>
      </w:r>
      <w:r>
        <w:br/>
      </w:r>
      <w:r>
        <w:t xml:space="preserve">    (a) a small group of people who plot in secret and exercise power</w:t>
      </w:r>
      <w:r>
        <w:br/>
      </w:r>
      <w:r>
        <w:t xml:space="preserve">    (b) a large structure separate from a main structure or temporary</w:t>
      </w:r>
      <w:r>
        <w:br/>
      </w:r>
      <w:r>
        <w:t xml:space="preserve">    (c) make something more attractive or interesting by adding to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any major battle, I liked to get a group photo—along with exclusive rights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epic ballads about their exploits.</w:t>
      </w:r>
      <w:r>
        <w:br/>
      </w:r>
      <w:r>
        <w:t xml:space="preserve">    (a) strongly desire</w:t>
      </w:r>
      <w:r>
        <w:br/>
      </w:r>
      <w:r>
        <w:t xml:space="preserve">    (b) think carefully</w:t>
      </w:r>
      <w:r>
        <w:br/>
      </w:r>
      <w:r>
        <w:t xml:space="preserve">    (c)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Groves are typically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trees, rather than, say, Fudgsicles.</w:t>
      </w:r>
      <w:r>
        <w:br/>
      </w:r>
      <w:r>
        <w:t xml:space="preserve">    (a) not hired, occupied, or booked</w:t>
      </w:r>
      <w:r>
        <w:br/>
      </w:r>
      <w:r>
        <w:t xml:space="preserve">    (b) took (power or responsibility)</w:t>
      </w:r>
      <w:r>
        <w:br/>
      </w:r>
      <w:r>
        <w:t xml:space="preserve">    (c) made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teams will be almost impossible to track," he murmured, his face buried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Labyrinth</w:t>
      </w:r>
      <w:r>
        <w:rPr>
          <w:b/>
          <w:bCs/>
        </w:rPr>
        <w:t xml:space="preserve"> </w:t>
      </w:r>
      <w:r>
        <w:rPr>
          <w:b/>
          <w:bCs/>
        </w:rPr>
        <w:t xml:space="preserve">schematic.</w:t>
      </w:r>
      <w:r>
        <w:br/>
      </w:r>
      <w:r>
        <w:t xml:space="preserve">    (a) a maze (a system of paths so complex it is virtually impossible to exit once inside)</w:t>
      </w:r>
      <w:r>
        <w:br/>
      </w:r>
      <w:r>
        <w:t xml:space="preserve">    (b) a math value that tells how many times a number is multiplied by itself to reach another number -- often used to describe very big or very small quantities</w:t>
      </w:r>
      <w:r>
        <w:br/>
      </w:r>
      <w:r>
        <w:t xml:space="preserve">    (c) a melody that, after a short interval, is exactly repeated by a different instrument or voice to create competing melodic lines (a strict counterpoint)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Damien and Chiara sat together at the canoe dock,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glowering</w:t>
      </w:r>
      <w:r>
        <w:rPr>
          <w:b/>
          <w:bCs/>
        </w:rPr>
        <w:t xml:space="preserve"> </w:t>
      </w:r>
      <w:r>
        <w:rPr>
          <w:b/>
          <w:bCs/>
        </w:rPr>
        <w:t xml:space="preserve">in my direction.</w:t>
      </w:r>
      <w:r>
        <w:br/>
      </w:r>
      <w:r>
        <w:t xml:space="preserve">    (a) staring angrily</w:t>
      </w:r>
      <w:r>
        <w:br/>
      </w:r>
      <w:r>
        <w:t xml:space="preserve">    (b) moving downward</w:t>
      </w:r>
      <w:r>
        <w:br/>
      </w:r>
      <w:r>
        <w:t xml:space="preserve">    (c) making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imagined she would have already hosed us down with acid if she weren't worried about the long-term effects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corrosives</w:t>
      </w:r>
      <w:r>
        <w:rPr>
          <w:b/>
          <w:bCs/>
        </w:rPr>
        <w:t xml:space="preserve"> </w:t>
      </w:r>
      <w:r>
        <w:rPr>
          <w:b/>
          <w:bCs/>
        </w:rPr>
        <w:t xml:space="preserve">on her larvae.</w:t>
      </w:r>
      <w:r>
        <w:br/>
      </w:r>
      <w:r>
        <w:t xml:space="preserve">    (a) things (typically chemicals) that cause damage or harm</w:t>
      </w:r>
      <w:r>
        <w:br/>
      </w:r>
      <w:r>
        <w:t xml:space="preserve">    (b) speaks with someone about something for the first time</w:t>
      </w:r>
      <w:r>
        <w:br/>
      </w:r>
      <w:r>
        <w:t xml:space="preserve">    (c) periods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only the deadliest prophecies are couched in the form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limerick</w:t>
      </w:r>
      <w:r>
        <w:rPr>
          <w:b/>
          <w:bCs/>
        </w:rPr>
        <w:t xml:space="preserve">.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a 5-line poem with a rhyme scheme of aabba</w:t>
      </w:r>
      <w:r>
        <w:br/>
      </w:r>
      <w:r>
        <w:t xml:space="preserve">    (c) a period of time or a stage during the development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Colossus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Neurotic</w:t>
      </w:r>
      <w:r>
        <w:rPr>
          <w:b/>
          <w:bCs/>
        </w:rPr>
        <w:t xml:space="preserve">?</w:t>
      </w:r>
      <w:r>
        <w:br/>
      </w:r>
      <w:r>
        <w:t xml:space="preserve">    (a) mildly mentally disturbed -- usually worrying too much about something; or someone with such symptoms</w:t>
      </w:r>
      <w:r>
        <w:br/>
      </w:r>
      <w:r>
        <w:t xml:space="preserve">    (b) something (typically a statement) that disagrees with itself; or (more rarely) the act of disagreeing</w:t>
      </w:r>
      <w:r>
        <w:br/>
      </w:r>
      <w:r>
        <w:t xml:space="preserve">    (c) something made of the brownish metal with the same name -- such as a sculpture or a third place medal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fact that they'd been recently bound, doused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flammable</w:t>
      </w:r>
      <w:r>
        <w:rPr>
          <w:b/>
          <w:bCs/>
        </w:rPr>
        <w:t xml:space="preserve"> </w:t>
      </w:r>
      <w:r>
        <w:rPr>
          <w:b/>
          <w:bCs/>
        </w:rPr>
        <w:t xml:space="preserve">substances, and staked like human tiki torches, they closed ranks and faced me with determination in their eyes.</w:t>
      </w:r>
      <w:r>
        <w:br/>
      </w:r>
      <w:r>
        <w:t xml:space="preserve">    (a) easily set on fire</w:t>
      </w:r>
      <w:r>
        <w:br/>
      </w:r>
      <w:r>
        <w:t xml:space="preserve">    (b) logical conclusion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of the shadows dropped a furry black monster dog—a hellhound—and astride his back was a young man with a glowing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sword.</w:t>
      </w:r>
      <w:r>
        <w:br/>
      </w:r>
      <w:r>
        <w:t xml:space="preserve">    (a) examine in detail to better understand</w:t>
      </w:r>
      <w:r>
        <w:br/>
      </w:r>
      <w:r>
        <w:t xml:space="preserve">    (b) appropriate in size, amount, or degree</w:t>
      </w:r>
      <w:r>
        <w:br/>
      </w:r>
      <w:r>
        <w:t xml:space="preserve">    (c) made of a type of high-quality metal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2026-07-31T19:56:54Z</dcterms:created>
  <dcterms:modified xsi:type="dcterms:W3CDTF">2026-07-31T19:56:54Z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