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4c82c4f5be3488c927bbb1eaf6f0397504f9fb0"/>
    <w:p>
      <w:pPr>
        <w:pStyle w:val="Heading1"/>
      </w:pPr>
      <w:r>
        <w:rPr>
          <w:b/>
          <w:bCs/>
        </w:rPr>
        <w:t xml:space="preserve">The Hero With a Thousand Faces</w:t>
      </w:r>
      <w:r>
        <w:br/>
      </w:r>
      <w:r>
        <w:rPr>
          <w:i/>
          <w:iCs/>
        </w:rPr>
        <w:t xml:space="preserve">Joseph Campbell</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In the United States there is even a pathos of inverted emphasis: the goal is not to grow old, but to remain young; not to mature away from Mother, but to</w:t>
      </w:r>
      <w:r>
        <w:rPr>
          <w:b/>
          <w:bCs/>
        </w:rPr>
        <w:t xml:space="preserve"> </w:t>
      </w:r>
      <w:r>
        <w:rPr>
          <w:b/>
          <w:bCs/>
          <w:u w:val="single"/>
        </w:rPr>
        <w:t xml:space="preserve">cleave</w:t>
      </w:r>
      <w:r>
        <w:rPr>
          <w:b/>
          <w:bCs/>
        </w:rPr>
        <w:t xml:space="preserve"> </w:t>
      </w:r>
      <w:r>
        <w:rPr>
          <w:b/>
          <w:bCs/>
        </w:rPr>
        <w:t xml:space="preserve">to her.</w:t>
      </w:r>
      <w:r>
        <w:br/>
      </w:r>
      <w:r>
        <w:t xml:space="preserve">    (a) bounce back</w:t>
      </w:r>
      <w:r>
        <w:br/>
      </w:r>
      <w:r>
        <w:t xml:space="preserve">    (b) hold firmly</w:t>
      </w:r>
      <w:r>
        <w:br/>
      </w:r>
      <w:r>
        <w:t xml:space="preserve">    (c) begin again</w:t>
      </w:r>
    </w:p>
    <w:p>
      <w:pPr>
        <w:pStyle w:val="Compact"/>
        <w:numPr>
          <w:ilvl w:val="0"/>
          <w:numId w:val="1001"/>
        </w:numPr>
      </w:pPr>
      <w:r>
        <w:rPr>
          <w:b/>
          <w:bCs/>
        </w:rPr>
        <w:t xml:space="preserve">The eye of the ordained victor immediately perceives the chink in every fortress of circumstance, and his blow can</w:t>
      </w:r>
      <w:r>
        <w:rPr>
          <w:b/>
          <w:bCs/>
        </w:rPr>
        <w:t xml:space="preserve"> </w:t>
      </w:r>
      <w:r>
        <w:rPr>
          <w:b/>
          <w:bCs/>
          <w:u w:val="single"/>
        </w:rPr>
        <w:t xml:space="preserve">cleave</w:t>
      </w:r>
      <w:r>
        <w:rPr>
          <w:b/>
          <w:bCs/>
        </w:rPr>
        <w:t xml:space="preserve"> </w:t>
      </w:r>
      <w:r>
        <w:rPr>
          <w:b/>
          <w:bCs/>
        </w:rPr>
        <w:t xml:space="preserve">it wide.</w:t>
      </w:r>
      <w:r>
        <w:br/>
      </w:r>
      <w:r>
        <w:t xml:space="preserve">    (a) show, determine, or understand</w:t>
      </w:r>
      <w:r>
        <w:br/>
      </w:r>
      <w:r>
        <w:t xml:space="preserve">    (b) take up or receive into heaven</w:t>
      </w:r>
      <w:r>
        <w:br/>
      </w:r>
      <w:r>
        <w:t xml:space="preserve">    (c) split or cut through</w:t>
      </w:r>
    </w:p>
    <w:p>
      <w:pPr>
        <w:pStyle w:val="Compact"/>
        <w:numPr>
          <w:ilvl w:val="0"/>
          <w:numId w:val="1001"/>
        </w:numPr>
      </w:pPr>
      <w:r>
        <w:rPr>
          <w:b/>
          <w:bCs/>
        </w:rPr>
        <w:t xml:space="preserve">All the</w:t>
      </w:r>
      <w:r>
        <w:rPr>
          <w:b/>
          <w:bCs/>
        </w:rPr>
        <w:t xml:space="preserve"> </w:t>
      </w:r>
      <w:r>
        <w:rPr>
          <w:b/>
          <w:bCs/>
          <w:u w:val="single"/>
        </w:rPr>
        <w:t xml:space="preserve">ogres</w:t>
      </w:r>
      <w:r>
        <w:rPr>
          <w:b/>
          <w:bCs/>
        </w:rPr>
        <w:t xml:space="preserve"> </w:t>
      </w:r>
      <w:r>
        <w:rPr>
          <w:b/>
          <w:bCs/>
        </w:rPr>
        <w:t xml:space="preserve">and secret helpers of our nursery are there, all the magic of childhood.</w:t>
      </w:r>
      <w:r>
        <w:br/>
      </w:r>
      <w:r>
        <w:t xml:space="preserve">    (a) a frightening giant from fairy tales, especially one who eats people; or a cruel or terrifying person</w:t>
      </w:r>
      <w:r>
        <w:br/>
      </w:r>
      <w:r>
        <w:t xml:space="preserve">    (b) soccer players who play in the middle third of the field and who assist with both defense and offense</w:t>
      </w:r>
      <w:r>
        <w:br/>
      </w:r>
      <w:r>
        <w:t xml:space="preserve">    (c) aka natural rights -- rights that are naturally due because of human nature and the natural condition</w:t>
      </w:r>
    </w:p>
    <w:p>
      <w:pPr>
        <w:pStyle w:val="Compact"/>
        <w:numPr>
          <w:ilvl w:val="0"/>
          <w:numId w:val="1001"/>
        </w:numPr>
      </w:pPr>
      <w:r>
        <w:rPr>
          <w:b/>
          <w:bCs/>
        </w:rPr>
        <w:t xml:space="preserve">In a word: the first work of the hero is to retreat from the world scene of secondary effects to those causal zones of the psyche where the difficulties really reside, and there to clarify the difficulties, eradicate them in his own case (</w:t>
      </w:r>
      <w:r>
        <w:rPr>
          <w:b/>
          <w:bCs/>
          <w:u w:val="single"/>
        </w:rPr>
        <w:t xml:space="preserve">i.e.</w:t>
      </w:r>
      <w:r>
        <w:rPr>
          <w:b/>
          <w:bCs/>
        </w:rPr>
        <w:t xml:space="preserve">, give battle to the nursery demons of his local culture) and break through to the undistorted, direct experience and assimilation of what C. G. Jung has called "the archetypal images."</w:t>
      </w:r>
      <w:r>
        <w:br/>
      </w:r>
      <w:r>
        <w:t xml:space="preserve">    (a) an expression used to intensify denial of an idea</w:t>
      </w:r>
      <w:r>
        <w:br/>
      </w:r>
      <w:r>
        <w:t xml:space="preserve">    (b)</w:t>
      </w:r>
      <w:r>
        <w:t xml:space="preserve"> </w:t>
      </w:r>
      <w:r>
        <w:rPr>
          <w:i/>
          <w:iCs/>
        </w:rPr>
        <w:t xml:space="preserve">that is to say</w:t>
      </w:r>
      <w:r>
        <w:t xml:space="preserve"> </w:t>
      </w:r>
      <w:r>
        <w:t xml:space="preserve">or</w:t>
      </w:r>
      <w:r>
        <w:t xml:space="preserve"> </w:t>
      </w:r>
      <w:r>
        <w:rPr>
          <w:i/>
          <w:iCs/>
        </w:rPr>
        <w:t xml:space="preserve">in other words</w:t>
      </w:r>
      <w:r>
        <w:br/>
      </w:r>
      <w:r>
        <w:t xml:space="preserve">    (c) for example</w:t>
      </w:r>
    </w:p>
    <w:p>
      <w:pPr>
        <w:pStyle w:val="Compact"/>
        <w:numPr>
          <w:ilvl w:val="0"/>
          <w:numId w:val="1001"/>
        </w:numPr>
      </w:pPr>
      <w:r>
        <w:rPr>
          <w:b/>
          <w:bCs/>
        </w:rPr>
        <w:t xml:space="preserve">Something of the light that blazes invisible within the</w:t>
      </w:r>
      <w:r>
        <w:rPr>
          <w:b/>
          <w:bCs/>
        </w:rPr>
        <w:t xml:space="preserve"> </w:t>
      </w:r>
      <w:r>
        <w:rPr>
          <w:b/>
          <w:bCs/>
          <w:u w:val="single"/>
        </w:rPr>
        <w:t xml:space="preserve">abysses</w:t>
      </w:r>
      <w:r>
        <w:rPr>
          <w:b/>
          <w:bCs/>
        </w:rPr>
        <w:t xml:space="preserve"> </w:t>
      </w:r>
      <w:r>
        <w:rPr>
          <w:b/>
          <w:bCs/>
        </w:rPr>
        <w:t xml:space="preserve">of its normally opaque materiality breaks forth, with an increasing uproar.</w:t>
      </w:r>
      <w:r>
        <w:br/>
      </w:r>
      <w:r>
        <w:t xml:space="preserve">    (a) removals and examination of tissues or liquids from the living body to determine the existence or cause of diseases</w:t>
      </w:r>
      <w:r>
        <w:br/>
      </w:r>
      <w:r>
        <w:t xml:space="preserve">    (b) holes or dropoffs so deep the bottom cannot be seen -- often used figuratively to imply frightening bottomless pits</w:t>
      </w:r>
      <w:r>
        <w:br/>
      </w:r>
      <w:r>
        <w:t xml:space="preserve">    (c) people characterized by withdrawal, an inability to form close relationships, and taking pleasure in few activities</w:t>
      </w:r>
    </w:p>
    <w:p>
      <w:pPr>
        <w:pStyle w:val="Compact"/>
        <w:numPr>
          <w:ilvl w:val="0"/>
          <w:numId w:val="1001"/>
        </w:numPr>
      </w:pPr>
      <w:r>
        <w:rPr>
          <w:b/>
          <w:bCs/>
        </w:rPr>
        <w:t xml:space="preserve">This</w:t>
      </w:r>
      <w:r>
        <w:rPr>
          <w:b/>
          <w:bCs/>
        </w:rPr>
        <w:t xml:space="preserve"> </w:t>
      </w:r>
      <w:r>
        <w:rPr>
          <w:b/>
          <w:bCs/>
          <w:u w:val="single"/>
        </w:rPr>
        <w:t xml:space="preserve">doctrine</w:t>
      </w:r>
      <w:r>
        <w:rPr>
          <w:b/>
          <w:bCs/>
        </w:rPr>
        <w:t xml:space="preserve"> </w:t>
      </w:r>
      <w:r>
        <w:rPr>
          <w:b/>
          <w:bCs/>
        </w:rPr>
        <w:t xml:space="preserve">of the incommunicability of the Truth which is beyond names and forms is basic to the great Oriental, as well as to the Platonic, traditions.</w:t>
      </w:r>
      <w:r>
        <w:br/>
      </w:r>
      <w:r>
        <w:t xml:space="preserve">    (a) a substance that stimulates the production of antibodies to protect against a disease</w:t>
      </w:r>
      <w:r>
        <w:br/>
      </w:r>
      <w:r>
        <w:t xml:space="preserve">    (b) a belief (or system of beliefs or principles) accepted as authoritative by some group</w:t>
      </w:r>
      <w:r>
        <w:br/>
      </w:r>
      <w:r>
        <w:t xml:space="preserve">    (c) an economic system where most decisions are made through voluntary buying and selling</w:t>
      </w:r>
    </w:p>
    <w:p>
      <w:pPr>
        <w:pStyle w:val="Compact"/>
        <w:numPr>
          <w:ilvl w:val="0"/>
          <w:numId w:val="1001"/>
        </w:numPr>
      </w:pPr>
      <w:r>
        <w:rPr>
          <w:b/>
          <w:bCs/>
        </w:rPr>
        <w:t xml:space="preserve">The protecting</w:t>
      </w:r>
      <w:r>
        <w:rPr>
          <w:b/>
          <w:bCs/>
        </w:rPr>
        <w:t xml:space="preserve"> </w:t>
      </w:r>
      <w:r>
        <w:rPr>
          <w:b/>
          <w:bCs/>
          <w:u w:val="single"/>
        </w:rPr>
        <w:t xml:space="preserve">deities</w:t>
      </w:r>
      <w:r>
        <w:rPr>
          <w:b/>
          <w:bCs/>
        </w:rPr>
        <w:t xml:space="preserve"> </w:t>
      </w:r>
      <w:r>
        <w:rPr>
          <w:b/>
          <w:bCs/>
        </w:rPr>
        <w:t xml:space="preserve">of the universe took flight, but the Future Buddha remained unmoved beneath the Tree.</w:t>
      </w:r>
      <w:r>
        <w:br/>
      </w:r>
      <w:r>
        <w:t xml:space="preserve">    (a) gods or goddesses</w:t>
      </w:r>
      <w:r>
        <w:br/>
      </w:r>
      <w:r>
        <w:t xml:space="preserve">    (b) gives or supplies</w:t>
      </w:r>
      <w:r>
        <w:br/>
      </w:r>
      <w:r>
        <w:t xml:space="preserve">    (c) after tax incomes</w:t>
      </w:r>
    </w:p>
    <w:p>
      <w:pPr>
        <w:pStyle w:val="Compact"/>
        <w:numPr>
          <w:ilvl w:val="0"/>
          <w:numId w:val="1001"/>
        </w:numPr>
      </w:pPr>
      <w:r>
        <w:rPr>
          <w:b/>
          <w:bCs/>
        </w:rPr>
        <w:t xml:space="preserve">And Chapter IV,</w:t>
      </w:r>
      <w:r>
        <w:rPr>
          <w:b/>
          <w:bCs/>
        </w:rPr>
        <w:t xml:space="preserve"> </w:t>
      </w:r>
      <w:r>
        <w:rPr>
          <w:b/>
          <w:bCs/>
          <w:u w:val="single"/>
        </w:rPr>
        <w:t xml:space="preserve">Dissolutions</w:t>
      </w:r>
      <w:r>
        <w:rPr>
          <w:b/>
          <w:bCs/>
        </w:rPr>
        <w:t xml:space="preserve">, tells of the foretold end, first of the hero, then of the manifested world.</w:t>
      </w:r>
      <w:r>
        <w:br/>
      </w:r>
      <w:r>
        <w:t xml:space="preserve">    (a) the act or process of breaking something up or bringing it to an end—for example, ending a relationship or meeting, or a substance breaking apart as it mixes into a liquid</w:t>
      </w:r>
      <w:r>
        <w:br/>
      </w:r>
      <w:r>
        <w:t xml:space="preserve">    (b) organisms in the early stages of growth prior to birth, hatching, or sprouting; in humans organisms during the first eight weeks of development (prior to the fetal stage)</w:t>
      </w:r>
      <w:r>
        <w:br/>
      </w:r>
      <w:r>
        <w:t xml:space="preserve">    (c) special pleasures--typically things done in excess of what is thought good--such as eating too much cake, or being too lazy  OR  (more rarely) special privileges or kindnesses</w:t>
      </w:r>
    </w:p>
    <w:p>
      <w:pPr>
        <w:pStyle w:val="Compact"/>
        <w:numPr>
          <w:ilvl w:val="0"/>
          <w:numId w:val="1001"/>
        </w:numPr>
      </w:pPr>
      <w:r>
        <w:rPr>
          <w:b/>
          <w:bCs/>
        </w:rPr>
        <w:t xml:space="preserve">And since it is the source of all existence, it</w:t>
      </w:r>
      <w:r>
        <w:rPr>
          <w:b/>
          <w:bCs/>
        </w:rPr>
        <w:t xml:space="preserve"> </w:t>
      </w:r>
      <w:r>
        <w:rPr>
          <w:b/>
          <w:bCs/>
          <w:u w:val="single"/>
        </w:rPr>
        <w:t xml:space="preserve">yields</w:t>
      </w:r>
      <w:r>
        <w:rPr>
          <w:b/>
          <w:bCs/>
        </w:rPr>
        <w:t xml:space="preserve"> </w:t>
      </w:r>
      <w:r>
        <w:rPr>
          <w:b/>
          <w:bCs/>
        </w:rPr>
        <w:t xml:space="preserve">the world's plenitude of both good and evil.</w:t>
      </w:r>
      <w:r>
        <w:br/>
      </w:r>
      <w:r>
        <w:t xml:space="preserve">    (a) complains or verbally attacks in a loud, excited way</w:t>
      </w:r>
      <w:r>
        <w:br/>
      </w:r>
      <w:r>
        <w:t xml:space="preserve">    (b) gives or produces</w:t>
      </w:r>
      <w:r>
        <w:br/>
      </w:r>
      <w:r>
        <w:t xml:space="preserve">    (c) formally gives up power, as of monarchs and emperors</w:t>
      </w:r>
    </w:p>
    <w:p>
      <w:pPr>
        <w:pStyle w:val="Compact"/>
        <w:numPr>
          <w:ilvl w:val="0"/>
          <w:numId w:val="1001"/>
        </w:numPr>
      </w:pPr>
      <w:r>
        <w:rPr>
          <w:b/>
          <w:bCs/>
        </w:rPr>
        <w:t xml:space="preserve">Through all, the</w:t>
      </w:r>
      <w:r>
        <w:rPr>
          <w:b/>
          <w:bCs/>
        </w:rPr>
        <w:t xml:space="preserve"> </w:t>
      </w:r>
      <w:r>
        <w:rPr>
          <w:b/>
          <w:bCs/>
          <w:u w:val="single"/>
        </w:rPr>
        <w:t xml:space="preserve">transcendent</w:t>
      </w:r>
      <w:r>
        <w:rPr>
          <w:b/>
          <w:bCs/>
        </w:rPr>
        <w:t xml:space="preserve"> </w:t>
      </w:r>
      <w:r>
        <w:rPr>
          <w:b/>
          <w:bCs/>
        </w:rPr>
        <w:t xml:space="preserve">force is then perceived which lives in all, in all is wonderful, and is worthy, in all, of our profound obeisance.</w:t>
      </w:r>
      <w:r>
        <w:br/>
      </w:r>
      <w:r>
        <w:t xml:space="preserve">    (a) of or relating to the body or flesh (in contrast to the spirit)</w:t>
      </w:r>
      <w:r>
        <w:br/>
      </w:r>
      <w:r>
        <w:t xml:space="preserve">    (b) mundane (common or uninteresting)</w:t>
      </w:r>
      <w:r>
        <w:br/>
      </w:r>
      <w:r>
        <w:t xml:space="preserve">    (c) beyond the ordinary range of human experience or understanding</w:t>
      </w:r>
      <w:r>
        <w:br/>
      </w:r>
      <w:r>
        <w:br/>
      </w:r>
      <w:r>
        <w:t xml:space="preserve">or:</w:t>
      </w:r>
      <w:r>
        <w:br/>
      </w:r>
      <w:r>
        <w:br/>
      </w:r>
      <w:r>
        <w:t xml:space="preserve">surpassing usual limits of excellence</w:t>
      </w:r>
    </w:p>
    <w:p>
      <w:pPr>
        <w:pStyle w:val="Compact"/>
        <w:numPr>
          <w:ilvl w:val="0"/>
          <w:numId w:val="1001"/>
        </w:numPr>
      </w:pPr>
      <w:r>
        <w:rPr>
          <w:b/>
          <w:bCs/>
        </w:rPr>
        <w:t xml:space="preserve">Hairy and misformed, or eke shaped as animals, ostriches, or</w:t>
      </w:r>
      <w:r>
        <w:rPr>
          <w:b/>
          <w:bCs/>
        </w:rPr>
        <w:t xml:space="preserve"> </w:t>
      </w:r>
      <w:r>
        <w:rPr>
          <w:b/>
          <w:bCs/>
          <w:u w:val="single"/>
        </w:rPr>
        <w:t xml:space="preserve">serpents</w:t>
      </w:r>
      <w:r>
        <w:rPr>
          <w:b/>
          <w:bCs/>
        </w:rPr>
        <w:t xml:space="preserve">, they were very dangerous to unprotected persons.</w:t>
      </w:r>
      <w:r>
        <w:br/>
      </w:r>
      <w:r>
        <w:t xml:space="preserve">    (a) enters</w:t>
      </w:r>
      <w:r>
        <w:br/>
      </w:r>
      <w:r>
        <w:t xml:space="preserve">    (b) snakes</w:t>
      </w:r>
      <w:r>
        <w:br/>
      </w:r>
      <w:r>
        <w:t xml:space="preserve">    (c) copies</w:t>
      </w:r>
    </w:p>
    <w:p>
      <w:pPr>
        <w:pStyle w:val="Compact"/>
        <w:numPr>
          <w:ilvl w:val="0"/>
          <w:numId w:val="1001"/>
        </w:numPr>
      </w:pPr>
      <w:r>
        <w:rPr>
          <w:b/>
          <w:bCs/>
        </w:rPr>
        <w:t xml:space="preserve">Indeed, this young hero was none other than the Future Buddha, in an earlier</w:t>
      </w:r>
      <w:r>
        <w:rPr>
          <w:b/>
          <w:bCs/>
        </w:rPr>
        <w:t xml:space="preserve"> </w:t>
      </w:r>
      <w:r>
        <w:rPr>
          <w:b/>
          <w:bCs/>
          <w:u w:val="single"/>
        </w:rPr>
        <w:t xml:space="preserve">incarnation</w:t>
      </w:r>
      <w:r>
        <w:rPr>
          <w:b/>
          <w:bCs/>
        </w:rPr>
        <w:t xml:space="preserve">.</w:t>
      </w:r>
      <w:r>
        <w:br/>
      </w:r>
      <w:r>
        <w:t xml:space="preserve">    (a) thigh bone</w:t>
      </w:r>
      <w:r>
        <w:br/>
      </w:r>
      <w:r>
        <w:t xml:space="preserve">    (b) difference</w:t>
      </w:r>
      <w:r>
        <w:br/>
      </w:r>
      <w:r>
        <w:t xml:space="preserve">    (c) embodiment</w:t>
      </w:r>
    </w:p>
    <w:p>
      <w:pPr>
        <w:pStyle w:val="Compact"/>
        <w:numPr>
          <w:ilvl w:val="0"/>
          <w:numId w:val="1001"/>
        </w:numPr>
      </w:pPr>
      <w:r>
        <w:rPr>
          <w:b/>
          <w:bCs/>
        </w:rPr>
        <w:t xml:space="preserve">The hero whose attachment to ego is already</w:t>
      </w:r>
      <w:r>
        <w:rPr>
          <w:b/>
          <w:bCs/>
        </w:rPr>
        <w:t xml:space="preserve"> </w:t>
      </w:r>
      <w:r>
        <w:rPr>
          <w:b/>
          <w:bCs/>
          <w:u w:val="single"/>
        </w:rPr>
        <w:t xml:space="preserve">annihilate</w:t>
      </w:r>
      <w:r>
        <w:rPr>
          <w:b/>
          <w:bCs/>
        </w:rPr>
        <w:t xml:space="preserve"> </w:t>
      </w:r>
      <w:r>
        <w:rPr>
          <w:b/>
          <w:bCs/>
        </w:rPr>
        <w:t xml:space="preserve">passes back and forth across the horizons of the world, in and out of the dragon, as readily as a king through all the rooms of his house.</w:t>
      </w:r>
      <w:r>
        <w:br/>
      </w:r>
      <w:r>
        <w:t xml:space="preserve">    (a) to completely destroy or defeat</w:t>
      </w:r>
      <w:r>
        <w:br/>
      </w:r>
      <w:r>
        <w:t xml:space="preserve">    (b) fulfill one's highest potential</w:t>
      </w:r>
      <w:r>
        <w:br/>
      </w:r>
      <w:r>
        <w:t xml:space="preserve">    (c) stop (something from happening)</w:t>
      </w:r>
    </w:p>
    <w:p>
      <w:pPr>
        <w:pStyle w:val="Compact"/>
        <w:numPr>
          <w:ilvl w:val="0"/>
          <w:numId w:val="1001"/>
        </w:numPr>
      </w:pPr>
      <w:r>
        <w:rPr>
          <w:b/>
          <w:bCs/>
        </w:rPr>
        <w:t xml:space="preserve">Olioll, Brian, and Fiachra, likewise, went on the quest and equally</w:t>
      </w:r>
      <w:r>
        <w:rPr>
          <w:b/>
          <w:bCs/>
        </w:rPr>
        <w:t xml:space="preserve"> </w:t>
      </w:r>
      <w:r>
        <w:rPr>
          <w:b/>
          <w:bCs/>
          <w:u w:val="single"/>
        </w:rPr>
        <w:t xml:space="preserve">attained</w:t>
      </w:r>
      <w:r>
        <w:rPr>
          <w:b/>
          <w:bCs/>
        </w:rPr>
        <w:t xml:space="preserve"> </w:t>
      </w:r>
      <w:r>
        <w:rPr>
          <w:b/>
          <w:bCs/>
        </w:rPr>
        <w:t xml:space="preserve">to the identical well.</w:t>
      </w:r>
      <w:r>
        <w:br/>
      </w:r>
      <w:r>
        <w:t xml:space="preserve">    (a) tension from opposing ideas or feelings</w:t>
      </w:r>
      <w:r>
        <w:br/>
      </w:r>
      <w:r>
        <w:t xml:space="preserve">    (b) examined in detail to better understand</w:t>
      </w:r>
      <w:r>
        <w:br/>
      </w:r>
      <w:r>
        <w:t xml:space="preserve">    (c) gained or reached something with effort</w:t>
      </w:r>
    </w:p>
    <w:p>
      <w:pPr>
        <w:pStyle w:val="Compact"/>
        <w:numPr>
          <w:ilvl w:val="0"/>
          <w:numId w:val="1001"/>
        </w:numPr>
      </w:pPr>
      <w:r>
        <w:rPr>
          <w:b/>
          <w:bCs/>
        </w:rPr>
        <w:t xml:space="preserve">The Greeks tell of King Midas, who had the luck to win from Bacchus the offer of whatsoever</w:t>
      </w:r>
      <w:r>
        <w:rPr>
          <w:b/>
          <w:bCs/>
        </w:rPr>
        <w:t xml:space="preserve"> </w:t>
      </w:r>
      <w:r>
        <w:rPr>
          <w:b/>
          <w:bCs/>
          <w:u w:val="single"/>
        </w:rPr>
        <w:t xml:space="preserve">boon</w:t>
      </w:r>
      <w:r>
        <w:rPr>
          <w:b/>
          <w:bCs/>
        </w:rPr>
        <w:t xml:space="preserve"> </w:t>
      </w:r>
      <w:r>
        <w:rPr>
          <w:b/>
          <w:bCs/>
        </w:rPr>
        <w:t xml:space="preserve">he might desire.</w:t>
      </w:r>
      <w:r>
        <w:br/>
      </w:r>
      <w:r>
        <w:t xml:space="preserve">    (a) something that is of great benefit</w:t>
      </w:r>
      <w:r>
        <w:br/>
      </w:r>
      <w:r>
        <w:t xml:space="preserve">    (b) a traditional practice or custom</w:t>
      </w:r>
      <w:r>
        <w:br/>
      </w:r>
      <w:r>
        <w:t xml:space="preserve">    (c) something that causes great harm</w:t>
      </w:r>
    </w:p>
    <w:p>
      <w:pPr>
        <w:pStyle w:val="Compact"/>
        <w:numPr>
          <w:ilvl w:val="0"/>
          <w:numId w:val="1001"/>
        </w:numPr>
      </w:pPr>
      <w:r>
        <w:rPr>
          <w:b/>
          <w:bCs/>
        </w:rPr>
        <w:t xml:space="preserve">The</w:t>
      </w:r>
      <w:r>
        <w:rPr>
          <w:b/>
          <w:bCs/>
        </w:rPr>
        <w:t xml:space="preserve"> </w:t>
      </w:r>
      <w:r>
        <w:rPr>
          <w:b/>
          <w:bCs/>
          <w:u w:val="single"/>
        </w:rPr>
        <w:t xml:space="preserve">bard</w:t>
      </w:r>
      <w:r>
        <w:rPr>
          <w:b/>
          <w:bCs/>
        </w:rPr>
        <w:t xml:space="preserve">'s legend and poems survive in a thirteenth-century manuscript, "The Book of Taliesin," which is one of the "Four Ancient Books of Wales."</w:t>
      </w:r>
      <w:r>
        <w:br/>
      </w:r>
      <w:r>
        <w:t xml:space="preserve">    (a) of the American Indian civilization of Yucatan and Belize and Guatemala that reached its peak between AD 300 and 900</w:t>
      </w:r>
      <w:r>
        <w:br/>
      </w:r>
      <w:r>
        <w:t xml:space="preserve">    (b) someone who composes and recites or sings poems about important events and people; or (as a proper noun) Shakespeare</w:t>
      </w:r>
      <w:r>
        <w:br/>
      </w:r>
      <w:r>
        <w:t xml:space="preserve">    (c) a hole or dropoff so deep the bottom cannot be seen -- often used figuratively to imply a frightening bottomless pit</w:t>
      </w:r>
    </w:p>
    <w:p>
      <w:pPr>
        <w:pStyle w:val="Compact"/>
        <w:numPr>
          <w:ilvl w:val="0"/>
          <w:numId w:val="1001"/>
        </w:numPr>
      </w:pPr>
      <w:r>
        <w:rPr>
          <w:b/>
          <w:bCs/>
        </w:rPr>
        <w:t xml:space="preserve">The key to the modern systems of psychological interpretation therefore is this: the</w:t>
      </w:r>
      <w:r>
        <w:rPr>
          <w:b/>
          <w:bCs/>
        </w:rPr>
        <w:t xml:space="preserve"> </w:t>
      </w:r>
      <w:r>
        <w:rPr>
          <w:b/>
          <w:bCs/>
          <w:u w:val="single"/>
        </w:rPr>
        <w:t xml:space="preserve">metaphysical</w:t>
      </w:r>
      <w:r>
        <w:rPr>
          <w:b/>
          <w:bCs/>
        </w:rPr>
        <w:t xml:space="preserve"> </w:t>
      </w:r>
      <w:r>
        <w:rPr>
          <w:b/>
          <w:bCs/>
        </w:rPr>
        <w:t xml:space="preserve">realm = the unconscious.</w:t>
      </w:r>
      <w:r>
        <w:br/>
      </w:r>
      <w:r>
        <w:t xml:space="preserve">    (a) about things beyond the physical world, such as existence, reality, or the soul</w:t>
      </w:r>
      <w:r>
        <w:br/>
      </w:r>
      <w:r>
        <w:t xml:space="preserve">    (b) the quality of holding something back or holding others down through oppression</w:t>
      </w:r>
      <w:r>
        <w:br/>
      </w:r>
      <w:r>
        <w:t xml:space="preserve">    (c) having the characteristics of a</w:t>
      </w:r>
      <w:r>
        <w:t xml:space="preserve"> </w:t>
      </w:r>
      <w:r>
        <w:rPr>
          <w:i/>
          <w:iCs/>
        </w:rPr>
        <w:t xml:space="preserve">monk</w:t>
      </w:r>
      <w:r>
        <w:t xml:space="preserve"> </w:t>
      </w:r>
      <w:r>
        <w:t xml:space="preserve">(often inclined toward self-denial)</w:t>
      </w:r>
    </w:p>
    <w:p>
      <w:pPr>
        <w:pStyle w:val="Compact"/>
        <w:numPr>
          <w:ilvl w:val="0"/>
          <w:numId w:val="1001"/>
        </w:numPr>
      </w:pPr>
      <w:r>
        <w:rPr>
          <w:b/>
          <w:bCs/>
        </w:rPr>
        <w:t xml:space="preserve">The myths never tire of</w:t>
      </w:r>
      <w:r>
        <w:rPr>
          <w:b/>
          <w:bCs/>
        </w:rPr>
        <w:t xml:space="preserve"> </w:t>
      </w:r>
      <w:r>
        <w:rPr>
          <w:b/>
          <w:bCs/>
          <w:u w:val="single"/>
        </w:rPr>
        <w:t xml:space="preserve">illustrating</w:t>
      </w:r>
      <w:r>
        <w:rPr>
          <w:b/>
          <w:bCs/>
        </w:rPr>
        <w:t xml:space="preserve"> </w:t>
      </w:r>
      <w:r>
        <w:rPr>
          <w:b/>
          <w:bCs/>
        </w:rPr>
        <w:t xml:space="preserve">the point that conflict in the created world is not what it seems.</w:t>
      </w:r>
      <w:r>
        <w:br/>
      </w:r>
      <w:r>
        <w:t xml:space="preserve">    (a) helping make clear</w:t>
      </w:r>
      <w:r>
        <w:br/>
      </w:r>
      <w:r>
        <w:t xml:space="preserve">    (b) thinking carefully</w:t>
      </w:r>
      <w:r>
        <w:br/>
      </w:r>
      <w:r>
        <w:t xml:space="preserve">    (c) leaping or jumping</w:t>
      </w:r>
    </w:p>
    <w:p>
      <w:pPr>
        <w:pStyle w:val="Compact"/>
        <w:numPr>
          <w:ilvl w:val="0"/>
          <w:numId w:val="1001"/>
        </w:numPr>
      </w:pPr>
      <w:r>
        <w:rPr>
          <w:b/>
          <w:bCs/>
        </w:rPr>
        <w:t xml:space="preserve">From the</w:t>
      </w:r>
      <w:r>
        <w:rPr>
          <w:b/>
          <w:bCs/>
        </w:rPr>
        <w:t xml:space="preserve"> </w:t>
      </w:r>
      <w:r>
        <w:rPr>
          <w:b/>
          <w:bCs/>
          <w:u w:val="single"/>
        </w:rPr>
        <w:t xml:space="preserve">perspective</w:t>
      </w:r>
      <w:r>
        <w:rPr>
          <w:b/>
          <w:bCs/>
        </w:rPr>
        <w:t xml:space="preserve"> </w:t>
      </w:r>
      <w:r>
        <w:rPr>
          <w:b/>
          <w:bCs/>
        </w:rPr>
        <w:t xml:space="preserve">of the source, the world is a majestic harmony of forms pouring into being, exploding, and dissolving.</w:t>
      </w:r>
      <w:r>
        <w:br/>
      </w:r>
      <w:r>
        <w:t xml:space="preserve">    (a) collection of star systems held together by gravity</w:t>
      </w:r>
      <w:r>
        <w:br/>
      </w:r>
      <w:r>
        <w:t xml:space="preserve">    (b) resulting from God's intervention or plan; or lucky</w:t>
      </w:r>
      <w:r>
        <w:br/>
      </w:r>
      <w:r>
        <w:t xml:space="preserve">    (c) a particular way of seeing or thinking about things</w:t>
      </w:r>
    </w:p>
    <w:p>
      <w:pPr>
        <w:pStyle w:val="Compact"/>
        <w:numPr>
          <w:ilvl w:val="0"/>
          <w:numId w:val="1001"/>
        </w:numPr>
      </w:pPr>
      <w:r>
        <w:rPr>
          <w:b/>
          <w:bCs/>
        </w:rPr>
        <w:t xml:space="preserve">Every beam and joist</w:t>
      </w:r>
      <w:r>
        <w:rPr>
          <w:b/>
          <w:bCs/>
        </w:rPr>
        <w:t xml:space="preserve"> </w:t>
      </w:r>
      <w:r>
        <w:rPr>
          <w:b/>
          <w:bCs/>
          <w:u w:val="single"/>
        </w:rPr>
        <w:t xml:space="preserve">corresponds</w:t>
      </w:r>
      <w:r>
        <w:rPr>
          <w:b/>
          <w:bCs/>
        </w:rPr>
        <w:t xml:space="preserve"> </w:t>
      </w:r>
      <w:r>
        <w:rPr>
          <w:b/>
          <w:bCs/>
        </w:rPr>
        <w:t xml:space="preserve">to an element in the great hogan of the all-embracing earth and sky.</w:t>
      </w:r>
      <w:r>
        <w:br/>
      </w:r>
      <w:r>
        <w:t xml:space="preserve">    (a) causes of problems or illnesses; or processes to identify such problems</w:t>
      </w:r>
      <w:r>
        <w:br/>
      </w:r>
      <w:r>
        <w:t xml:space="preserve">    (b) (noun) text that is marked as important  OR  (verb) marks important text</w:t>
      </w:r>
      <w:r>
        <w:br/>
      </w:r>
      <w:r>
        <w:t xml:space="preserve">    (c) connects or fits together by being equivalent, proportionate, or matched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2026-07-31T19:05:26Z</dcterms:created>
  <dcterms:modified xsi:type="dcterms:W3CDTF">2026-07-31T19:05:26Z</dcterms:modified>
</cp:coreProperties>
</file>

<file path=docProps/custom.xml><?xml version="1.0" encoding="utf-8"?>
<Properties xmlns="http://schemas.openxmlformats.org/officeDocument/2006/custom-properties" xmlns:vt="http://schemas.openxmlformats.org/officeDocument/2006/docPropsVTypes"/>
</file>