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83f2fde6766dcb146f08135a85655c7818cc44"/>
    <w:p>
      <w:pPr>
        <w:pStyle w:val="Heading1"/>
      </w:pPr>
      <w:r>
        <w:rPr>
          <w:b/>
          <w:bCs/>
        </w:rPr>
        <w:t xml:space="preserve">The Heritage of the Desert</w:t>
      </w:r>
      <w:r>
        <w:br/>
      </w:r>
      <w:r>
        <w:rPr>
          <w:i/>
          <w:iCs/>
        </w:rPr>
        <w:t xml:space="preserve">Zane Grey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cool wind blew in from the desert, rustling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sage</w:t>
      </w:r>
      <w:r>
        <w:rPr>
          <w:b/>
          <w:bCs/>
        </w:rPr>
        <w:t xml:space="preserve">,</w:t>
      </w:r>
      <w:r>
        <w:br/>
      </w:r>
      <w:r>
        <w:t xml:space="preserve">    (a) the quality or degree of being straightforward or clear (sometimes indicating that truth is not worded carefully to spare feelings or gain advantage)</w:t>
      </w:r>
      <w:r>
        <w:br/>
      </w:r>
      <w:r>
        <w:t xml:space="preserve">    (b) the degree to which a performance of or to someone else's work lends itself to the expression of personal artistic ideas or feelings by the performer</w:t>
      </w:r>
      <w:r>
        <w:br/>
      </w:r>
      <w:r>
        <w:t xml:space="preserve">    (c) a type of plant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forty-eight hours he had learned to hate the Mormons unutterably; here, in the presence of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austere</w:t>
      </w:r>
      <w:r>
        <w:rPr>
          <w:b/>
          <w:bCs/>
        </w:rPr>
        <w:t xml:space="preserve"> </w:t>
      </w:r>
      <w:r>
        <w:rPr>
          <w:b/>
          <w:bCs/>
        </w:rPr>
        <w:t xml:space="preserve">man, he felt that hatred wrenched from his heart, and in its place stirred something warm and living.</w:t>
      </w:r>
      <w:r>
        <w:br/>
      </w:r>
      <w:r>
        <w:t xml:space="preserve">    (a) relating to classical music plays in which most of the dialogue is sung</w:t>
      </w:r>
      <w:r>
        <w:br/>
      </w:r>
      <w:r>
        <w:t xml:space="preserve">    (b) a notable absence of luxury, comfort, or decoration; or stern in manner</w:t>
      </w:r>
      <w:r>
        <w:br/>
      </w:r>
      <w:r>
        <w:t xml:space="preserve">    (c) rude or unfriendly because of using too few words or moving too quickly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intermarry, and that's a death-blow to 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creed</w:t>
      </w:r>
      <w:r>
        <w:rPr>
          <w:b/>
          <w:bCs/>
        </w:rPr>
        <w:t xml:space="preserve">.</w:t>
      </w:r>
      <w:r>
        <w:br/>
      </w:r>
      <w:r>
        <w:t xml:space="preserve">    (a) a basic building block for proteins</w:t>
      </w:r>
      <w:r>
        <w:br/>
      </w:r>
      <w:r>
        <w:t xml:space="preserve">    (b) someone who believe in a single God</w:t>
      </w:r>
      <w:r>
        <w:br/>
      </w:r>
      <w:r>
        <w:t xml:space="preserve">    (c) any system of principles or beliefs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Bishop of the Mormon Church has the gift of tongues, of prophecy,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revelation</w:t>
      </w:r>
      <w:r>
        <w:rPr>
          <w:b/>
          <w:bCs/>
        </w:rPr>
        <w:t xml:space="preserve">, of healing.</w:t>
      </w:r>
      <w:r>
        <w:br/>
      </w:r>
      <w:r>
        <w:t xml:space="preserve">    (a) a large, elongated gland located behind the stomach that secretes digestive enzymes and insulin</w:t>
      </w:r>
      <w:r>
        <w:br/>
      </w:r>
      <w:r>
        <w:t xml:space="preserve">    (b) of the philosophical &amp; religious system based on the teachings of Laozi (also spelled Taoist)</w:t>
      </w:r>
      <w:r>
        <w:br/>
      </w:r>
      <w:r>
        <w:t xml:space="preserve">    (c) something previously unknown; or making such a thing known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suggestion in them,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implying</w:t>
      </w:r>
      <w:r>
        <w:rPr>
          <w:b/>
          <w:bCs/>
        </w:rPr>
        <w:t xml:space="preserve"> </w:t>
      </w:r>
      <w:r>
        <w:rPr>
          <w:b/>
          <w:bCs/>
        </w:rPr>
        <w:t xml:space="preserve">a relation to his future, made him wonder if the good Mormon intended to take him to his desert home.</w:t>
      </w:r>
      <w:r>
        <w:br/>
      </w:r>
      <w:r>
        <w:t xml:space="preserve">    (a) acting in an official capacity</w:t>
      </w:r>
      <w:r>
        <w:br/>
      </w:r>
      <w:r>
        <w:t xml:space="preserve">    (b) going back to a previous state</w:t>
      </w:r>
      <w:r>
        <w:br/>
      </w:r>
      <w:r>
        <w:t xml:space="preserve">    (c) suggesting (saying indirectly)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rider bent low to dodge the vines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arbor</w:t>
      </w:r>
      <w:r>
        <w:rPr>
          <w:b/>
          <w:bCs/>
        </w:rPr>
        <w:t xml:space="preserve">, and reined in before the porch to slip out of the saddle with the agility of an Indian.</w:t>
      </w:r>
      <w:r>
        <w:br/>
      </w:r>
      <w:r>
        <w:t xml:space="preserve">    (a) an artists performance of another artist's work that expresses the performer's feelings or ideas about the work</w:t>
      </w:r>
      <w:r>
        <w:br/>
      </w:r>
      <w:r>
        <w:t xml:space="preserve">    (b) a framework that supports climbing plants; or a shady rest area made by such a framework or by trees and shrubs</w:t>
      </w:r>
      <w:r>
        <w:br/>
      </w:r>
      <w:r>
        <w:t xml:space="preserve">    (c) soccer player who typically play in the middle third of the field and who assists with both defense and offense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next instant they vanished, and the rapid clatter of hoofs down the road told Hare his eyes had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deceived</w:t>
      </w:r>
      <w:r>
        <w:rPr>
          <w:b/>
          <w:bCs/>
        </w:rPr>
        <w:t xml:space="preserve"> </w:t>
      </w:r>
      <w:r>
        <w:rPr>
          <w:b/>
          <w:bCs/>
        </w:rPr>
        <w:t xml:space="preserve">him.</w:t>
      </w:r>
      <w:r>
        <w:br/>
      </w:r>
      <w:r>
        <w:t xml:space="preserve">    (a) told (a story)</w:t>
      </w:r>
      <w:r>
        <w:br/>
      </w:r>
      <w:r>
        <w:t xml:space="preserve">    (b) began fighting</w:t>
      </w:r>
      <w:r>
        <w:br/>
      </w:r>
      <w:r>
        <w:t xml:space="preserve">    (c) lied or misled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unusual noise roused Hare out of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lethargy</w:t>
      </w:r>
      <w:r>
        <w:rPr>
          <w:b/>
          <w:bCs/>
        </w:rPr>
        <w:t xml:space="preserve">.</w:t>
      </w:r>
      <w:r>
        <w:br/>
      </w:r>
      <w:r>
        <w:t xml:space="preserve">    (a) lack of energy; or (often in historic literature) a state of sleep</w:t>
      </w:r>
      <w:r>
        <w:br/>
      </w:r>
      <w:r>
        <w:t xml:space="preserve">    (b) the quality or degree of the involvement of other people or things</w:t>
      </w:r>
      <w:r>
        <w:br/>
      </w:r>
      <w:r>
        <w:t xml:space="preserve">    (c) not appropriate or not properly related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looked about,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endeavoring</w:t>
      </w:r>
      <w:r>
        <w:rPr>
          <w:b/>
          <w:bCs/>
        </w:rPr>
        <w:t xml:space="preserve"> </w:t>
      </w:r>
      <w:r>
        <w:rPr>
          <w:b/>
          <w:bCs/>
        </w:rPr>
        <w:t xml:space="preserve">to find her in the ring of light, for he felt in her a fascination akin to the charm of this twilight hour.</w:t>
      </w:r>
      <w:r>
        <w:br/>
      </w:r>
      <w:r>
        <w:t xml:space="preserve">    (a) trying or attempting</w:t>
      </w:r>
      <w:r>
        <w:br/>
      </w:r>
      <w:r>
        <w:t xml:space="preserve">    (b) believing or judging</w:t>
      </w:r>
      <w:r>
        <w:br/>
      </w:r>
      <w:r>
        <w:t xml:space="preserve">    (c) working or operating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Silvermane is an iron gray, with a silver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mane</w:t>
      </w:r>
      <w:r>
        <w:rPr>
          <w:b/>
          <w:bCs/>
        </w:rPr>
        <w:t xml:space="preserve">, the most beautiful horse I ever saw.</w:t>
      </w:r>
      <w:r>
        <w:br/>
      </w:r>
      <w:r>
        <w:t xml:space="preserve">    (a) long coarse hair on an animal</w:t>
      </w:r>
      <w:r>
        <w:br/>
      </w:r>
      <w:r>
        <w:t xml:space="preserve">    (b) select (on a computer screen)</w:t>
      </w:r>
      <w:r>
        <w:br/>
      </w:r>
      <w:r>
        <w:t xml:space="preserve">    (c) exchange, convert, or pay off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August Naab exclaimed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wrath</w:t>
      </w:r>
      <w:r>
        <w:rPr>
          <w:b/>
          <w:bCs/>
        </w:rPr>
        <w:t xml:space="preserve">.</w:t>
      </w:r>
      <w:r>
        <w:br/>
      </w:r>
      <w:r>
        <w:t xml:space="preserve">    (a) extreme anger</w:t>
      </w:r>
      <w:r>
        <w:br/>
      </w:r>
      <w:r>
        <w:t xml:space="preserve">    (b) use of reason</w:t>
      </w:r>
      <w:r>
        <w:br/>
      </w:r>
      <w:r>
        <w:t xml:space="preserve">    (c) determination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found it not 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apex</w:t>
      </w:r>
      <w:r>
        <w:rPr>
          <w:b/>
          <w:bCs/>
        </w:rPr>
        <w:t xml:space="preserve"> </w:t>
      </w:r>
      <w:r>
        <w:rPr>
          <w:b/>
          <w:bCs/>
        </w:rPr>
        <w:t xml:space="preserve">of the right lung, always the one sensitive spot, but all through his breast.</w:t>
      </w:r>
      <w:r>
        <w:br/>
      </w:r>
      <w:r>
        <w:t xml:space="preserve">    (a) use of reason</w:t>
      </w:r>
      <w:r>
        <w:br/>
      </w:r>
      <w:r>
        <w:t xml:space="preserve">    (b) highest point</w:t>
      </w:r>
      <w:r>
        <w:br/>
      </w:r>
      <w:r>
        <w:t xml:space="preserve">    (c) determination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cheerfulness was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impelling</w:t>
      </w:r>
      <w:r>
        <w:rPr>
          <w:b/>
          <w:bCs/>
        </w:rPr>
        <w:t xml:space="preserve"> </w:t>
      </w:r>
      <w:r>
        <w:rPr>
          <w:b/>
          <w:bCs/>
        </w:rPr>
        <w:t xml:space="preserve">as his splendid virility.</w:t>
      </w:r>
      <w:r>
        <w:br/>
      </w:r>
      <w:r>
        <w:t xml:space="preserve">    (a) protecting something or keeping it as it is</w:t>
      </w:r>
      <w:r>
        <w:br/>
      </w:r>
      <w:r>
        <w:t xml:space="preserve">    (b) to make someone feel they must do something</w:t>
      </w:r>
      <w:r>
        <w:br/>
      </w:r>
      <w:r>
        <w:t xml:space="preserve">    (c) compensating for a loss; or paying a reward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Look out she doesn't go,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hobbles</w:t>
      </w:r>
      <w:r>
        <w:rPr>
          <w:b/>
          <w:bCs/>
        </w:rPr>
        <w:t xml:space="preserve"> </w:t>
      </w:r>
      <w:r>
        <w:rPr>
          <w:b/>
          <w:bCs/>
        </w:rPr>
        <w:t xml:space="preserve">and all.</w:t>
      </w:r>
      <w:r>
        <w:br/>
      </w:r>
      <w:r>
        <w:t xml:space="preserve">    (a) presents something to treat as true in order to advance a discussion or to further investigation even though it might not be true</w:t>
      </w:r>
      <w:r>
        <w:br/>
      </w:r>
      <w:r>
        <w:t xml:space="preserve">    (b) atones (demonstrates sorrow for a wrong either by doing something good in return for the wrong, or by accepting punishment)</w:t>
      </w:r>
      <w:r>
        <w:br/>
      </w:r>
      <w:r>
        <w:t xml:space="preserve">    (c) walks with difficulty (due to injury or physical impediment)  OR  hinders (made the action or progress of something difficult)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 moisture reached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parched</w:t>
      </w:r>
      <w:r>
        <w:rPr>
          <w:b/>
          <w:bCs/>
        </w:rPr>
        <w:t xml:space="preserve"> </w:t>
      </w:r>
      <w:r>
        <w:rPr>
          <w:b/>
          <w:bCs/>
        </w:rPr>
        <w:t xml:space="preserve">desert.</w:t>
      </w:r>
      <w:r>
        <w:br/>
      </w:r>
      <w:r>
        <w:t xml:space="preserve">    (a) not with energy redirected from a negative impulse to a positive one</w:t>
      </w:r>
      <w:r>
        <w:br/>
      </w:r>
      <w:r>
        <w:t xml:space="preserve">    (b) convinced (someone) that an idea previously believed was not correct</w:t>
      </w:r>
      <w:r>
        <w:br/>
      </w:r>
      <w:r>
        <w:t xml:space="preserve">    (c) dried out by heat or excessive exposure to sunlight; or very thirsty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third time the whistle rang down from the ridge, splitting the air, strong and trenchant, the fiery, shrill challenge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stallion</w:t>
      </w:r>
      <w:r>
        <w:rPr>
          <w:b/>
          <w:bCs/>
        </w:rPr>
        <w:t xml:space="preserve">.</w:t>
      </w:r>
      <w:r>
        <w:br/>
      </w:r>
      <w:r>
        <w:t xml:space="preserve">    (a) of the philosophical &amp; religious system based on the teachings of Laozi (also spelled Taoist)</w:t>
      </w:r>
      <w:r>
        <w:br/>
      </w:r>
      <w:r>
        <w:t xml:space="preserve">    (b) a large, elongated gland located behind the stomach that secretes digestive enzymes and insulin</w:t>
      </w:r>
      <w:r>
        <w:br/>
      </w:r>
      <w:r>
        <w:t xml:space="preserve">    (c) a male horse that has not been castrated (gelded) -- especially one used for breeding purposes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he shut his teeth, and narrowed his eyes, and faced it with an eager joy that was in strange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to the pang in his breast.</w:t>
      </w:r>
      <w:r>
        <w:br/>
      </w:r>
      <w:r>
        <w:t xml:space="preserve">    (a) notable difference</w:t>
      </w:r>
      <w:r>
        <w:br/>
      </w:r>
      <w:r>
        <w:t xml:space="preserve">    (b) block or interfere</w:t>
      </w:r>
      <w:r>
        <w:br/>
      </w:r>
      <w:r>
        <w:t xml:space="preserve">    (c) come to terms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Climbing was arduous enough, yet the hardest and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perilous</w:t>
      </w:r>
      <w:r>
        <w:rPr>
          <w:b/>
          <w:bCs/>
        </w:rPr>
        <w:t xml:space="preserve"> </w:t>
      </w:r>
      <w:r>
        <w:rPr>
          <w:b/>
          <w:bCs/>
        </w:rPr>
        <w:t xml:space="preserve">toil began when a wild steer was cornered.</w:t>
      </w:r>
      <w:r>
        <w:br/>
      </w:r>
      <w:r>
        <w:t xml:space="preserve">    (a) bent down</w:t>
      </w:r>
      <w:r>
        <w:br/>
      </w:r>
      <w:r>
        <w:t xml:space="preserve">    (b) dangerous</w:t>
      </w:r>
      <w:r>
        <w:br/>
      </w:r>
      <w:r>
        <w:t xml:space="preserve">    (c) stuck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Snood,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foreman</w:t>
      </w:r>
      <w:r>
        <w:rPr>
          <w:b/>
          <w:bCs/>
        </w:rPr>
        <w:t xml:space="preserve">.</w:t>
      </w:r>
      <w:r>
        <w:br/>
      </w:r>
      <w:r>
        <w:t xml:space="preserve">    (a) someone who roughly calculates or guesses a value, quantity, or extent of something</w:t>
      </w:r>
      <w:r>
        <w:br/>
      </w:r>
      <w:r>
        <w:t xml:space="preserve">    (b) someone responsible for making a judgment after thinking carefully about something</w:t>
      </w:r>
      <w:r>
        <w:br/>
      </w:r>
      <w:r>
        <w:t xml:space="preserve">    (c) a person chosen to lead and speak for a group, especially at work or in a courtroom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heat of midday Hare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its influence and reined in his horse under a slate-bank where there was shade.</w:t>
      </w:r>
      <w:r>
        <w:br/>
      </w:r>
      <w:r>
        <w:t xml:space="preserve">    (a) embarrassed or self-conscious</w:t>
      </w:r>
      <w:r>
        <w:br/>
      </w:r>
      <w:r>
        <w:t xml:space="preserve">    (b) with rises and falls in pitch</w:t>
      </w:r>
      <w:r>
        <w:br/>
      </w:r>
      <w:r>
        <w:t xml:space="preserve">    (c) gave in, gave way, or gave up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2026-07-31T17:38:33Z</dcterms:created>
  <dcterms:modified xsi:type="dcterms:W3CDTF">2026-07-31T17:38:33Z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