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b6c9db6e0ba45e69698b6b0a39896879e56c27"/>
    <w:p>
      <w:pPr>
        <w:pStyle w:val="Heading1"/>
      </w:pPr>
      <w:r>
        <w:rPr>
          <w:b/>
          <w:bCs/>
        </w:rPr>
        <w:t xml:space="preserve">The Help</w:t>
      </w:r>
      <w:r>
        <w:br/>
      </w:r>
      <w:r>
        <w:rPr>
          <w:i/>
          <w:iCs/>
        </w:rPr>
        <w:t xml:space="preserve">Kathryn Stockett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clears her throat,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fidgets</w:t>
      </w:r>
      <w:r>
        <w:rPr>
          <w:b/>
          <w:bCs/>
        </w:rPr>
        <w:t xml:space="preserve">.</w:t>
      </w:r>
      <w:r>
        <w:br/>
      </w:r>
      <w:r>
        <w:t xml:space="preserve">    (a) finds, searches, or researches</w:t>
      </w:r>
      <w:r>
        <w:br/>
      </w:r>
      <w:r>
        <w:t xml:space="preserve">    (b) selects (on a computer screen)</w:t>
      </w:r>
      <w:r>
        <w:br/>
      </w:r>
      <w:r>
        <w:t xml:space="preserve">    (c) makes small restless movements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fourteen and had never made less than an A. I was smart, but I was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naive</w:t>
      </w:r>
      <w:r>
        <w:rPr>
          <w:b/>
          <w:bCs/>
        </w:rPr>
        <w:t xml:space="preserve"> </w:t>
      </w:r>
      <w:r>
        <w:rPr>
          <w:b/>
          <w:bCs/>
        </w:rPr>
        <w:t xml:space="preserve">as they come.</w:t>
      </w:r>
      <w:r>
        <w:br/>
      </w:r>
      <w:r>
        <w:t xml:space="preserve">    (a) lacking experience or sophistication, and the understanding that comes from them -- often too trusting or optimistic</w:t>
      </w:r>
      <w:r>
        <w:br/>
      </w:r>
      <w:r>
        <w:t xml:space="preserve">    (b) the quality of being characterized by fantastic imagery, or combinations of things and events that don't go together</w:t>
      </w:r>
      <w:r>
        <w:br/>
      </w:r>
      <w:r>
        <w:t xml:space="preserve">    (c) the degree of being influenced by personal belief, feelings, or preferences (rather than being based purely upon fact)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hand him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résumé</w:t>
      </w:r>
      <w:r>
        <w:rPr>
          <w:b/>
          <w:bCs/>
        </w:rPr>
        <w:t xml:space="preserve"> </w:t>
      </w:r>
      <w:r>
        <w:rPr>
          <w:b/>
          <w:bCs/>
        </w:rPr>
        <w:t xml:space="preserve">and sample articles I'd written in school.</w:t>
      </w:r>
      <w:r>
        <w:br/>
      </w:r>
      <w:r>
        <w:t xml:space="preserve">    (a) characterized by having multiple purposes</w:t>
      </w:r>
      <w:r>
        <w:br/>
      </w:r>
      <w:r>
        <w:t xml:space="preserve">    (b) ability to accept as true (without proof)</w:t>
      </w:r>
      <w:r>
        <w:br/>
      </w:r>
      <w:r>
        <w:t xml:space="preserve">    (c) a written, brief summary of a person's qualifications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second week in a row, I leave out Hilly's bathroom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initiative</w:t>
      </w:r>
      <w:r>
        <w:rPr>
          <w:b/>
          <w:bCs/>
        </w:rPr>
        <w:t xml:space="preserve">.</w:t>
      </w:r>
      <w:r>
        <w:br/>
      </w:r>
      <w:r>
        <w:t xml:space="preserve">    (a) history (better left unsaid)</w:t>
      </w:r>
      <w:r>
        <w:br/>
      </w:r>
      <w:r>
        <w:t xml:space="preserve">    (b) proposal or thing started</w:t>
      </w:r>
      <w:r>
        <w:br/>
      </w:r>
      <w:r>
        <w:t xml:space="preserve">    (c) 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one's ever written a book like this.... We'd be breaking new ground. It's a brand-new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.</w:t>
      </w:r>
      <w:r>
        <w:br/>
      </w:r>
      <w:r>
        <w:t xml:space="preserve">    (a) an objective way of seeing or thinking about things</w:t>
      </w:r>
      <w:r>
        <w:br/>
      </w:r>
      <w:r>
        <w:t xml:space="preserve">    (b) way of seeing and thinking about things</w:t>
      </w:r>
      <w:r>
        <w:br/>
      </w:r>
      <w:r>
        <w:t xml:space="preserve">    (c) a distorted way of seeing or thinking about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turns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focuses</w:t>
      </w:r>
      <w:r>
        <w:rPr>
          <w:b/>
          <w:bCs/>
        </w:rPr>
        <w:t xml:space="preserve"> </w:t>
      </w:r>
      <w:r>
        <w:rPr>
          <w:b/>
          <w:bCs/>
        </w:rPr>
        <w:t xml:space="preserve">on me for what, I'm pretty sure, is the first time all night. After several long moments of standing there being looked at, my eyes fill with tears.</w:t>
      </w:r>
      <w:r>
        <w:br/>
      </w:r>
      <w:r>
        <w:t xml:space="preserve">    (a) aims (a camera)</w:t>
      </w:r>
      <w:r>
        <w:br/>
      </w:r>
      <w:r>
        <w:t xml:space="preserve">    (b) shines a light</w:t>
      </w:r>
      <w:r>
        <w:br/>
      </w:r>
      <w:r>
        <w:t xml:space="preserve">    (c) looks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Hour after hour, in Aibileen's kitchen, she reads her writing and I type, the details thickening, the babies' faces sliding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.</w:t>
      </w:r>
      <w:r>
        <w:br/>
      </w:r>
      <w:r>
        <w:t xml:space="preserve">    (a) obscurity (less understood)</w:t>
      </w:r>
      <w:r>
        <w:br/>
      </w:r>
      <w:r>
        <w:t xml:space="preserve">    (b) view (a state where something can be seen clearly)</w:t>
      </w:r>
      <w:r>
        <w:br/>
      </w:r>
      <w:r>
        <w:t xml:space="preserve">    (c) cribs (so they can sleep)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let myself say to him what I'd like to, that he probably deserved whatever she did, but he's just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pathetic</w:t>
      </w:r>
      <w:r>
        <w:rPr>
          <w:b/>
          <w:bCs/>
        </w:rPr>
        <w:t xml:space="preserve">-looking.</w:t>
      </w:r>
      <w:r>
        <w:br/>
      </w:r>
      <w:r>
        <w:t xml:space="preserve">    (a) sleepy</w:t>
      </w:r>
      <w:r>
        <w:br/>
      </w:r>
      <w:r>
        <w:t xml:space="preserve">    (b) pitiful</w:t>
      </w:r>
      <w:r>
        <w:br/>
      </w:r>
      <w:r>
        <w:t xml:space="preserve">    (c) drugged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calling the governor 'a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pathetic</w:t>
      </w:r>
      <w:r>
        <w:rPr>
          <w:b/>
          <w:bCs/>
        </w:rPr>
        <w:t xml:space="preserve"> </w:t>
      </w:r>
      <w:r>
        <w:rPr>
          <w:b/>
          <w:bCs/>
        </w:rPr>
        <w:t xml:space="preserve">man with the morals of a streetwalker.'</w:t>
      </w:r>
      <w:r>
        <w:br/>
      </w:r>
      <w:r>
        <w:t xml:space="preserve">    (a) so evil he is dangerous</w:t>
      </w:r>
      <w:r>
        <w:br/>
      </w:r>
      <w:r>
        <w:t xml:space="preserve">    (b) so strong he is dangerous</w:t>
      </w:r>
      <w:r>
        <w:br/>
      </w:r>
      <w:r>
        <w:t xml:space="preserve">    (c) so bad he is laughable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come to get more books for Aibileen and check if anything's ever been written about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domestic</w:t>
      </w:r>
      <w:r>
        <w:rPr>
          <w:b/>
          <w:bCs/>
        </w:rPr>
        <w:t xml:space="preserve"> </w:t>
      </w:r>
      <w:r>
        <w:rPr>
          <w:b/>
          <w:bCs/>
        </w:rPr>
        <w:t xml:space="preserve">help.</w:t>
      </w:r>
      <w:r>
        <w:br/>
      </w:r>
      <w:r>
        <w:t xml:space="preserve">    (a) relating to the country where a person lives</w:t>
      </w:r>
      <w:r>
        <w:br/>
      </w:r>
      <w:r>
        <w:t xml:space="preserve">    (b) relating to a home</w:t>
      </w:r>
      <w:r>
        <w:br/>
      </w:r>
      <w:r>
        <w:t xml:space="preserve">    (c) related to domesticated animals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Look, I found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paraphernalia</w:t>
      </w:r>
      <w:r>
        <w:rPr>
          <w:b/>
          <w:bCs/>
        </w:rPr>
        <w:t xml:space="preserve"> </w:t>
      </w:r>
      <w:r>
        <w:rPr>
          <w:b/>
          <w:bCs/>
        </w:rPr>
        <w:t xml:space="preserve">of yours.</w:t>
      </w:r>
      <w:r>
        <w:br/>
      </w:r>
      <w:r>
        <w:t xml:space="preserve">    (a) not bouncing back light/heat/sound...</w:t>
      </w:r>
      <w:r>
        <w:br/>
      </w:r>
      <w:r>
        <w:t xml:space="preserve">    (b) items that accompany a given activity</w:t>
      </w:r>
      <w:r>
        <w:br/>
      </w:r>
      <w:r>
        <w:t xml:space="preserve">    (c) not creating disagreement or struggle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Benny got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asthma</w:t>
      </w:r>
      <w:r>
        <w:rPr>
          <w:b/>
          <w:bCs/>
        </w:rPr>
        <w:t xml:space="preserve"> </w:t>
      </w:r>
      <w:r>
        <w:rPr>
          <w:b/>
          <w:bCs/>
        </w:rPr>
        <w:t xml:space="preserve">tonight, so Minny ain't gone make it.</w:t>
      </w:r>
      <w:r>
        <w:br/>
      </w:r>
      <w:r>
        <w:t xml:space="preserve">    (a) a common metabolic disorder characterized by abnormally high levels of sugar in the blood and marked by excessive urination and persistent thirst</w:t>
      </w:r>
      <w:r>
        <w:br/>
      </w:r>
      <w:r>
        <w:t xml:space="preserve">    (b) a type of cancer that forms in the bone marrow, causing abnormal white blood cell development</w:t>
      </w:r>
      <w:r>
        <w:br/>
      </w:r>
      <w:r>
        <w:t xml:space="preserve">    (c) a common respiratory disorder characterized by wheezing, shortness of breath, chest tightness, and sometimes coughing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can't believe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charade</w:t>
      </w:r>
      <w:r>
        <w:rPr>
          <w:b/>
          <w:bCs/>
        </w:rPr>
        <w:t xml:space="preserve"> </w:t>
      </w:r>
      <w:r>
        <w:rPr>
          <w:b/>
          <w:bCs/>
        </w:rPr>
        <w:t xml:space="preserve">has gone on this long, with Mister Johnny knowing about me, and Miss Celia walking around like a ding-a-ling, like she's still pulling her trick.</w:t>
      </w:r>
      <w:r>
        <w:br/>
      </w:r>
      <w:r>
        <w:t xml:space="preserve">    (a) a situation in which people act as though something is true that is not</w:t>
      </w:r>
      <w:r>
        <w:br/>
      </w:r>
      <w:r>
        <w:t xml:space="preserve">    (b) the act of finding fault and telling others; or a description of faults</w:t>
      </w:r>
      <w:r>
        <w:br/>
      </w:r>
      <w:r>
        <w:t xml:space="preserve">    (c) the process of thinking carefully and making a judgment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go upstairs and put on something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.</w:t>
      </w:r>
      <w:r>
        <w:br/>
      </w:r>
      <w:r>
        <w:t xml:space="preserve">    (a) casual</w:t>
      </w:r>
      <w:r>
        <w:br/>
      </w:r>
      <w:r>
        <w:t xml:space="preserve">    (b) formal or dressy</w:t>
      </w:r>
      <w:r>
        <w:br/>
      </w:r>
      <w:r>
        <w:t xml:space="preserve">    (c) suitable (proper or fitting for a particular situation)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Sincerely, Hilly Holbrook</w:t>
      </w:r>
      <w:r>
        <w:br/>
      </w:r>
      <w:r>
        <w:br/>
      </w:r>
      <w:r>
        <w:rPr>
          <w:b/>
          <w:bCs/>
        </w:rPr>
        <w:t xml:space="preserve">President and Chairman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Appropriations</w:t>
      </w:r>
      <w:r>
        <w:br/>
      </w:r>
      <w:r>
        <w:t xml:space="preserve">    (a) committee that designates funding</w:t>
      </w:r>
      <w:r>
        <w:br/>
      </w:r>
      <w:r>
        <w:t xml:space="preserve">    (b) committee that does audits</w:t>
      </w:r>
      <w:r>
        <w:br/>
      </w:r>
      <w:r>
        <w:t xml:space="preserve">    (c) committee in charge of analysis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talk turns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mundane</w:t>
      </w:r>
      <w:r>
        <w:rPr>
          <w:b/>
          <w:bCs/>
        </w:rPr>
        <w:t xml:space="preserve"> </w:t>
      </w:r>
      <w:r>
        <w:rPr>
          <w:b/>
          <w:bCs/>
        </w:rPr>
        <w:t xml:space="preserve">at times, with complaints of low pay, hard hours, bratty children.</w:t>
      </w:r>
      <w:r>
        <w:br/>
      </w:r>
      <w:r>
        <w:t xml:space="preserve">    (a) unusual (interesting or exciting)</w:t>
      </w:r>
      <w:r>
        <w:br/>
      </w:r>
      <w:r>
        <w:t xml:space="preserve">    (b) negative (about things that are not desirable)</w:t>
      </w:r>
      <w:r>
        <w:br/>
      </w:r>
      <w:r>
        <w:t xml:space="preserve">    (c) ordinary (lacking interest or excitement)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goes in the bathroom and dabs some more rouge on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gaudy</w:t>
      </w:r>
      <w:r>
        <w:rPr>
          <w:b/>
          <w:bCs/>
        </w:rPr>
        <w:t xml:space="preserve"> </w:t>
      </w:r>
      <w:r>
        <w:rPr>
          <w:b/>
          <w:bCs/>
        </w:rPr>
        <w:t xml:space="preserve">cheeks.</w:t>
      </w:r>
      <w:r>
        <w:br/>
      </w:r>
      <w:r>
        <w:t xml:space="preserve">    (a) not demonstrating</w:t>
      </w:r>
      <w:r>
        <w:br/>
      </w:r>
      <w:r>
        <w:t xml:space="preserve">    (b) tastelessly showy</w:t>
      </w:r>
      <w:r>
        <w:br/>
      </w:r>
      <w:r>
        <w:t xml:space="preserve">    (c) able to challenge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guess she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compulsive</w:t>
      </w:r>
      <w:r>
        <w:rPr>
          <w:b/>
          <w:bCs/>
        </w:rPr>
        <w:t xml:space="preserve"> </w:t>
      </w:r>
      <w:r>
        <w:rPr>
          <w:b/>
          <w:bCs/>
        </w:rPr>
        <w:t xml:space="preserve">liar even back then.</w:t>
      </w:r>
      <w:r>
        <w:br/>
      </w:r>
      <w:r>
        <w:t xml:space="preserve">    (a) the state of being aware of one's mental activity</w:t>
      </w:r>
      <w:r>
        <w:br/>
      </w:r>
      <w:r>
        <w:t xml:space="preserve">    (b) done too much because of an uncontrollable desire</w:t>
      </w:r>
      <w:r>
        <w:br/>
      </w:r>
      <w:r>
        <w:t xml:space="preserve">    (c) appropriate or related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we're adding a fashion column,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highlighting</w:t>
      </w:r>
      <w:r>
        <w:rPr>
          <w:b/>
          <w:bCs/>
        </w:rPr>
        <w:t xml:space="preserve"> </w:t>
      </w:r>
      <w:r>
        <w:rPr>
          <w:b/>
          <w:bCs/>
        </w:rPr>
        <w:t xml:space="preserve">some of the best outfits worn by our members, and a makeup column with all the latest trends.</w:t>
      </w:r>
      <w:r>
        <w:br/>
      </w:r>
      <w:r>
        <w:t xml:space="preserve">    (a) making narrow strips of hair lighter in color than the surrounding hair</w:t>
      </w:r>
      <w:r>
        <w:br/>
      </w:r>
      <w:r>
        <w:t xml:space="preserve">    (b) marking important text in a book with a yellow marker</w:t>
      </w:r>
      <w:r>
        <w:br/>
      </w:r>
      <w:r>
        <w:t xml:space="preserve">    (c) emphasizing (drawing attention to)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"It's been written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anonymously</w:t>
      </w:r>
      <w:r>
        <w:rPr>
          <w:b/>
          <w:bCs/>
        </w:rPr>
        <w:t xml:space="preserve">," I say, "but with Hilly around, there's still a good chance people will know it was me."</w:t>
      </w:r>
      <w:r>
        <w:br/>
      </w:r>
      <w:r>
        <w:t xml:space="preserve">    (a) without very little detail</w:t>
      </w:r>
      <w:r>
        <w:br/>
      </w:r>
      <w:r>
        <w:t xml:space="preserve">    (b) by an unnamed author so others will not know who wrote it</w:t>
      </w:r>
      <w:r>
        <w:br/>
      </w:r>
      <w:r>
        <w:t xml:space="preserve">    (c) with a pseudonym (false name)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2026-07-31T18:20:33Z</dcterms:created>
  <dcterms:modified xsi:type="dcterms:W3CDTF">2026-07-31T18:20:33Z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