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ed27c28d0aff96b525dc836ba87289d1aeb9b6"/>
    <w:p>
      <w:pPr>
        <w:pStyle w:val="Heading1"/>
      </w:pPr>
      <w:r>
        <w:rPr>
          <w:b/>
          <w:bCs/>
        </w:rPr>
        <w:t xml:space="preserve">The Heir</w:t>
      </w:r>
      <w:r>
        <w:br/>
      </w:r>
      <w:r>
        <w:rPr>
          <w:i/>
          <w:iCs/>
        </w:rPr>
        <w:t xml:space="preserve">Kiera Cass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Twenty years ago, Dad's first act as king was to dissolve the castes, and the old system had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phased</w:t>
      </w:r>
      <w:r>
        <w:rPr>
          <w:b/>
          <w:bCs/>
        </w:rPr>
        <w:t xml:space="preserve"> </w:t>
      </w:r>
      <w:r>
        <w:rPr>
          <w:b/>
          <w:bCs/>
        </w:rPr>
        <w:t xml:space="preserve">out slowly over my lifetime.</w:t>
      </w:r>
      <w:r>
        <w:br/>
      </w:r>
      <w:r>
        <w:t xml:space="preserve">    (a) treated as if of low worth</w:t>
      </w:r>
      <w:r>
        <w:br/>
      </w:r>
      <w:r>
        <w:t xml:space="preserve">    (b) limited or with boundaries</w:t>
      </w:r>
      <w:r>
        <w:br/>
      </w:r>
      <w:r>
        <w:t xml:space="preserve">    (c) gradually eliminated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hadn't thought about that, how he'd seen me go through the many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phases</w:t>
      </w:r>
      <w:r>
        <w:rPr>
          <w:b/>
          <w:bCs/>
        </w:rPr>
        <w:t xml:space="preserve"> </w:t>
      </w:r>
      <w:r>
        <w:rPr>
          <w:b/>
          <w:bCs/>
        </w:rPr>
        <w:t xml:space="preserve">of growing up, both on and off screen.</w:t>
      </w:r>
      <w:r>
        <w:br/>
      </w:r>
      <w:r>
        <w:t xml:space="preserve">    (a) instances of taking on or adopting of power or responsibility</w:t>
      </w:r>
      <w:r>
        <w:br/>
      </w:r>
      <w:r>
        <w:t xml:space="preserve">    (b) stages (of the development of something)</w:t>
      </w:r>
      <w:r>
        <w:br/>
      </w:r>
      <w:r>
        <w:t xml:space="preserve">    (c) tiles designed to affect noise -- typically to decrease noise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pulled on my outfit and brushed out my hair, preparing for another day as the future face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monarchy</w:t>
      </w:r>
      <w:r>
        <w:rPr>
          <w:b/>
          <w:bCs/>
        </w:rPr>
        <w:t xml:space="preserve">.</w:t>
      </w:r>
      <w:r>
        <w:br/>
      </w:r>
      <w:r>
        <w:t xml:space="preserve">    (a) a government, country, or ruling family of a country ruled by a king of queen</w:t>
      </w:r>
      <w:r>
        <w:br/>
      </w:r>
      <w:r>
        <w:t xml:space="preserve">    (b) a usually brief state of mental confusion often accompanied by hallucinations</w:t>
      </w:r>
      <w:r>
        <w:br/>
      </w:r>
      <w:r>
        <w:t xml:space="preserve">    (c) a psychologist concerned with the treatment of abnormal thinking and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need to be strong,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decisive</w:t>
      </w:r>
      <w:r>
        <w:rPr>
          <w:b/>
          <w:bCs/>
        </w:rPr>
        <w:t xml:space="preserve">.</w:t>
      </w:r>
      <w:r>
        <w:br/>
      </w:r>
      <w:r>
        <w:t xml:space="preserve">    (a) made by humans -- often to replace something that can be found in nature</w:t>
      </w:r>
      <w:r>
        <w:br/>
      </w:r>
      <w:r>
        <w:t xml:space="preserve">    (b) making quick decisions and sticking by them</w:t>
      </w:r>
      <w:r>
        <w:br/>
      </w:r>
      <w:r>
        <w:t xml:space="preserve">    (c) the quality or degree of straightness, or absence of anything in between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I'd taken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decisive</w:t>
      </w:r>
      <w:r>
        <w:rPr>
          <w:b/>
          <w:bCs/>
        </w:rPr>
        <w:t xml:space="preserve"> </w:t>
      </w:r>
      <w:r>
        <w:rPr>
          <w:b/>
          <w:bCs/>
        </w:rPr>
        <w:t xml:space="preserve">step, and Dad could rest easy now, knowing the Selection was properly under way and that I wouldn't let him down.</w:t>
      </w:r>
      <w:r>
        <w:br/>
      </w:r>
      <w:r>
        <w:t xml:space="preserve">    (a) conclusive in settling a matter</w:t>
      </w:r>
      <w:r>
        <w:br/>
      </w:r>
      <w:r>
        <w:t xml:space="preserve">    (b) relating to one-sided information that is purposefully spread to influence opinions</w:t>
      </w:r>
      <w:r>
        <w:br/>
      </w:r>
      <w:r>
        <w:t xml:space="preserve">    (c) able to be persuaded to do something by tempting with pleasure or something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"And that's what Dad's trying to figure out now?" he asked,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skeptical</w:t>
      </w:r>
      <w:r>
        <w:rPr>
          <w:b/>
          <w:bCs/>
        </w:rPr>
        <w:t xml:space="preserve">.</w:t>
      </w:r>
      <w:r>
        <w:br/>
      </w:r>
      <w:r>
        <w:t xml:space="preserve">    (a) related to the branch of medicine that deals with the diseases of women -- especially those of the reproductive organs</w:t>
      </w:r>
      <w:r>
        <w:br/>
      </w:r>
      <w:r>
        <w:t xml:space="preserve">    (b) the quality of being characterized by fantastic imagery, or combinations of things and events that don't go together</w:t>
      </w:r>
      <w:r>
        <w:br/>
      </w:r>
      <w:r>
        <w:t xml:space="preserve">    (c) doubtful (that something is true or worthwhile)</w:t>
      </w:r>
      <w:r>
        <w:br/>
      </w:r>
      <w:r>
        <w:br/>
      </w:r>
      <w:r>
        <w:t xml:space="preserve">or more rarely:</w:t>
      </w:r>
      <w:r>
        <w:br/>
      </w:r>
      <w:r>
        <w:br/>
      </w:r>
      <w:r>
        <w:t xml:space="preserve">generally tending to doubt what others believe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He'd gone to Fennley to enroll in some accelerated course, and his mother had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lamenting</w:t>
      </w:r>
      <w:r>
        <w:rPr>
          <w:b/>
          <w:bCs/>
        </w:rPr>
        <w:t xml:space="preserve"> </w:t>
      </w:r>
      <w:r>
        <w:rPr>
          <w:b/>
          <w:bCs/>
        </w:rPr>
        <w:t xml:space="preserve">his absence ever since the day he left.</w:t>
      </w:r>
      <w:r>
        <w:br/>
      </w:r>
      <w:r>
        <w:t xml:space="preserve">    (a) expressing grief or regret</w:t>
      </w:r>
      <w:r>
        <w:br/>
      </w:r>
      <w:r>
        <w:t xml:space="preserve">    (b) stopping a battle or fight</w:t>
      </w:r>
      <w:r>
        <w:br/>
      </w:r>
      <w:r>
        <w:t xml:space="preserve">    (c) changing through evolution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matter how romantic he thought this was, all I could think of were the thirty-five loud,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obnoxious</w:t>
      </w:r>
      <w:r>
        <w:rPr>
          <w:b/>
          <w:bCs/>
        </w:rPr>
        <w:t xml:space="preserve">, weird-smelling boys who were about to invade my home.</w:t>
      </w:r>
      <w:r>
        <w:br/>
      </w:r>
      <w:r>
        <w:t xml:space="preserve">    (a) rude or unpleasant</w:t>
      </w:r>
      <w:r>
        <w:br/>
      </w:r>
      <w:r>
        <w:t xml:space="preserve">    (b) good or beneficial</w:t>
      </w:r>
      <w:r>
        <w:br/>
      </w:r>
      <w:r>
        <w:t xml:space="preserve">    (c) impossible to find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intimidating</w:t>
      </w:r>
      <w:r>
        <w:rPr>
          <w:b/>
          <w:bCs/>
        </w:rPr>
        <w:t xml:space="preserve"> </w:t>
      </w:r>
      <w:r>
        <w:rPr>
          <w:b/>
          <w:bCs/>
        </w:rPr>
        <w:t xml:space="preserve">when I needed to be or find ways to make the palace a very unwelcoming environment.</w:t>
      </w:r>
      <w:r>
        <w:br/>
      </w:r>
      <w:r>
        <w:t xml:space="preserve">    (a) making fearful</w:t>
      </w:r>
      <w:r>
        <w:br/>
      </w:r>
      <w:r>
        <w:t xml:space="preserve">    (b) avoiding waste</w:t>
      </w:r>
      <w:r>
        <w:br/>
      </w:r>
      <w:r>
        <w:t xml:space="preserve">    (c) briefly seeing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held me for a moment, then pulled away, smoothing my dress to make sure I was still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immaculate</w:t>
      </w:r>
      <w:r>
        <w:rPr>
          <w:b/>
          <w:bCs/>
        </w:rPr>
        <w:t xml:space="preserve"> </w:t>
      </w:r>
      <w:r>
        <w:rPr>
          <w:b/>
          <w:bCs/>
        </w:rPr>
        <w:t xml:space="preserve">before she went to find Dad.</w:t>
      </w:r>
      <w:r>
        <w:br/>
      </w:r>
      <w:r>
        <w:t xml:space="preserve">    (a) outside</w:t>
      </w:r>
      <w:r>
        <w:br/>
      </w:r>
      <w:r>
        <w:t xml:space="preserve">    (b) perfect (without fault or error)</w:t>
      </w:r>
      <w:r>
        <w:br/>
      </w:r>
      <w:r>
        <w:t xml:space="preserve">    (c) certain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Years of lessons on how to address an audience had drilled the proper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technique</w:t>
      </w:r>
      <w:r>
        <w:rPr>
          <w:b/>
          <w:bCs/>
        </w:rPr>
        <w:t xml:space="preserve"> </w:t>
      </w:r>
      <w:r>
        <w:rPr>
          <w:b/>
          <w:bCs/>
        </w:rPr>
        <w:t xml:space="preserve">into me, and I knew I was hitting every last point I was meant to as I delivered my announcement.</w:t>
      </w:r>
      <w:r>
        <w:br/>
      </w:r>
      <w:r>
        <w:t xml:space="preserve">    (a) surrounding conditions</w:t>
      </w:r>
      <w:r>
        <w:br/>
      </w:r>
      <w:r>
        <w:t xml:space="preserve">    (b) way of doing something</w:t>
      </w:r>
      <w:r>
        <w:br/>
      </w:r>
      <w:r>
        <w:t xml:space="preserve">    (c) not easily set on fire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knew he had to make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varied</w:t>
      </w:r>
      <w:r>
        <w:rPr>
          <w:b/>
          <w:bCs/>
        </w:rPr>
        <w:t xml:space="preserve"> </w:t>
      </w:r>
      <w:r>
        <w:rPr>
          <w:b/>
          <w:bCs/>
        </w:rPr>
        <w:t xml:space="preserve">enough to seem legit, so there were three Fives thrown into the mix but nothing below that.</w:t>
      </w:r>
      <w:r>
        <w:br/>
      </w:r>
      <w:r>
        <w:t xml:space="preserve">    (a) took on as one's own</w:t>
      </w:r>
      <w:r>
        <w:br/>
      </w:r>
      <w:r>
        <w:t xml:space="preserve">    (b) began fighting again</w:t>
      </w:r>
      <w:r>
        <w:br/>
      </w:r>
      <w:r>
        <w:t xml:space="preserve">    (c) differed; or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one who was sweating so much I had to call over a butler to give me a towel for my hand once he left, and the one after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blatantly</w:t>
      </w:r>
      <w:r>
        <w:rPr>
          <w:b/>
          <w:bCs/>
        </w:rPr>
        <w:t xml:space="preserve"> </w:t>
      </w:r>
      <w:r>
        <w:rPr>
          <w:b/>
          <w:bCs/>
        </w:rPr>
        <w:t xml:space="preserve">stared at my chest for the entirety of our meeting.</w:t>
      </w:r>
      <w:r>
        <w:br/>
      </w:r>
      <w:r>
        <w:t xml:space="preserve">    (a) with great annoyance</w:t>
      </w:r>
      <w:r>
        <w:br/>
      </w:r>
      <w:r>
        <w:t xml:space="preserve">    (b) in a wasteful manner</w:t>
      </w:r>
      <w:r>
        <w:br/>
      </w:r>
      <w:r>
        <w:t xml:space="preserve">    (c) in an obvious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Henri got down on one knee, trying to hit anything that came near us, and Hale guarded me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wavering</w:t>
      </w:r>
      <w:r>
        <w:rPr>
          <w:b/>
          <w:bCs/>
        </w:rPr>
        <w:t xml:space="preserve">, even though I heard him grunt and felt him clench up when he was hit with something heavy.</w:t>
      </w:r>
      <w:r>
        <w:br/>
      </w:r>
      <w:r>
        <w:t xml:space="preserve">    (a) moving back and forth; or being unsure or weak</w:t>
      </w:r>
      <w:r>
        <w:br/>
      </w:r>
      <w:r>
        <w:t xml:space="preserve">    (b) returning to an undesirable previous condition</w:t>
      </w:r>
      <w:r>
        <w:br/>
      </w:r>
      <w:r>
        <w:t xml:space="preserve">    (c) thinking carefully and making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noted the camera coming to hover behind him, trying to capture my expression, and I shook my head at him,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suppressing</w:t>
      </w:r>
      <w:r>
        <w:rPr>
          <w:b/>
          <w:bCs/>
        </w:rPr>
        <w:t xml:space="preserve"> </w:t>
      </w:r>
      <w:r>
        <w:rPr>
          <w:b/>
          <w:bCs/>
        </w:rPr>
        <w:t xml:space="preserve">a smirk.</w:t>
      </w:r>
      <w:r>
        <w:br/>
      </w:r>
      <w:r>
        <w:t xml:space="preserve">    (a) gradually adding or removing</w:t>
      </w:r>
      <w:r>
        <w:br/>
      </w:r>
      <w:r>
        <w:t xml:space="preserve">    (b) thinking about or discussing</w:t>
      </w:r>
      <w:r>
        <w:br/>
      </w:r>
      <w:r>
        <w:t xml:space="preserve">    (c) trying to keep under control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stood there alone, trying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inconspicuous</w:t>
      </w:r>
      <w:r>
        <w:rPr>
          <w:b/>
          <w:bCs/>
        </w:rPr>
        <w:t xml:space="preserve"> </w:t>
      </w:r>
      <w:r>
        <w:rPr>
          <w:b/>
          <w:bCs/>
        </w:rPr>
        <w:t xml:space="preserve">as I scanned the room.</w:t>
      </w:r>
      <w:r>
        <w:br/>
      </w:r>
      <w:r>
        <w:t xml:space="preserve">    (a) not done on purpose</w:t>
      </w:r>
      <w:r>
        <w:br/>
      </w:r>
      <w:r>
        <w:t xml:space="preserve">    (b) not straightforward</w:t>
      </w:r>
      <w:r>
        <w:br/>
      </w:r>
      <w:r>
        <w:t xml:space="preserve">    (c) not very noticeable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 have,"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contradicted</w:t>
      </w:r>
      <w:r>
        <w:rPr>
          <w:b/>
          <w:bCs/>
        </w:rPr>
        <w:t xml:space="preserve">.</w:t>
      </w:r>
      <w:r>
        <w:br/>
      </w:r>
      <w:r>
        <w:t xml:space="preserve">    (a) satisfied</w:t>
      </w:r>
      <w:r>
        <w:br/>
      </w:r>
      <w:r>
        <w:t xml:space="preserve">    (b) separated</w:t>
      </w:r>
      <w:r>
        <w:br/>
      </w:r>
      <w:r>
        <w:t xml:space="preserve">    (c) disagreed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Thank you all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indulging</w:t>
      </w:r>
      <w:r>
        <w:rPr>
          <w:b/>
          <w:bCs/>
        </w:rPr>
        <w:t xml:space="preserve"> </w:t>
      </w:r>
      <w:r>
        <w:rPr>
          <w:b/>
          <w:bCs/>
        </w:rPr>
        <w:t xml:space="preserve">me this morning, and I will keep this information in mind as I continue to narrow down suitors in the next few weeks.</w:t>
      </w:r>
      <w:r>
        <w:br/>
      </w:r>
      <w:r>
        <w:t xml:space="preserve">    (a) leaping or jumping</w:t>
      </w:r>
      <w:r>
        <w:br/>
      </w:r>
      <w:r>
        <w:t xml:space="preserve">    (b) thinking carefully</w:t>
      </w:r>
      <w:r>
        <w:br/>
      </w:r>
      <w:r>
        <w:t xml:space="preserve">    (c) enjoying to excess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kept the people I love close, and 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fawned</w:t>
      </w:r>
      <w:r>
        <w:rPr>
          <w:b/>
          <w:bCs/>
        </w:rPr>
        <w:t xml:space="preserve"> </w:t>
      </w:r>
      <w:r>
        <w:rPr>
          <w:b/>
          <w:bCs/>
        </w:rPr>
        <w:t xml:space="preserve">over you since the moment they knew you were coming.</w:t>
      </w:r>
      <w:r>
        <w:br/>
      </w:r>
      <w:r>
        <w:t xml:space="preserve">    (a) not good at concentrating on one thing</w:t>
      </w:r>
      <w:r>
        <w:br/>
      </w:r>
      <w:r>
        <w:t xml:space="preserve">    (b) showed excessive flattery or affection</w:t>
      </w:r>
      <w:r>
        <w:br/>
      </w:r>
      <w:r>
        <w:t xml:space="preserve">    (c) differed notably in brightness or tone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Several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candid</w:t>
      </w:r>
      <w:r>
        <w:rPr>
          <w:b/>
          <w:bCs/>
        </w:rPr>
        <w:t xml:space="preserve"> </w:t>
      </w:r>
      <w:r>
        <w:rPr>
          <w:b/>
          <w:bCs/>
        </w:rPr>
        <w:t xml:space="preserve">shots, like a kiss or a smile, had been blown up and changed to black-and-white, making them seem more classic than casual.</w:t>
      </w:r>
      <w:r>
        <w:br/>
      </w:r>
      <w:r>
        <w:t xml:space="preserve">    (a) loyalty</w:t>
      </w:r>
      <w:r>
        <w:br/>
      </w:r>
      <w:r>
        <w:t xml:space="preserve">    (b) unposed</w:t>
      </w:r>
      <w:r>
        <w:br/>
      </w:r>
      <w:r>
        <w:t xml:space="preserve">    (c) thought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2026-07-31T19:46:52Z</dcterms:created>
  <dcterms:modified xsi:type="dcterms:W3CDTF">2026-07-31T19:46:52Z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