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25a85353e870bb666b6fdc3642d5af879287e2"/>
    <w:p>
      <w:pPr>
        <w:pStyle w:val="Heading1"/>
      </w:pPr>
      <w:r>
        <w:rPr>
          <w:b/>
          <w:bCs/>
        </w:rPr>
        <w:t xml:space="preserve">The Guardian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with a soccer ball.</w:t>
      </w:r>
      <w:r>
        <w:br/>
      </w:r>
      <w:r>
        <w:t xml:space="preserve">    (a) skillful</w:t>
      </w:r>
      <w:r>
        <w:br/>
      </w:r>
      <w:r>
        <w:t xml:space="preserve">    (b) clumsy</w:t>
      </w:r>
      <w:r>
        <w:br/>
      </w:r>
      <w:r>
        <w:t xml:space="preserve">    (c) surprising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video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.</w:t>
      </w:r>
      <w:r>
        <w:br/>
      </w:r>
      <w:r>
        <w:t xml:space="preserve">    (a) fight</w:t>
      </w:r>
      <w:r>
        <w:br/>
      </w:r>
      <w:r>
        <w:t xml:space="preserve">    (b) accident</w:t>
      </w:r>
      <w:r>
        <w:br/>
      </w:r>
      <w:r>
        <w:t xml:space="preserve">    (c) theft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the jury found her guilty, she showed no sign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emotion</w:t>
      </w:r>
      <w:r>
        <w:br/>
      </w:r>
      <w:r>
        <w:t xml:space="preserve">    (b) regret</w:t>
      </w:r>
      <w:r>
        <w:br/>
      </w:r>
      <w:r>
        <w:t xml:space="preserve">    (c)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when convenient</w:t>
      </w:r>
      <w:r>
        <w:br/>
      </w:r>
      <w:r>
        <w:t xml:space="preserve">    (b) formally</w:t>
      </w:r>
      <w:r>
        <w:br/>
      </w:r>
      <w:r>
        <w:t xml:space="preserve">    (c) personally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considerate</w:t>
      </w:r>
      <w:r>
        <w:br/>
      </w:r>
      <w:r>
        <w:t xml:space="preserve">    (b) straightforward</w:t>
      </w:r>
      <w:r>
        <w:br/>
      </w:r>
      <w:r>
        <w:t xml:space="preserve">    (c) humble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empathy</w:t>
      </w:r>
      <w:r>
        <w:rPr>
          <w:b/>
          <w:bCs/>
        </w:rPr>
        <w:t xml:space="preserve"> </w:t>
      </w:r>
      <w:r>
        <w:rPr>
          <w:b/>
          <w:bCs/>
        </w:rPr>
        <w:t xml:space="preserve">helped her connect with students facing difficulties at home.</w:t>
      </w:r>
      <w:r>
        <w:br/>
      </w:r>
      <w:r>
        <w:t xml:space="preserve">    (a) common sense and wise advice</w:t>
      </w:r>
      <w:r>
        <w:br/>
      </w:r>
      <w:r>
        <w:t xml:space="preserve">    (b) ability to control emotional outbursts</w:t>
      </w:r>
      <w:r>
        <w:br/>
      </w:r>
      <w:r>
        <w:t xml:space="preserve">    (c) understanding and sharing others'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estimate</w:t>
      </w:r>
      <w:r>
        <w:rPr>
          <w:b/>
          <w:bCs/>
        </w:rPr>
        <w:t xml:space="preserve"> </w:t>
      </w:r>
      <w:r>
        <w:rPr>
          <w:b/>
          <w:bCs/>
        </w:rPr>
        <w:t xml:space="preserve">the cost of the renovation?</w:t>
      </w:r>
      <w:r>
        <w:br/>
      </w:r>
      <w:r>
        <w:t xml:space="preserve">    (a) roughly calculate</w:t>
      </w:r>
      <w:r>
        <w:br/>
      </w:r>
      <w:r>
        <w:t xml:space="preserve">    (b) publicly announce</w:t>
      </w:r>
      <w:r>
        <w:br/>
      </w:r>
      <w:r>
        <w:t xml:space="preserve">    (c) officially approve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job options.</w:t>
      </w:r>
      <w:r>
        <w:br/>
      </w:r>
      <w:r>
        <w:t xml:space="preserve">    (a) avoiding</w:t>
      </w:r>
      <w:r>
        <w:br/>
      </w:r>
      <w:r>
        <w:t xml:space="preserve">    (b) creating</w:t>
      </w:r>
      <w:r>
        <w:br/>
      </w:r>
      <w:r>
        <w:t xml:space="preserve">    (c) considering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and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no matter how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hinted</w:t>
      </w:r>
      <w:r>
        <w:br/>
      </w:r>
      <w:r>
        <w:t xml:space="preserve">    (b) denied</w:t>
      </w:r>
      <w:r>
        <w:br/>
      </w:r>
      <w:r>
        <w:t xml:space="preserve">    (c) insisted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lunches make me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in the afternoon.</w:t>
      </w:r>
      <w:r>
        <w:br/>
      </w:r>
      <w:r>
        <w:t xml:space="preserve">    (a) sluggish</w:t>
      </w:r>
      <w:r>
        <w:br/>
      </w:r>
      <w:r>
        <w:t xml:space="preserve">    (b) energetic</w:t>
      </w:r>
      <w:r>
        <w:br/>
      </w:r>
      <w:r>
        <w:t xml:space="preserve">    (c) upset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for that reason</w:t>
      </w:r>
      <w:r>
        <w:br/>
      </w:r>
      <w:r>
        <w:t xml:space="preserve">    (b) because of that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obituary</w:t>
      </w:r>
      <w:r>
        <w:rPr>
          <w:b/>
          <w:bCs/>
        </w:rPr>
        <w:t xml:space="preserve"> </w:t>
      </w:r>
      <w:r>
        <w:rPr>
          <w:b/>
          <w:bCs/>
        </w:rPr>
        <w:t xml:space="preserve">did not include a cause of death.</w:t>
      </w:r>
      <w:r>
        <w:br/>
      </w:r>
      <w:r>
        <w:t xml:space="preserve">    (a) biography</w:t>
      </w:r>
      <w:r>
        <w:br/>
      </w:r>
      <w:r>
        <w:t xml:space="preserve">    (b) newspaper report</w:t>
      </w:r>
      <w:r>
        <w:br/>
      </w:r>
      <w:r>
        <w:t xml:space="preserve">    (c) police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enjoyed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of the warm sun on her skin.</w:t>
      </w:r>
      <w:r>
        <w:br/>
      </w:r>
      <w:r>
        <w:t xml:space="preserve">    (a) exciting the mind's intellect</w:t>
      </w:r>
      <w:r>
        <w:br/>
      </w:r>
      <w:r>
        <w:t xml:space="preserve">    (b) deep empathetic understanding</w:t>
      </w:r>
      <w:r>
        <w:br/>
      </w:r>
      <w:r>
        <w:t xml:space="preserve">    (c) pleasing the body's senses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doubtful</w:t>
      </w:r>
      <w:r>
        <w:br/>
      </w:r>
      <w:r>
        <w:t xml:space="preserve">    (b) keeping silent</w:t>
      </w:r>
      <w:r>
        <w:br/>
      </w:r>
      <w:r>
        <w:t xml:space="preserve">    (c)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laugh during the somber funeral service.</w:t>
      </w:r>
      <w:r>
        <w:br/>
      </w:r>
      <w:r>
        <w:t xml:space="preserve">    (a) loudly announce</w:t>
      </w:r>
      <w:r>
        <w:br/>
      </w:r>
      <w:r>
        <w:t xml:space="preserve">    (b) let out freely</w:t>
      </w:r>
      <w:r>
        <w:br/>
      </w:r>
      <w:r>
        <w:t xml:space="preserve">    (c) hold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heat and humidity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.</w:t>
      </w:r>
      <w:r>
        <w:br/>
      </w:r>
      <w:r>
        <w:t xml:space="preserve">    (a) not bad</w:t>
      </w:r>
      <w:r>
        <w:br/>
      </w:r>
      <w:r>
        <w:t xml:space="preserve">    (b) summertime events</w:t>
      </w:r>
      <w:r>
        <w:br/>
      </w:r>
      <w:r>
        <w:t xml:space="preserve">    (c) uncomfortable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contrasting</w:t>
      </w:r>
      <w:r>
        <w:br/>
      </w:r>
      <w:r>
        <w:t xml:space="preserve">    (b) minor</w:t>
      </w:r>
      <w:r>
        <w:br/>
      </w:r>
      <w:r>
        <w:t xml:space="preserve">    (c) complementary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confident</w:t>
      </w:r>
      <w:r>
        <w:br/>
      </w:r>
      <w:r>
        <w:t xml:space="preserve">    (b) careful</w:t>
      </w:r>
      <w:r>
        <w:br/>
      </w:r>
      <w:r>
        <w:t xml:space="preserve">    (c) brave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2026-07-31T16:55:05Z</dcterms:created>
  <dcterms:modified xsi:type="dcterms:W3CDTF">2026-07-31T16:55:05Z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