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b71b415f43e9c7dccb0fa977ec007e59637cf3"/>
    <w:p>
      <w:pPr>
        <w:pStyle w:val="Heading1"/>
      </w:pPr>
      <w:r>
        <w:rPr>
          <w:b/>
          <w:bCs/>
        </w:rPr>
        <w:t xml:space="preserve">The Guardian</w:t>
      </w:r>
      <w:r>
        <w:br/>
      </w:r>
      <w:r>
        <w:rPr>
          <w:i/>
          <w:iCs/>
        </w:rPr>
        <w:t xml:space="preserve">Nicholas Sparks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a numbers-tested,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analytical</w:t>
      </w:r>
      <w:r>
        <w:rPr>
          <w:b/>
          <w:bCs/>
        </w:rPr>
        <w:t xml:space="preserve"> </w:t>
      </w:r>
      <w:r>
        <w:rPr>
          <w:b/>
          <w:bCs/>
        </w:rPr>
        <w:t xml:space="preserve">approach to advertising.</w:t>
      </w:r>
      <w:r>
        <w:br/>
      </w:r>
      <w:r>
        <w:t xml:space="preserve">    (a) creative and artistic</w:t>
      </w:r>
      <w:r>
        <w:br/>
      </w:r>
      <w:r>
        <w:t xml:space="preserve">    (b) logical and systematic</w:t>
      </w:r>
      <w:r>
        <w:br/>
      </w:r>
      <w:r>
        <w:t xml:space="preserve">    (c) loud and aggressive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purpose of this exercise is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augment</w:t>
      </w:r>
      <w:r>
        <w:rPr>
          <w:b/>
          <w:bCs/>
        </w:rPr>
        <w:t xml:space="preserve"> </w:t>
      </w:r>
      <w:r>
        <w:rPr>
          <w:b/>
          <w:bCs/>
        </w:rPr>
        <w:t xml:space="preserve">the natural vocabulary growth that comes with reading.</w:t>
      </w:r>
      <w:r>
        <w:br/>
      </w:r>
      <w:r>
        <w:t xml:space="preserve">    (a) study</w:t>
      </w:r>
      <w:r>
        <w:br/>
      </w:r>
      <w:r>
        <w:t xml:space="preserve">    (b) increase</w:t>
      </w:r>
      <w:r>
        <w:br/>
      </w:r>
      <w:r>
        <w:t xml:space="preserve">    (c) argue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like Twitter for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brevity</w:t>
      </w:r>
      <w:r>
        <w:rPr>
          <w:b/>
          <w:bCs/>
        </w:rPr>
        <w:t xml:space="preserve">.</w:t>
      </w:r>
      <w:r>
        <w:br/>
      </w:r>
      <w:r>
        <w:t xml:space="preserve">    (a) clever texts</w:t>
      </w:r>
      <w:r>
        <w:br/>
      </w:r>
      <w:r>
        <w:t xml:space="preserve">    (b) varied texts</w:t>
      </w:r>
      <w:r>
        <w:br/>
      </w:r>
      <w:r>
        <w:t xml:space="preserve">    (c) short texts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eating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compulsion</w:t>
      </w:r>
      <w:r>
        <w:rPr>
          <w:b/>
          <w:bCs/>
        </w:rPr>
        <w:t xml:space="preserve"> </w:t>
      </w:r>
      <w:r>
        <w:rPr>
          <w:b/>
          <w:bCs/>
        </w:rPr>
        <w:t xml:space="preserve">doesn't make sense.</w:t>
      </w:r>
      <w:r>
        <w:br/>
      </w:r>
      <w:r>
        <w:t xml:space="preserve">    (a) unhealthfully</w:t>
      </w:r>
      <w:r>
        <w:br/>
      </w:r>
      <w:r>
        <w:t xml:space="preserve">    (b) uncontrollably</w:t>
      </w:r>
      <w:r>
        <w:br/>
      </w:r>
      <w:r>
        <w:t xml:space="preserve">    (c) so slowly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People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congregated</w:t>
      </w:r>
      <w:r>
        <w:rPr>
          <w:b/>
          <w:bCs/>
        </w:rPr>
        <w:t xml:space="preserve"> </w:t>
      </w:r>
      <w:r>
        <w:rPr>
          <w:b/>
          <w:bCs/>
        </w:rPr>
        <w:t xml:space="preserve">outside of City Hall to protest.</w:t>
      </w:r>
      <w:r>
        <w:br/>
      </w:r>
      <w:r>
        <w:t xml:space="preserve">    (a) shouted</w:t>
      </w:r>
      <w:r>
        <w:br/>
      </w:r>
      <w:r>
        <w:t xml:space="preserve">    (b) sat down</w:t>
      </w:r>
      <w:r>
        <w:br/>
      </w:r>
      <w:r>
        <w:t xml:space="preserve">    (c) came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cursory</w:t>
      </w:r>
      <w:r>
        <w:rPr>
          <w:b/>
          <w:bCs/>
        </w:rPr>
        <w:t xml:space="preserve"> </w:t>
      </w:r>
      <w:r>
        <w:rPr>
          <w:b/>
          <w:bCs/>
        </w:rPr>
        <w:t xml:space="preserve">inspection failed to reveal the house's structural flaws.</w:t>
      </w:r>
      <w:r>
        <w:br/>
      </w:r>
      <w:r>
        <w:t xml:space="preserve">    (a) in-depth</w:t>
      </w:r>
      <w:r>
        <w:br/>
      </w:r>
      <w:r>
        <w:t xml:space="preserve">    (b) quick</w:t>
      </w:r>
      <w:r>
        <w:br/>
      </w:r>
      <w:r>
        <w:t xml:space="preserve">    (c) expert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took a nine-month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hiatus</w:t>
      </w:r>
      <w:r>
        <w:rPr>
          <w:b/>
          <w:bCs/>
        </w:rPr>
        <w:t xml:space="preserve"> </w:t>
      </w:r>
      <w:r>
        <w:rPr>
          <w:b/>
          <w:bCs/>
        </w:rPr>
        <w:t xml:space="preserve">from performing, so she could concentrate on writing new songs.</w:t>
      </w:r>
      <w:r>
        <w:br/>
      </w:r>
      <w:r>
        <w:t xml:space="preserve">    (a) gap in time</w:t>
      </w:r>
      <w:r>
        <w:br/>
      </w:r>
      <w:r>
        <w:t xml:space="preserve">    (b) study tour</w:t>
      </w:r>
      <w:r>
        <w:br/>
      </w:r>
      <w:r>
        <w:t xml:space="preserve">    (c) maternity leave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infatuated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new singer and talked about her constantly.</w:t>
      </w:r>
      <w:r>
        <w:br/>
      </w:r>
      <w:r>
        <w:t xml:space="preserve">    (a) foolishly fascinated</w:t>
      </w:r>
      <w:r>
        <w:br/>
      </w:r>
      <w:r>
        <w:t xml:space="preserve">    (b) openly annoyed</w:t>
      </w:r>
      <w:r>
        <w:br/>
      </w:r>
      <w:r>
        <w:t xml:space="preserve">    (c) slightly informed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spent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inordinate</w:t>
      </w:r>
      <w:r>
        <w:rPr>
          <w:b/>
          <w:bCs/>
        </w:rPr>
        <w:t xml:space="preserve"> </w:t>
      </w:r>
      <w:r>
        <w:rPr>
          <w:b/>
          <w:bCs/>
        </w:rPr>
        <w:t xml:space="preserve">amount of time choosing a font.</w:t>
      </w:r>
      <w:r>
        <w:br/>
      </w:r>
      <w:r>
        <w:t xml:space="preserve">    (a) excessive</w:t>
      </w:r>
      <w:r>
        <w:br/>
      </w:r>
      <w:r>
        <w:t xml:space="preserve">    (b) careful</w:t>
      </w:r>
      <w:r>
        <w:br/>
      </w:r>
      <w:r>
        <w:t xml:space="preserve">    (c) ordinary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Barbless hooks are much easier to remove from the fish (and the person fishing, in the event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mishap</w:t>
      </w:r>
      <w:r>
        <w:rPr>
          <w:b/>
          <w:bCs/>
        </w:rPr>
        <w:t xml:space="preserve">).</w:t>
      </w:r>
      <w:r>
        <w:br/>
      </w:r>
      <w:r>
        <w:t xml:space="preserve">    (a) violent argument</w:t>
      </w:r>
      <w:r>
        <w:br/>
      </w:r>
      <w:r>
        <w:t xml:space="preserve">    (b) reversal of fortunes</w:t>
      </w:r>
      <w:r>
        <w:br/>
      </w:r>
      <w:r>
        <w:t xml:space="preserve">    (c) minor accident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Fallen branches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obstruct</w:t>
      </w:r>
      <w:r>
        <w:rPr>
          <w:b/>
          <w:bCs/>
        </w:rPr>
        <w:t xml:space="preserve"> </w:t>
      </w:r>
      <w:r>
        <w:rPr>
          <w:b/>
          <w:bCs/>
        </w:rPr>
        <w:t xml:space="preserve">the hiking trail after last night's heavy storm.</w:t>
      </w:r>
      <w:r>
        <w:br/>
      </w:r>
      <w:r>
        <w:t xml:space="preserve">    (a) clean and clear</w:t>
      </w:r>
      <w:r>
        <w:br/>
      </w:r>
      <w:r>
        <w:t xml:space="preserve">    (b) widen or expand</w:t>
      </w:r>
      <w:r>
        <w:br/>
      </w:r>
      <w:r>
        <w:t xml:space="preserve">    (c) block or hinder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pawn shop</w:t>
      </w:r>
      <w:r>
        <w:rPr>
          <w:b/>
          <w:bCs/>
        </w:rPr>
        <w:t xml:space="preserve"> </w:t>
      </w:r>
      <w:r>
        <w:rPr>
          <w:b/>
          <w:bCs/>
        </w:rPr>
        <w:t xml:space="preserve">wanted to charge too much interest.</w:t>
      </w:r>
      <w:r>
        <w:br/>
      </w:r>
      <w:r>
        <w:t xml:space="preserve">    (a) a lender that holds personal property as collateral</w:t>
      </w:r>
      <w:r>
        <w:br/>
      </w:r>
      <w:r>
        <w:t xml:space="preserve">    (b) a lender that does all business over the internet</w:t>
      </w:r>
      <w:r>
        <w:br/>
      </w:r>
      <w:r>
        <w:t xml:space="preserve">    (c) a shop that sells household goods via monthly payments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clock's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pendulum</w:t>
      </w:r>
      <w:r>
        <w:rPr>
          <w:b/>
          <w:bCs/>
        </w:rPr>
        <w:t xml:space="preserve"> </w:t>
      </w:r>
      <w:r>
        <w:rPr>
          <w:b/>
          <w:bCs/>
        </w:rPr>
        <w:t xml:space="preserve">swung steadily from side to side.</w:t>
      </w:r>
      <w:r>
        <w:br/>
      </w:r>
      <w:r>
        <w:t xml:space="preserve">    (a) fixed support</w:t>
      </w:r>
      <w:r>
        <w:br/>
      </w:r>
      <w:r>
        <w:t xml:space="preserve">    (b) measuring mark</w:t>
      </w:r>
      <w:r>
        <w:br/>
      </w:r>
      <w:r>
        <w:t xml:space="preserve">    (c) swinging weight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plaintive</w:t>
      </w:r>
      <w:r>
        <w:rPr>
          <w:b/>
          <w:bCs/>
        </w:rPr>
        <w:t xml:space="preserve"> </w:t>
      </w:r>
      <w:r>
        <w:rPr>
          <w:b/>
          <w:bCs/>
        </w:rPr>
        <w:t xml:space="preserve">poem</w:t>
      </w:r>
      <w:r>
        <w:br/>
      </w:r>
      <w:r>
        <w:t xml:space="preserve">    (a) sad</w:t>
      </w:r>
      <w:r>
        <w:br/>
      </w:r>
      <w:r>
        <w:t xml:space="preserve">    (b) joyful</w:t>
      </w:r>
      <w:r>
        <w:br/>
      </w:r>
      <w:r>
        <w:t xml:space="preserve">    (c) dramatic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prologue</w:t>
      </w:r>
      <w:r>
        <w:rPr>
          <w:b/>
          <w:bCs/>
        </w:rPr>
        <w:t xml:space="preserve"> </w:t>
      </w:r>
      <w:r>
        <w:rPr>
          <w:b/>
          <w:bCs/>
        </w:rPr>
        <w:t xml:space="preserve">of the novel sets the stage for the epic adventure that follows.</w:t>
      </w:r>
      <w:r>
        <w:br/>
      </w:r>
      <w:r>
        <w:t xml:space="preserve">    (a) an introduction to a fictional work</w:t>
      </w:r>
      <w:r>
        <w:br/>
      </w:r>
      <w:r>
        <w:t xml:space="preserve">    (b) the conclusion of a fictional work</w:t>
      </w:r>
      <w:r>
        <w:br/>
      </w:r>
      <w:r>
        <w:t xml:space="preserve">    (c) the main idea of a fictional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Despite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qualms</w:t>
      </w:r>
      <w:r>
        <w:rPr>
          <w:b/>
          <w:bCs/>
        </w:rPr>
        <w:t xml:space="preserve"> </w:t>
      </w:r>
      <w:r>
        <w:rPr>
          <w:b/>
          <w:bCs/>
        </w:rPr>
        <w:t xml:space="preserve">about discussing her friends, she agreed to cooperate with the investigation.</w:t>
      </w:r>
      <w:r>
        <w:br/>
      </w:r>
      <w:r>
        <w:t xml:space="preserve">    (a) detailed plans</w:t>
      </w:r>
      <w:r>
        <w:br/>
      </w:r>
      <w:r>
        <w:t xml:space="preserve">    (b) a desire for revenge</w:t>
      </w:r>
      <w:r>
        <w:br/>
      </w:r>
      <w:r>
        <w:t xml:space="preserve">    (c) feelings of uneasiness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scientist conducted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rigorous</w:t>
      </w:r>
      <w:r>
        <w:rPr>
          <w:b/>
          <w:bCs/>
        </w:rPr>
        <w:t xml:space="preserve"> </w:t>
      </w:r>
      <w:r>
        <w:rPr>
          <w:b/>
          <w:bCs/>
        </w:rPr>
        <w:t xml:space="preserve">study to ensure the results were reliable.</w:t>
      </w:r>
      <w:r>
        <w:br/>
      </w:r>
      <w:r>
        <w:t xml:space="preserve">    (a) thorough</w:t>
      </w:r>
      <w:r>
        <w:br/>
      </w:r>
      <w:r>
        <w:t xml:space="preserve">    (b) speedy</w:t>
      </w:r>
      <w:r>
        <w:br/>
      </w:r>
      <w:r>
        <w:t xml:space="preserve">    (c) expensive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Sophia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surmised</w:t>
      </w:r>
      <w:r>
        <w:rPr>
          <w:b/>
          <w:bCs/>
        </w:rPr>
        <w:t xml:space="preserve"> </w:t>
      </w:r>
      <w:r>
        <w:rPr>
          <w:b/>
          <w:bCs/>
        </w:rPr>
        <w:t xml:space="preserve">that Isabella had spread the rumor.</w:t>
      </w:r>
      <w:r>
        <w:br/>
      </w:r>
      <w:r>
        <w:t xml:space="preserve">    (a) formed an opinion</w:t>
      </w:r>
      <w:r>
        <w:br/>
      </w:r>
      <w:r>
        <w:t xml:space="preserve">    (b) learned</w:t>
      </w:r>
      <w:r>
        <w:br/>
      </w:r>
      <w:r>
        <w:t xml:space="preserve">    (c) spread the news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growing tired of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tirades</w:t>
      </w:r>
      <w:r>
        <w:rPr>
          <w:b/>
          <w:bCs/>
        </w:rPr>
        <w:t xml:space="preserve">.</w:t>
      </w:r>
      <w:r>
        <w:br/>
      </w:r>
      <w:r>
        <w:t xml:space="preserve">    (a) displays of paralyzing worry</w:t>
      </w:r>
      <w:r>
        <w:br/>
      </w:r>
      <w:r>
        <w:t xml:space="preserve">    (b) displays of angry criticism</w:t>
      </w:r>
      <w:r>
        <w:br/>
      </w:r>
      <w:r>
        <w:t xml:space="preserve">    (c) displays of useless guilt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an avid reader, she experiences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vicarious</w:t>
      </w:r>
      <w:r>
        <w:rPr>
          <w:b/>
          <w:bCs/>
        </w:rPr>
        <w:t xml:space="preserve"> </w:t>
      </w:r>
      <w:r>
        <w:rPr>
          <w:b/>
          <w:bCs/>
        </w:rPr>
        <w:t xml:space="preserve">adventures through the characters in her books.</w:t>
      </w:r>
      <w:r>
        <w:br/>
      </w:r>
      <w:r>
        <w:t xml:space="preserve">    (a) secondhand</w:t>
      </w:r>
      <w:r>
        <w:br/>
      </w:r>
      <w:r>
        <w:t xml:space="preserve">    (b) exciting</w:t>
      </w:r>
      <w:r>
        <w:br/>
      </w:r>
      <w:r>
        <w:t xml:space="preserve">    (c) dangerous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2026-07-31T16:55:06Z</dcterms:created>
  <dcterms:modified xsi:type="dcterms:W3CDTF">2026-07-31T16:55:06Z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