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4d572868eb8442a29f46e891463eff5a4660d8"/>
    <w:p>
      <w:pPr>
        <w:pStyle w:val="Heading1"/>
      </w:pPr>
      <w:r>
        <w:rPr>
          <w:b/>
          <w:bCs/>
        </w:rPr>
        <w:t xml:space="preserve">The Guardian</w:t>
      </w:r>
      <w:r>
        <w:br/>
      </w:r>
      <w:r>
        <w:rPr>
          <w:i/>
          <w:iCs/>
        </w:rPr>
        <w:t xml:space="preserve">Nicholas Sparks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Nonetheless</w:t>
      </w:r>
      <w:r>
        <w:rPr>
          <w:b/>
          <w:bCs/>
        </w:rPr>
        <w:t xml:space="preserve">, she looked up Jim, who—despite her persistent skepticism—brought her over to the salon to meet his aunt Mabel.</w:t>
      </w:r>
      <w:r>
        <w:br/>
      </w:r>
      <w:r>
        <w:t xml:space="preserve">    (a) in keeping with or in agreement with what was just stated</w:t>
      </w:r>
      <w:r>
        <w:br/>
      </w:r>
      <w:r>
        <w:t xml:space="preserve">    (b) therefore (for that reason)</w:t>
      </w:r>
      <w:r>
        <w:br/>
      </w:r>
      <w:r>
        <w:t xml:space="preserve">    (c) in spite of that (used to connect contrasting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did,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play the guitar and he practiced daily, hoping his big break was just around the corner.</w:t>
      </w:r>
      <w:r>
        <w:br/>
      </w:r>
      <w:r>
        <w:t xml:space="preserve">    (a) therefore (for that reason)</w:t>
      </w:r>
      <w:r>
        <w:br/>
      </w:r>
      <w:r>
        <w:t xml:space="preserve">    (b) a word used to connect contrasting ideas as when using</w:t>
      </w:r>
      <w:r>
        <w:t xml:space="preserve"> </w:t>
      </w:r>
      <w:r>
        <w:rPr>
          <w:i/>
          <w:iCs/>
        </w:rPr>
        <w:t xml:space="preserve">though</w:t>
      </w:r>
      <w:r>
        <w:t xml:space="preserve">,</w:t>
      </w:r>
      <w:r>
        <w:t xml:space="preserve"> </w:t>
      </w:r>
      <w:r>
        <w:rPr>
          <w:i/>
          <w:iCs/>
        </w:rPr>
        <w:t xml:space="preserve">in spite of that</w:t>
      </w:r>
      <w:r>
        <w:t xml:space="preserve">,</w:t>
      </w:r>
      <w:r>
        <w:t xml:space="preserve"> </w:t>
      </w:r>
      <w:r>
        <w:rPr>
          <w:i/>
          <w:iCs/>
        </w:rPr>
        <w:t xml:space="preserve">in contrast</w:t>
      </w:r>
      <w:r>
        <w:t xml:space="preserve">,</w:t>
      </w:r>
      <w:r>
        <w:t xml:space="preserve"> </w:t>
      </w:r>
      <w:r>
        <w:rPr>
          <w:i/>
          <w:iCs/>
        </w:rPr>
        <w:t xml:space="preserve">nevertheless</w:t>
      </w:r>
      <w:r>
        <w:t xml:space="preserve">, etc.</w:t>
      </w:r>
      <w:r>
        <w:br/>
      </w:r>
      <w:r>
        <w:t xml:space="preserve">    (c) in keeping with or in agreement with what was just stated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Being homeless as a teenager,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briefly, had left her with a healthy sense of paranoia.</w:t>
      </w:r>
      <w:r>
        <w:br/>
      </w:r>
      <w:r>
        <w:t xml:space="preserve">    (a) aka analysis -- psychiatric treatment; or a theory of psychiatric treatment</w:t>
      </w:r>
      <w:r>
        <w:br/>
      </w:r>
      <w:r>
        <w:t xml:space="preserve">    (b) regardless of how</w:t>
      </w:r>
      <w:r>
        <w:br/>
      </w:r>
      <w:r>
        <w:t xml:space="preserve">    (c) people who are good at or spend much time studying, thinking, and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Nor was she particularly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adept</w:t>
      </w:r>
      <w:r>
        <w:rPr>
          <w:b/>
          <w:bCs/>
        </w:rPr>
        <w:t xml:space="preserve"> </w:t>
      </w:r>
      <w:r>
        <w:rPr>
          <w:b/>
          <w:bCs/>
        </w:rPr>
        <w:t xml:space="preserve">at styling and cutting hair, at least according to the directions her customers gave her.</w:t>
      </w:r>
      <w:r>
        <w:br/>
      </w:r>
      <w:r>
        <w:t xml:space="preserve">    (a) pleasing</w:t>
      </w:r>
      <w:r>
        <w:br/>
      </w:r>
      <w:r>
        <w:t xml:space="preserve">    (b) absolute</w:t>
      </w:r>
      <w:r>
        <w:br/>
      </w:r>
      <w:r>
        <w:t xml:space="preserve">    (c) skillful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recognized her from the other night in the restaurant, and though her expression seemed pleasant enough, he knew she was still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evaluating</w:t>
      </w:r>
      <w:r>
        <w:rPr>
          <w:b/>
          <w:bCs/>
        </w:rPr>
        <w:t xml:space="preserve"> </w:t>
      </w:r>
      <w:r>
        <w:rPr>
          <w:b/>
          <w:bCs/>
        </w:rPr>
        <w:t xml:space="preserve">him.</w:t>
      </w:r>
      <w:r>
        <w:br/>
      </w:r>
      <w:r>
        <w:t xml:space="preserve">    (a) thinking carefully and making a judgment about</w:t>
      </w:r>
      <w:r>
        <w:br/>
      </w:r>
      <w:r>
        <w:t xml:space="preserve">    (b) moving back and forth; or being unsure or weak</w:t>
      </w:r>
      <w:r>
        <w:br/>
      </w:r>
      <w:r>
        <w:t xml:space="preserve">    (c) returning to an undesirable previous condition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quick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estimate</w:t>
      </w:r>
      <w:r>
        <w:rPr>
          <w:b/>
          <w:bCs/>
        </w:rPr>
        <w:t xml:space="preserve"> </w:t>
      </w:r>
      <w:r>
        <w:rPr>
          <w:b/>
          <w:bCs/>
        </w:rPr>
        <w:t xml:space="preserve">said she had maybe a few minutes.</w:t>
      </w:r>
      <w:r>
        <w:br/>
      </w:r>
      <w:r>
        <w:t xml:space="preserve">    (a) add fuel or stir a fire to make it burn hotter; or make feelings stronger</w:t>
      </w:r>
      <w:r>
        <w:br/>
      </w:r>
      <w:r>
        <w:t xml:space="preserve">    (b) a rough calculation or guess of a value, quantity, or extent of something</w:t>
      </w:r>
      <w:r>
        <w:br/>
      </w:r>
      <w:r>
        <w:t xml:space="preserve">    (c) propose a seemingly reasonable, but unproven, idea based upon known facts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conversation was stilted, almost uncomfortable at first, because Richard didn't volunteer much more than was asked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directly</w:t>
      </w:r>
      <w:r>
        <w:rPr>
          <w:b/>
          <w:bCs/>
        </w:rPr>
        <w:t xml:space="preserve">.</w:t>
      </w:r>
      <w:r>
        <w:br/>
      </w:r>
      <w:r>
        <w:t xml:space="preserve">    (a) in a straightforward manner</w:t>
      </w:r>
      <w:r>
        <w:br/>
      </w:r>
      <w:r>
        <w:t xml:space="preserve">    (b) in an extremely negative manner -- often implying extreme hopelessness, misery, shame, or desperation</w:t>
      </w:r>
      <w:r>
        <w:br/>
      </w:r>
      <w:r>
        <w:t xml:space="preserve">    (c) in a manner that tries to obtain a result through gentle and careful effort -- often gently persuading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paused, looking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directly</w:t>
      </w:r>
      <w:r>
        <w:rPr>
          <w:b/>
          <w:bCs/>
        </w:rPr>
        <w:t xml:space="preserve"> </w:t>
      </w:r>
      <w:r>
        <w:rPr>
          <w:b/>
          <w:bCs/>
        </w:rPr>
        <w:t xml:space="preserve">at her and holding her gaze, before finally nodding in Julie's direction.</w:t>
      </w:r>
      <w:r>
        <w:br/>
      </w:r>
      <w:r>
        <w:t xml:space="preserve">    (a) straight (exactly where stated; used for emphasis)</w:t>
      </w:r>
      <w:r>
        <w:br/>
      </w:r>
      <w:r>
        <w:t xml:space="preserve">    (b) in a manner that is not sexually attractive, or persuasively tempting</w:t>
      </w:r>
      <w:r>
        <w:br/>
      </w:r>
      <w:r>
        <w:t xml:space="preserve">    (c) in a manner that is appropriate or related in size, amount, or degree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smiled, looking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contrite</w:t>
      </w:r>
      <w:r>
        <w:rPr>
          <w:b/>
          <w:bCs/>
        </w:rPr>
        <w:t xml:space="preserve">, a kid with his hand caught in the cookie jar.</w:t>
      </w:r>
      <w:r>
        <w:br/>
      </w:r>
      <w:r>
        <w:t xml:space="preserve">    (a) the state or degree of being good or beneficial</w:t>
      </w:r>
      <w:r>
        <w:br/>
      </w:r>
      <w:r>
        <w:t xml:space="preserve">    (b) feeling sorrow or regret for a fault or offense</w:t>
      </w:r>
      <w:r>
        <w:br/>
      </w:r>
      <w:r>
        <w:t xml:space="preserve">    (c) not able to change to fit a different situation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she lifted the wineglass and took a sip, puckering her lips as she did so, Mike knew it was one of 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sensual</w:t>
      </w:r>
      <w:r>
        <w:rPr>
          <w:b/>
          <w:bCs/>
        </w:rPr>
        <w:t xml:space="preserve"> </w:t>
      </w:r>
      <w:r>
        <w:rPr>
          <w:b/>
          <w:bCs/>
        </w:rPr>
        <w:t xml:space="preserve">things he'd ever seen.</w:t>
      </w:r>
      <w:r>
        <w:br/>
      </w:r>
      <w:r>
        <w:t xml:space="preserve">    (a) exciting the mind's intellectual vigor</w:t>
      </w:r>
      <w:r>
        <w:br/>
      </w:r>
      <w:r>
        <w:t xml:space="preserve">    (b) a deep sense of empathetic understanding</w:t>
      </w:r>
      <w:r>
        <w:br/>
      </w:r>
      <w:r>
        <w:t xml:space="preserve">    (c) relating to pleasing the body's senses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Anyone who could move from anger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empathy</w:t>
      </w:r>
      <w:r>
        <w:rPr>
          <w:b/>
          <w:bCs/>
        </w:rPr>
        <w:t xml:space="preserve"> </w:t>
      </w:r>
      <w:r>
        <w:rPr>
          <w:b/>
          <w:bCs/>
        </w:rPr>
        <w:t xml:space="preserve">as effortlessly as she had was a treasure, and he was lucky to have found her.</w:t>
      </w:r>
      <w:r>
        <w:br/>
      </w:r>
      <w:r>
        <w:t xml:space="preserve">    (a) a place where conditions are kept as they were to protect wildlife</w:t>
      </w:r>
      <w:r>
        <w:br/>
      </w:r>
      <w:r>
        <w:t xml:space="preserve">    (b) the ability or tendency to understand or share in others' feelings</w:t>
      </w:r>
      <w:r>
        <w:br/>
      </w:r>
      <w:r>
        <w:t xml:space="preserve">    (c) someone who believes that all knowledge is derived from experience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noticed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subtle</w:t>
      </w:r>
      <w:r>
        <w:rPr>
          <w:b/>
          <w:bCs/>
        </w:rPr>
        <w:t xml:space="preserve"> </w:t>
      </w:r>
      <w:r>
        <w:rPr>
          <w:b/>
          <w:bCs/>
        </w:rPr>
        <w:t xml:space="preserve">differences as she changed before his eyes.</w:t>
      </w:r>
      <w:r>
        <w:br/>
      </w:r>
      <w:r>
        <w:t xml:space="preserve">    (a) (adjective) of low quality, or of lower quality or rank than something else  OR  (more rarely as a noun) a person of lower rank or status</w:t>
      </w:r>
      <w:r>
        <w:br/>
      </w:r>
      <w:r>
        <w:t xml:space="preserve">    (b) slightly noticeable</w:t>
      </w:r>
      <w:r>
        <w:br/>
      </w:r>
      <w:r>
        <w:t xml:space="preserve">    (c) of an organism in the early stages of development prior to birth, hatching, or sprouting  OR  of anything in an early stage of development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if that's going to be possible, the little voice inside her said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skeptically</w:t>
      </w:r>
      <w:r>
        <w:rPr>
          <w:b/>
          <w:bCs/>
        </w:rPr>
        <w:t xml:space="preserve">.</w:t>
      </w:r>
      <w:r>
        <w:br/>
      </w:r>
      <w:r>
        <w:t xml:space="preserve">    (a) with doubt (regarding the truth of something)</w:t>
      </w:r>
      <w:r>
        <w:br/>
      </w:r>
      <w:r>
        <w:t xml:space="preserve">    (b) in a manner that is open to arguments, ideas, or change</w:t>
      </w:r>
      <w:r>
        <w:br/>
      </w:r>
      <w:r>
        <w:t xml:space="preserve">    (c) inadequately (in a manner that does not provide enough)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Officer Romanello hadn't believed his account about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altercation</w:t>
      </w:r>
      <w:r>
        <w:rPr>
          <w:b/>
          <w:bCs/>
        </w:rPr>
        <w:t xml:space="preserve"> </w:t>
      </w:r>
      <w:r>
        <w:rPr>
          <w:b/>
          <w:bCs/>
        </w:rPr>
        <w:t xml:space="preserve">in the bar.</w:t>
      </w:r>
      <w:r>
        <w:br/>
      </w:r>
      <w:r>
        <w:t xml:space="preserve">    (a) a particular understanding or explanation</w:t>
      </w:r>
      <w:r>
        <w:br/>
      </w:r>
      <w:r>
        <w:t xml:space="preserve">    (b) the time during which something continues</w:t>
      </w:r>
      <w:r>
        <w:br/>
      </w:r>
      <w:r>
        <w:t xml:space="preserve">    (c) fight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everything she had said was absolutely true, when she looked at Pete again, his expression confirmed that Richard had already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implied</w:t>
      </w:r>
      <w:r>
        <w:rPr>
          <w:b/>
          <w:bCs/>
        </w:rPr>
        <w:t xml:space="preserve"> </w:t>
      </w:r>
      <w:r>
        <w:rPr>
          <w:b/>
          <w:bCs/>
        </w:rPr>
        <w:t xml:space="preserve">something different.</w:t>
      </w:r>
      <w:r>
        <w:br/>
      </w:r>
      <w:r>
        <w:t xml:space="preserve">    (a) said indirectly</w:t>
      </w:r>
      <w:r>
        <w:br/>
      </w:r>
      <w:r>
        <w:t xml:space="preserve">    (b) not wanting to do something</w:t>
      </w:r>
      <w:r>
        <w:br/>
      </w:r>
      <w:r>
        <w:t xml:space="preserve">    (c) was attractive or desirable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Julie stepped forward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tentatively</w:t>
      </w:r>
      <w:r>
        <w:rPr>
          <w:b/>
          <w:bCs/>
        </w:rPr>
        <w:t xml:space="preserve">, and when Mike didn't back away, she came closer and leaned into him.</w:t>
      </w:r>
      <w:r>
        <w:br/>
      </w:r>
      <w:r>
        <w:t xml:space="preserve">    (a) in comparison to something else</w:t>
      </w:r>
      <w:r>
        <w:br/>
      </w:r>
      <w:r>
        <w:t xml:space="preserve">    (b) in a manner that is not sincere</w:t>
      </w:r>
      <w:r>
        <w:br/>
      </w:r>
      <w:r>
        <w:t xml:space="preserve">    (c) in an unsure or hesitant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Stifling</w:t>
      </w:r>
      <w:r>
        <w:rPr>
          <w:b/>
          <w:bCs/>
        </w:rPr>
        <w:t xml:space="preserve"> </w:t>
      </w:r>
      <w:r>
        <w:rPr>
          <w:b/>
          <w:bCs/>
        </w:rPr>
        <w:t xml:space="preserve">her panic, Jennifer focused on the body below her.</w:t>
      </w:r>
      <w:r>
        <w:br/>
      </w:r>
      <w:r>
        <w:t xml:space="preserve">    (a) ignoring someone's wishes or causing inconvenience or discomfort</w:t>
      </w:r>
      <w:r>
        <w:br/>
      </w:r>
      <w:r>
        <w:t xml:space="preserve">    (b) suppressing (preventing something from developing further)</w:t>
      </w:r>
      <w:r>
        <w:br/>
      </w:r>
      <w:r>
        <w:t xml:space="preserve">    (c) legally ordering to provide documents, or to appear as a witness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air seemed thick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stifling</w:t>
      </w:r>
      <w:r>
        <w:rPr>
          <w:b/>
          <w:bCs/>
        </w:rPr>
        <w:t xml:space="preserve">.</w:t>
      </w:r>
      <w:r>
        <w:br/>
      </w:r>
      <w:r>
        <w:t xml:space="preserve">    (a) making breathing more difficult -- typically due to heat and humidity</w:t>
      </w:r>
      <w:r>
        <w:br/>
      </w:r>
      <w:r>
        <w:t xml:space="preserve">    (b) directing energy from a negative (unacceptable) impulse or urge into a positive or acceptable action</w:t>
      </w:r>
      <w:r>
        <w:br/>
      </w:r>
      <w:r>
        <w:t xml:space="preserve">    (c) developing or evolving from a latent or potential state  OR  (more rarely) determining by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helped her up from the bed, ignoring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lethargy</w:t>
      </w:r>
      <w:r>
        <w:rPr>
          <w:b/>
          <w:bCs/>
        </w:rPr>
        <w:t xml:space="preserve"> </w:t>
      </w:r>
      <w:r>
        <w:rPr>
          <w:b/>
          <w:bCs/>
        </w:rPr>
        <w:t xml:space="preserve">of her movements, and put his arms around her.</w:t>
      </w:r>
      <w:r>
        <w:br/>
      </w:r>
      <w:r>
        <w:t xml:space="preserve">    (a) the quality or degree of the involvement of other people or things</w:t>
      </w:r>
      <w:r>
        <w:br/>
      </w:r>
      <w:r>
        <w:t xml:space="preserve">    (b) lack of energy</w:t>
      </w:r>
      <w:r>
        <w:br/>
      </w:r>
      <w:r>
        <w:t xml:space="preserve">    (c) not appropriate or not properly related in size, amount, or degree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what about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obituaries</w:t>
      </w:r>
      <w:r>
        <w:rPr>
          <w:b/>
          <w:bCs/>
        </w:rPr>
        <w:t xml:space="preserve">?</w:t>
      </w:r>
      <w:r>
        <w:br/>
      </w:r>
      <w:r>
        <w:t xml:space="preserve">    (a) processes of controlling (how things turn out)</w:t>
      </w:r>
      <w:r>
        <w:br/>
      </w:r>
      <w:r>
        <w:t xml:space="preserve">    (b) partial payments made at the time of purchases</w:t>
      </w:r>
      <w:r>
        <w:br/>
      </w:r>
      <w:r>
        <w:t xml:space="preserve">    (c) published death notices with short biographies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2026-07-31T16:55:05Z</dcterms:created>
  <dcterms:modified xsi:type="dcterms:W3CDTF">2026-07-31T16:55:05Z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