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60de9e1453d2e992da3c824e1452ca107f2a0e"/>
    <w:p>
      <w:pPr>
        <w:pStyle w:val="Heading1"/>
      </w:pPr>
      <w:r>
        <w:rPr>
          <w:b/>
          <w:bCs/>
        </w:rPr>
        <w:t xml:space="preserve">The Great Hymn to the Aten</w:t>
      </w:r>
      <w:r>
        <w:br/>
      </w:r>
      <w:r>
        <w:rPr>
          <w:i/>
          <w:iCs/>
        </w:rPr>
        <w:t xml:space="preserve">Akhenaten (Amenhotep IV)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serpents</w:t>
      </w:r>
      <w:r>
        <w:rPr>
          <w:b/>
          <w:bCs/>
        </w:rPr>
        <w:t xml:space="preserve"> </w:t>
      </w:r>
      <w:r>
        <w:rPr>
          <w:b/>
          <w:bCs/>
        </w:rPr>
        <w:t xml:space="preserve">bite;</w:t>
      </w:r>
      <w:r>
        <w:br/>
      </w:r>
      <w:r>
        <w:t xml:space="preserve">    (a) copies</w:t>
      </w:r>
      <w:r>
        <w:br/>
      </w:r>
      <w:r>
        <w:t xml:space="preserve">    (b) enters</w:t>
      </w:r>
      <w:r>
        <w:br/>
      </w:r>
      <w:r>
        <w:t xml:space="preserve">    (c) snakes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Earth brightens when you dawn in lightland,</w:t>
      </w:r>
      <w:r>
        <w:br/>
      </w:r>
      <w:r>
        <w:rPr>
          <w:b/>
          <w:bCs/>
        </w:rPr>
        <w:t xml:space="preserve">When you shine as Aten of daytime;</w:t>
      </w:r>
      <w:r>
        <w:br/>
      </w:r>
      <w:r>
        <w:rPr>
          <w:b/>
          <w:bCs/>
        </w:rPr>
        <w:t xml:space="preserve">As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dispel</w:t>
      </w:r>
      <w:r>
        <w:rPr>
          <w:b/>
          <w:bCs/>
        </w:rPr>
        <w:t xml:space="preserve"> </w:t>
      </w:r>
      <w:r>
        <w:rPr>
          <w:b/>
          <w:bCs/>
        </w:rPr>
        <w:t xml:space="preserve">the dark,</w:t>
      </w:r>
      <w:r>
        <w:br/>
      </w:r>
      <w:r>
        <w:rPr>
          <w:b/>
          <w:bCs/>
        </w:rPr>
        <w:t xml:space="preserve">As you cast your rays,</w:t>
      </w:r>
      <w:r>
        <w:br/>
      </w:r>
      <w:r>
        <w:t xml:space="preserve">    (a) removing the favoring any side in a contest, war, disagreement, or other dispute</w:t>
      </w:r>
      <w:r>
        <w:br/>
      </w:r>
      <w:r>
        <w:t xml:space="preserve">    (b) drive away (get rid of)</w:t>
      </w:r>
      <w:r>
        <w:br/>
      </w:r>
      <w:r>
        <w:t xml:space="preserve">    (c) portray or create in a particular way  OR  interpret, translate, or extract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Awake they stand on their feet, You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them; Bodies cleansed, clothed, Their arms adore your appearance.</w:t>
      </w:r>
      <w:r>
        <w:br/>
      </w:r>
      <w:r>
        <w:t xml:space="preserve">    (a) to awaken, make more active, or excite</w:t>
      </w:r>
      <w:r>
        <w:br/>
      </w:r>
      <w:r>
        <w:t xml:space="preserve">    (b) beyond the permitted boundary or limit</w:t>
      </w:r>
      <w:r>
        <w:br/>
      </w:r>
      <w:r>
        <w:t xml:space="preserve">    (c) explains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give him breath within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him;</w:t>
      </w:r>
      <w:r>
        <w:br/>
      </w:r>
      <w:r>
        <w:t xml:space="preserve">    (a) provide support for (or help him to survive)</w:t>
      </w:r>
      <w:r>
        <w:br/>
      </w:r>
      <w:r>
        <w:t xml:space="preserve">    (b) take (power or responsibility)</w:t>
      </w:r>
      <w:r>
        <w:br/>
      </w:r>
      <w:r>
        <w:t xml:space="preserve">    (c)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tongues differ in speech, Their characters likewise; Their skins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, For you distinguished the peoples.</w:t>
      </w:r>
      <w:r>
        <w:br/>
      </w:r>
      <w:r>
        <w:t xml:space="preserve">    (a) unbelieving; or having difficulty accepting something so unexpected</w:t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eyes are on your beauty until you set,</w:t>
      </w:r>
      <w:r>
        <w:br/>
      </w:r>
      <w:r>
        <w:rPr>
          <w:b/>
          <w:bCs/>
        </w:rPr>
        <w:t xml:space="preserve">All labor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ceases</w:t>
      </w:r>
      <w:r>
        <w:rPr>
          <w:b/>
          <w:bCs/>
        </w:rPr>
        <w:t xml:space="preserve"> </w:t>
      </w:r>
      <w:r>
        <w:rPr>
          <w:b/>
          <w:bCs/>
        </w:rPr>
        <w:t xml:space="preserve">when you rest in the west;</w:t>
      </w:r>
      <w:r>
        <w:br/>
      </w:r>
      <w:r>
        <w:t xml:space="preserve">    (a) takes on as one's own</w:t>
      </w:r>
      <w:r>
        <w:br/>
      </w:r>
      <w:r>
        <w:t xml:space="preserve">    (b) recognizes difference</w:t>
      </w:r>
      <w:r>
        <w:br/>
      </w:r>
      <w:r>
        <w:t xml:space="preserve">    (c) stops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2026-07-31T16:59:25Z</dcterms:created>
  <dcterms:modified xsi:type="dcterms:W3CDTF">2026-07-31T16:59:25Z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