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fe4d964b9616d20e65ca09dd9829680254d7e1"/>
    <w:p>
      <w:pPr>
        <w:pStyle w:val="Heading1"/>
      </w:pPr>
      <w:r>
        <w:rPr>
          <w:b/>
          <w:bCs/>
        </w:rPr>
        <w:t xml:space="preserve">The Great Gatsby</w:t>
      </w:r>
      <w:r>
        <w:br/>
      </w:r>
      <w:r>
        <w:rPr>
          <w:i/>
          <w:iCs/>
        </w:rPr>
        <w:t xml:space="preserve">F. Scott Fitzgerald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changed</w:t>
      </w:r>
      <w:r>
        <w:br/>
      </w:r>
      <w:r>
        <w:t xml:space="preserve">    (c) 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bad</w:t>
      </w:r>
      <w:r>
        <w:br/>
      </w:r>
      <w:r>
        <w:t xml:space="preserve">    (b) good</w:t>
      </w:r>
      <w:r>
        <w:br/>
      </w:r>
      <w:r>
        <w:t xml:space="preserve">    (c)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argument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coherent</w:t>
      </w:r>
      <w:r>
        <w:rPr>
          <w:b/>
          <w:bCs/>
        </w:rPr>
        <w:t xml:space="preserve">.</w:t>
      </w:r>
      <w:r>
        <w:br/>
      </w:r>
      <w:r>
        <w:t xml:space="preserve">    (a) fragmented</w:t>
      </w:r>
      <w:r>
        <w:br/>
      </w:r>
      <w:r>
        <w:t xml:space="preserve">    (b) sensible and clear</w:t>
      </w:r>
      <w:r>
        <w:br/>
      </w:r>
      <w:r>
        <w:t xml:space="preserve">    (c) unreasonable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great annoyance</w:t>
      </w:r>
      <w:r>
        <w:br/>
      </w:r>
      <w:r>
        <w:t xml:space="preserve">    (b) impatience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understand</w:t>
      </w:r>
      <w:r>
        <w:br/>
      </w:r>
      <w:r>
        <w:t xml:space="preserve">    (b) accept</w:t>
      </w:r>
      <w:r>
        <w:br/>
      </w:r>
      <w:r>
        <w:t xml:space="preserve">    (c)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cross-examination until the morning.</w:t>
      </w:r>
      <w:r>
        <w:br/>
      </w:r>
      <w:r>
        <w:t xml:space="preserve">    (a) delay</w:t>
      </w:r>
      <w:r>
        <w:br/>
      </w:r>
      <w:r>
        <w:t xml:space="preserve">    (b) cancel</w:t>
      </w:r>
      <w:r>
        <w:br/>
      </w:r>
      <w:r>
        <w:t xml:space="preserve">    (c) schedule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almost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defers</w:t>
      </w:r>
      <w:r>
        <w:rPr>
          <w:b/>
          <w:bCs/>
        </w:rPr>
        <w:t xml:space="preserve"> </w:t>
      </w:r>
      <w:r>
        <w:rPr>
          <w:b/>
          <w:bCs/>
        </w:rPr>
        <w:t xml:space="preserve">to her wishes about which movie to see.</w:t>
      </w:r>
      <w:r>
        <w:br/>
      </w:r>
      <w:r>
        <w:t xml:space="preserve">    (a) submits</w:t>
      </w:r>
      <w:r>
        <w:br/>
      </w:r>
      <w:r>
        <w:t xml:space="preserve">    (b) presents argument</w:t>
      </w:r>
      <w:r>
        <w:br/>
      </w:r>
      <w:r>
        <w:t xml:space="preserve">    (c) add more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to find a cure for the disease.</w:t>
      </w:r>
      <w:r>
        <w:br/>
      </w:r>
      <w:r>
        <w:t xml:space="preserve">    (a) firmly planning</w:t>
      </w:r>
      <w:r>
        <w:br/>
      </w:r>
      <w:r>
        <w:t xml:space="preserve">    (b) hoping</w:t>
      </w:r>
      <w:r>
        <w:br/>
      </w:r>
      <w:r>
        <w:t xml:space="preserve">    (c) without hope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there was an error in the calculation.</w:t>
      </w:r>
      <w:r>
        <w:br/>
      </w:r>
      <w:r>
        <w:t xml:space="preserve">    (a) discovered</w:t>
      </w:r>
      <w:r>
        <w:br/>
      </w:r>
      <w:r>
        <w:t xml:space="preserve">    (b) incorrectly believed</w:t>
      </w:r>
      <w:r>
        <w:br/>
      </w:r>
      <w:r>
        <w:t xml:space="preserve">    (c) insisted stubbornly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discreet</w:t>
      </w:r>
      <w:r>
        <w:rPr>
          <w:b/>
          <w:bCs/>
        </w:rPr>
        <w:t xml:space="preserve"> </w:t>
      </w:r>
      <w:r>
        <w:rPr>
          <w:b/>
          <w:bCs/>
        </w:rPr>
        <w:t xml:space="preserve">in my investigation.</w:t>
      </w:r>
      <w:r>
        <w:br/>
      </w:r>
      <w:r>
        <w:t xml:space="preserve">    (a) quick</w:t>
      </w:r>
      <w:r>
        <w:br/>
      </w:r>
      <w:r>
        <w:t xml:space="preserve">    (b) thorough</w:t>
      </w:r>
      <w:r>
        <w:br/>
      </w:r>
      <w:r>
        <w:t xml:space="preserve">    (c) subtle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quarterback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eluded</w:t>
      </w:r>
      <w:r>
        <w:rPr>
          <w:b/>
          <w:bCs/>
        </w:rPr>
        <w:t xml:space="preserve"> </w:t>
      </w:r>
      <w:r>
        <w:rPr>
          <w:b/>
          <w:bCs/>
        </w:rPr>
        <w:t xml:space="preserve">the linebackers.</w:t>
      </w:r>
      <w:r>
        <w:br/>
      </w:r>
      <w:r>
        <w:t xml:space="preserve">    (a) avoided</w:t>
      </w:r>
      <w:r>
        <w:br/>
      </w:r>
      <w:r>
        <w:t xml:space="preserve">    (b) ran into</w:t>
      </w:r>
      <w:r>
        <w:br/>
      </w:r>
      <w:r>
        <w:t xml:space="preserve">    (c) overcame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point of his story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eludes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impresses</w:t>
      </w:r>
      <w:r>
        <w:br/>
      </w:r>
      <w:r>
        <w:t xml:space="preserve">    (b) is important to</w:t>
      </w:r>
      <w:r>
        <w:br/>
      </w:r>
      <w:r>
        <w:t xml:space="preserve">    (c) is not understood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insisted</w:t>
      </w:r>
      <w:r>
        <w:br/>
      </w:r>
      <w:r>
        <w:t xml:space="preserve">    (b) hinted</w:t>
      </w:r>
      <w:r>
        <w:br/>
      </w:r>
      <w:r>
        <w:t xml:space="preserve">    (c) denied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Night and day we live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</w:t>
      </w:r>
      <w:r>
        <w:rPr>
          <w:b/>
          <w:bCs/>
        </w:rPr>
        <w:t xml:space="preserve"> </w:t>
      </w:r>
      <w:r>
        <w:rPr>
          <w:b/>
          <w:bCs/>
        </w:rPr>
        <w:t xml:space="preserve">noise of the city.</w:t>
      </w:r>
      <w:r>
        <w:br/>
      </w:r>
      <w:r>
        <w:t xml:space="preserve">    (a) loud</w:t>
      </w:r>
      <w:r>
        <w:br/>
      </w:r>
      <w:r>
        <w:t xml:space="preserve">    (b) continuous</w:t>
      </w:r>
      <w:r>
        <w:br/>
      </w:r>
      <w:r>
        <w:t xml:space="preserve">    (c)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without belief</w:t>
      </w:r>
      <w:r>
        <w:br/>
      </w:r>
      <w:r>
        <w:t xml:space="preserve">    (b) worried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that is growing</w:t>
      </w:r>
      <w:r>
        <w:br/>
      </w:r>
      <w:r>
        <w:t xml:space="preserve">    (c) thing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thinker.</w:t>
      </w:r>
      <w:r>
        <w:br/>
      </w:r>
      <w:r>
        <w:t xml:space="preserve">    (a) quick</w:t>
      </w:r>
      <w:r>
        <w:br/>
      </w:r>
      <w:r>
        <w:t xml:space="preserve">    (b) shallow</w:t>
      </w:r>
      <w:r>
        <w:br/>
      </w:r>
      <w:r>
        <w:t xml:space="preserve">    (c) deep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common</w:t>
      </w:r>
      <w:r>
        <w:br/>
      </w:r>
      <w:r>
        <w:t xml:space="preserve">    (b) traditional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encourages</w:t>
      </w:r>
      <w:r>
        <w:br/>
      </w:r>
      <w:r>
        <w:t xml:space="preserve">    (c) trains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2026-07-31T14:20:51Z</dcterms:created>
  <dcterms:modified xsi:type="dcterms:W3CDTF">2026-07-31T14:20:51Z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