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c0911c7cdd75edb4ce3290ea6af3094d523af9"/>
    <w:p>
      <w:pPr>
        <w:pStyle w:val="Heading1"/>
      </w:pPr>
      <w:r>
        <w:rPr>
          <w:b/>
          <w:bCs/>
        </w:rPr>
        <w:t xml:space="preserve">The Great Gatsby</w:t>
      </w:r>
      <w:r>
        <w:br/>
      </w:r>
      <w:r>
        <w:rPr>
          <w:i/>
          <w:iCs/>
        </w:rPr>
        <w:t xml:space="preserve">F. Scott Fitzgerald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asserts</w:t>
      </w:r>
      <w:r>
        <w:rPr>
          <w:b/>
          <w:bCs/>
        </w:rPr>
        <w:t xml:space="preserve"> </w:t>
      </w:r>
      <w:r>
        <w:rPr>
          <w:b/>
          <w:bCs/>
        </w:rPr>
        <w:t xml:space="preserve">that her opponent lacks managerial experience.</w:t>
      </w:r>
      <w:r>
        <w:br/>
      </w:r>
      <w:r>
        <w:t xml:space="preserve">    (a) proves</w:t>
      </w:r>
      <w:r>
        <w:br/>
      </w:r>
      <w:r>
        <w:t xml:space="preserve">    (b) says</w:t>
      </w:r>
      <w:r>
        <w:br/>
      </w:r>
      <w:r>
        <w:t xml:space="preserve">    (c) demonstrates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have a well-behaved dog, it is important that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</w:t>
      </w:r>
      <w:r>
        <w:rPr>
          <w:b/>
          <w:bCs/>
        </w:rPr>
        <w:t xml:space="preserve"> </w:t>
      </w:r>
      <w:r>
        <w:rPr>
          <w:b/>
          <w:bCs/>
        </w:rPr>
        <w:t xml:space="preserve">your dominance.</w:t>
      </w:r>
      <w:r>
        <w:br/>
      </w:r>
      <w:r>
        <w:t xml:space="preserve">    (a) use sparingly</w:t>
      </w:r>
      <w:r>
        <w:br/>
      </w:r>
      <w:r>
        <w:t xml:space="preserve">    (b) insist on</w:t>
      </w:r>
      <w:r>
        <w:br/>
      </w:r>
      <w:r>
        <w:t xml:space="preserve">    (c) use kindly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try to hire employees who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attractive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notable difference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blood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doctor's suspicion of diabetes.</w:t>
      </w:r>
      <w:r>
        <w:br/>
      </w:r>
      <w:r>
        <w:t xml:space="preserve">    (a) checked</w:t>
      </w:r>
      <w:r>
        <w:br/>
      </w:r>
      <w:r>
        <w:t xml:space="preserve">    (b) supported</w:t>
      </w:r>
      <w:r>
        <w:br/>
      </w:r>
      <w:r>
        <w:t xml:space="preserve">    (c) disproved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when her boyfriend died in a car accident.</w:t>
      </w:r>
      <w:r>
        <w:br/>
      </w:r>
      <w:r>
        <w:t xml:space="preserve">    (a) confused</w:t>
      </w:r>
      <w:r>
        <w:br/>
      </w:r>
      <w:r>
        <w:t xml:space="preserve">    (b) miserable</w:t>
      </w:r>
      <w:r>
        <w:br/>
      </w:r>
      <w:r>
        <w:t xml:space="preserve">    (c) emotional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promising but unusual</w:t>
      </w:r>
      <w:r>
        <w:br/>
      </w:r>
      <w:r>
        <w:t xml:space="preserve">    (b) terrible or depressing</w:t>
      </w:r>
      <w:r>
        <w:br/>
      </w:r>
      <w:r>
        <w:t xml:space="preserve">    (c) especially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generous</w:t>
      </w:r>
      <w:r>
        <w:br/>
      </w:r>
      <w:r>
        <w:t xml:space="preserve">    (b) detailed</w:t>
      </w:r>
      <w:r>
        <w:br/>
      </w:r>
      <w:r>
        <w:t xml:space="preserve">    (c)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swagger.</w:t>
      </w:r>
      <w:r>
        <w:br/>
      </w:r>
      <w:r>
        <w:t xml:space="preserve">    (a) exaggerated</w:t>
      </w:r>
      <w:r>
        <w:br/>
      </w:r>
      <w:r>
        <w:t xml:space="preserve">    (b) rudely disrespectful</w:t>
      </w:r>
      <w:r>
        <w:br/>
      </w:r>
      <w:r>
        <w:t xml:space="preserve">    (c) slightly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disease causes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deformity.</w:t>
      </w:r>
      <w:r>
        <w:br/>
      </w:r>
      <w:r>
        <w:t xml:space="preserve">    (a) hidden (internal)</w:t>
      </w:r>
      <w:r>
        <w:br/>
      </w:r>
      <w:r>
        <w:t xml:space="preserve">    (b) ugly or distorted</w:t>
      </w:r>
      <w:r>
        <w:br/>
      </w:r>
      <w:r>
        <w:t xml:space="preserve">    (c) as from 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optimistic</w:t>
      </w:r>
      <w:r>
        <w:br/>
      </w:r>
      <w:r>
        <w:t xml:space="preserve">    (b) wealthy</w:t>
      </w:r>
      <w:r>
        <w:br/>
      </w:r>
      <w:r>
        <w:t xml:space="preserve">    (c) arrogant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vote</w:t>
      </w:r>
      <w:r>
        <w:br/>
      </w:r>
      <w:r>
        <w:t xml:space="preserve">    (b) assistant</w:t>
      </w:r>
      <w:r>
        <w:br/>
      </w:r>
      <w:r>
        <w:t xml:space="preserve">    (c) formal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meeting of the year.</w:t>
      </w:r>
      <w:r>
        <w:br/>
      </w:r>
      <w:r>
        <w:t xml:space="preserve">    (a) boring</w:t>
      </w:r>
      <w:r>
        <w:br/>
      </w:r>
      <w:r>
        <w:t xml:space="preserve">    (b) important</w:t>
      </w:r>
      <w:r>
        <w:br/>
      </w:r>
      <w:r>
        <w:t xml:space="preserve">    (c) longest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agency recommended against taking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</w:t>
      </w:r>
      <w:r>
        <w:rPr>
          <w:b/>
          <w:bCs/>
        </w:rPr>
        <w:t xml:space="preserve"> </w:t>
      </w:r>
      <w:r>
        <w:rPr>
          <w:b/>
          <w:bCs/>
        </w:rPr>
        <w:t xml:space="preserve">action.</w:t>
      </w:r>
      <w:r>
        <w:br/>
      </w:r>
      <w:r>
        <w:t xml:space="preserve">    (a) hidden</w:t>
      </w:r>
      <w:r>
        <w:br/>
      </w:r>
      <w:r>
        <w:t xml:space="preserve">    (b) quick</w:t>
      </w:r>
      <w:r>
        <w:br/>
      </w:r>
      <w:r>
        <w:t xml:space="preserve">    (c) dramatic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sauntered</w:t>
      </w:r>
      <w:r>
        <w:rPr>
          <w:b/>
          <w:bCs/>
        </w:rPr>
        <w:t xml:space="preserve"> </w:t>
      </w:r>
      <w:r>
        <w:rPr>
          <w:b/>
          <w:bCs/>
        </w:rPr>
        <w:t xml:space="preserve">over to us.</w:t>
      </w:r>
      <w:r>
        <w:br/>
      </w:r>
      <w:r>
        <w:t xml:space="preserve">    (a) limped painfully</w:t>
      </w:r>
      <w:r>
        <w:br/>
      </w:r>
      <w:r>
        <w:t xml:space="preserve">    (b) walked leisurely</w:t>
      </w:r>
      <w:r>
        <w:br/>
      </w:r>
      <w:r>
        <w:t xml:space="preserve">    (c) marched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smooth to the touch</w:t>
      </w:r>
      <w:r>
        <w:br/>
      </w:r>
      <w:r>
        <w:t xml:space="preserve">    (b) pleasing to touch</w:t>
      </w:r>
      <w:r>
        <w:br/>
      </w:r>
      <w:r>
        <w:t xml:space="preserve">    (c) cool to the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clever</w:t>
      </w:r>
      <w:r>
        <w:br/>
      </w:r>
      <w:r>
        <w:t xml:space="preserve">    (b) evil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complementary</w:t>
      </w:r>
      <w:r>
        <w:br/>
      </w:r>
      <w:r>
        <w:t xml:space="preserve">    (b) minor</w:t>
      </w:r>
      <w:r>
        <w:br/>
      </w:r>
      <w:r>
        <w:t xml:space="preserve">    (c) contrasting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thinking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superficial</w:t>
      </w:r>
      <w:r>
        <w:rPr>
          <w:b/>
          <w:bCs/>
        </w:rPr>
        <w:t xml:space="preserve">.</w:t>
      </w:r>
      <w:r>
        <w:br/>
      </w:r>
      <w:r>
        <w:t xml:space="preserve">    (a) shallow</w:t>
      </w:r>
      <w:r>
        <w:br/>
      </w:r>
      <w:r>
        <w:t xml:space="preserve">    (b) creative</w:t>
      </w:r>
      <w:r>
        <w:br/>
      </w:r>
      <w:r>
        <w:t xml:space="preserve">    (c) deep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Grand Canyon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transcendent</w:t>
      </w:r>
      <w:r>
        <w:rPr>
          <w:b/>
          <w:bCs/>
        </w:rPr>
        <w:t xml:space="preserve"> </w:t>
      </w:r>
      <w:r>
        <w:rPr>
          <w:b/>
          <w:bCs/>
        </w:rPr>
        <w:t xml:space="preserve">experience for me.</w:t>
      </w:r>
      <w:r>
        <w:br/>
      </w:r>
      <w:r>
        <w:t xml:space="preserve">    (a) outstanding</w:t>
      </w:r>
      <w:r>
        <w:br/>
      </w:r>
      <w:r>
        <w:t xml:space="preserve">    (b) memorable</w:t>
      </w:r>
      <w:r>
        <w:br/>
      </w:r>
      <w:r>
        <w:t xml:space="preserve">    (c) long-awaited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2026-07-31T14:20:52Z</dcterms:created>
  <dcterms:modified xsi:type="dcterms:W3CDTF">2026-07-31T14:20:52Z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