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a45bf7ec0fd038fd6e936f178ac953f30c41f63"/>
    <w:p>
      <w:pPr>
        <w:pStyle w:val="Heading1"/>
      </w:pPr>
      <w:r>
        <w:rPr>
          <w:b/>
          <w:bCs/>
        </w:rPr>
        <w:t xml:space="preserve">The Great Gatsby</w:t>
      </w:r>
      <w:r>
        <w:br/>
      </w:r>
      <w:r>
        <w:rPr>
          <w:i/>
          <w:iCs/>
        </w:rPr>
        <w:t xml:space="preserve">F. Scott Fitzgerald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lived at West Egg, the — well, the less fashionable of the two, though this is a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superficial</w:t>
      </w:r>
      <w:r>
        <w:rPr>
          <w:b/>
          <w:bCs/>
        </w:rPr>
        <w:t xml:space="preserve"> </w:t>
      </w:r>
      <w:r>
        <w:rPr>
          <w:b/>
          <w:bCs/>
        </w:rPr>
        <w:t xml:space="preserve">tag to express the bizarre and not a little sinister contrast between them.</w:t>
      </w:r>
      <w:r>
        <w:br/>
      </w:r>
      <w:r>
        <w:t xml:space="preserve">    (a) important--not trivial</w:t>
      </w:r>
      <w:r>
        <w:br/>
      </w:r>
      <w:r>
        <w:t xml:space="preserve">    (b) interesting--not expected</w:t>
      </w:r>
      <w:r>
        <w:br/>
      </w:r>
      <w:r>
        <w:t xml:space="preserve">    (c) shallow--not deep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lived at West Egg, the — well, the less fashionable of the two, though this is a most superficial tag to express the bizarre and not a little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sinister</w:t>
      </w:r>
      <w:r>
        <w:rPr>
          <w:b/>
          <w:bCs/>
        </w:rPr>
        <w:t xml:space="preserve"> </w:t>
      </w:r>
      <w:r>
        <w:rPr>
          <w:b/>
          <w:bCs/>
        </w:rPr>
        <w:t xml:space="preserve">contrast between them.</w:t>
      </w:r>
      <w:r>
        <w:br/>
      </w:r>
      <w:r>
        <w:t xml:space="preserve">    (a) entertaining</w:t>
      </w:r>
      <w:r>
        <w:br/>
      </w:r>
      <w:r>
        <w:t xml:space="preserve">    (b) complicated</w:t>
      </w:r>
      <w:r>
        <w:br/>
      </w:r>
      <w:r>
        <w:t xml:space="preserve">    (c) foreshadowing harm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lived at West Egg, the — well, the less fashionable of the two, though this is a most superficial tag to express the bizarre and not a little sinister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contrast</w:t>
      </w:r>
      <w:r>
        <w:rPr>
          <w:b/>
          <w:bCs/>
        </w:rPr>
        <w:t xml:space="preserve"> </w:t>
      </w:r>
      <w:r>
        <w:rPr>
          <w:b/>
          <w:bCs/>
        </w:rPr>
        <w:t xml:space="preserve">between them.</w:t>
      </w:r>
      <w:r>
        <w:br/>
      </w:r>
      <w:r>
        <w:t xml:space="preserve">    (a) disagreement</w:t>
      </w:r>
      <w:r>
        <w:br/>
      </w:r>
      <w:r>
        <w:t xml:space="preserve">    (b) notable difference</w:t>
      </w:r>
      <w:r>
        <w:br/>
      </w:r>
      <w:r>
        <w:t xml:space="preserve">    (c) notable similarity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body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asserted</w:t>
      </w:r>
      <w:r>
        <w:rPr>
          <w:b/>
          <w:bCs/>
        </w:rPr>
        <w:t xml:space="preserve"> </w:t>
      </w:r>
      <w:r>
        <w:rPr>
          <w:b/>
          <w:bCs/>
        </w:rPr>
        <w:t xml:space="preserve">itself with a restless movement of her knee, and she stood up.</w:t>
      </w:r>
      <w:r>
        <w:br/>
      </w:r>
      <w:r>
        <w:t xml:space="preserve">    (a) was forceful</w:t>
      </w:r>
      <w:r>
        <w:br/>
      </w:r>
      <w:r>
        <w:t xml:space="preserve">    (b) was meek</w:t>
      </w:r>
      <w:r>
        <w:br/>
      </w:r>
      <w:r>
        <w:t xml:space="preserve">    (c) showed weariness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"I've done some nice things out on Long Island,"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asserted</w:t>
      </w:r>
      <w:r>
        <w:rPr>
          <w:b/>
          <w:bCs/>
        </w:rPr>
        <w:t xml:space="preserve"> </w:t>
      </w:r>
      <w:r>
        <w:rPr>
          <w:b/>
          <w:bCs/>
        </w:rPr>
        <w:t xml:space="preserve">Mr. McKee.</w:t>
      </w:r>
      <w:r>
        <w:br/>
      </w:r>
      <w:r>
        <w:t xml:space="preserve">    (a) laughed</w:t>
      </w:r>
      <w:r>
        <w:br/>
      </w:r>
      <w:r>
        <w:t xml:space="preserve">    (b) complained</w:t>
      </w:r>
      <w:r>
        <w:br/>
      </w:r>
      <w:r>
        <w:t xml:space="preserve">    (c) said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About half way between West Egg and New York the motor road hastily joins the railroad and runs beside it for a quarter of a mile, so as to shrink away from a certain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desolate</w:t>
      </w:r>
      <w:r>
        <w:rPr>
          <w:b/>
          <w:bCs/>
        </w:rPr>
        <w:t xml:space="preserve"> </w:t>
      </w:r>
      <w:r>
        <w:rPr>
          <w:b/>
          <w:bCs/>
        </w:rPr>
        <w:t xml:space="preserve">area of land. This is a valley of ashes...</w:t>
      </w:r>
      <w:r>
        <w:br/>
      </w:r>
      <w:r>
        <w:t xml:space="preserve">    (a) miserable</w:t>
      </w:r>
      <w:r>
        <w:br/>
      </w:r>
      <w:r>
        <w:t xml:space="preserve">    (b) crowded</w:t>
      </w:r>
      <w:r>
        <w:br/>
      </w:r>
      <w:r>
        <w:t xml:space="preserve">    (c) swampy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is a valley of ashes — a fantastic farm where ashes grow like wheat into ridges and hills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grotesque</w:t>
      </w:r>
      <w:r>
        <w:rPr>
          <w:b/>
          <w:bCs/>
        </w:rPr>
        <w:t xml:space="preserve"> </w:t>
      </w:r>
      <w:r>
        <w:rPr>
          <w:b/>
          <w:bCs/>
        </w:rPr>
        <w:t xml:space="preserve">gardens; where ashes take the forms of houses and chimneys and rising smoke and, finally, with a transcendent effort, of men who move dimly and already crumbling through the powdery air.</w:t>
      </w:r>
      <w:r>
        <w:br/>
      </w:r>
      <w:r>
        <w:t xml:space="preserve">    (a) dark</w:t>
      </w:r>
      <w:r>
        <w:br/>
      </w:r>
      <w:r>
        <w:t xml:space="preserve">    (b) large</w:t>
      </w:r>
      <w:r>
        <w:br/>
      </w:r>
      <w:r>
        <w:t xml:space="preserve">    (c) distorted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is a valley of ashes — a fantastic farm where ashes grow like wheat into ridges and hills and grotesque gardens; where ashes take the forms of houses and chimneys and rising smoke and, finally, with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transcendent</w:t>
      </w:r>
      <w:r>
        <w:rPr>
          <w:b/>
          <w:bCs/>
        </w:rPr>
        <w:t xml:space="preserve"> </w:t>
      </w:r>
      <w:r>
        <w:rPr>
          <w:b/>
          <w:bCs/>
        </w:rPr>
        <w:t xml:space="preserve">effort, of men who move dimly and already crumbling through the powdery air.</w:t>
      </w:r>
      <w:r>
        <w:br/>
      </w:r>
      <w:r>
        <w:t xml:space="preserve">    (a) consistent</w:t>
      </w:r>
      <w:r>
        <w:br/>
      </w:r>
      <w:r>
        <w:t xml:space="preserve">    (b) unremarkable</w:t>
      </w:r>
      <w:r>
        <w:br/>
      </w:r>
      <w:r>
        <w:t xml:space="preserve">    (c) extraordinary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valley of ashes is bounded on one side by a small foul river, and, when the drawbridge is up to let barges through, the passengers on waiting trains can stare at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dismal</w:t>
      </w:r>
      <w:r>
        <w:rPr>
          <w:b/>
          <w:bCs/>
        </w:rPr>
        <w:t xml:space="preserve"> </w:t>
      </w:r>
      <w:r>
        <w:rPr>
          <w:b/>
          <w:bCs/>
        </w:rPr>
        <w:t xml:space="preserve">scene for as long as half an hour.</w:t>
      </w:r>
      <w:r>
        <w:br/>
      </w:r>
      <w:r>
        <w:t xml:space="preserve">    (a) polluted</w:t>
      </w:r>
      <w:r>
        <w:br/>
      </w:r>
      <w:r>
        <w:t xml:space="preserve">    (b) depressing</w:t>
      </w:r>
      <w:r>
        <w:br/>
      </w:r>
      <w:r>
        <w:t xml:space="preserve">    (c) dusty or unclear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in the middle thirties, and faintly stout, but she carried her surplus flesh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sensuously</w:t>
      </w:r>
      <w:r>
        <w:rPr>
          <w:b/>
          <w:bCs/>
        </w:rPr>
        <w:t xml:space="preserve"> </w:t>
      </w:r>
      <w:r>
        <w:rPr>
          <w:b/>
          <w:bCs/>
        </w:rPr>
        <w:t xml:space="preserve">as some women can.</w:t>
      </w:r>
      <w:r>
        <w:br/>
      </w:r>
      <w:r>
        <w:t xml:space="preserve">    (a) confidently</w:t>
      </w:r>
      <w:r>
        <w:br/>
      </w:r>
      <w:r>
        <w:t xml:space="preserve">    (b) easily</w:t>
      </w:r>
      <w:r>
        <w:br/>
      </w:r>
      <w:r>
        <w:t xml:space="preserve">    (c) attractively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a little shocked at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elaborateness</w:t>
      </w:r>
      <w:r>
        <w:rPr>
          <w:b/>
          <w:bCs/>
        </w:rPr>
        <w:t xml:space="preserve"> </w:t>
      </w:r>
      <w:r>
        <w:rPr>
          <w:b/>
          <w:bCs/>
        </w:rPr>
        <w:t xml:space="preserve">of the lie.</w:t>
      </w:r>
      <w:r>
        <w:br/>
      </w:r>
      <w:r>
        <w:t xml:space="preserve">    (a) boldness</w:t>
      </w:r>
      <w:r>
        <w:br/>
      </w:r>
      <w:r>
        <w:t xml:space="preserve">    (b) level of detail</w:t>
      </w:r>
      <w:r>
        <w:br/>
      </w:r>
      <w:r>
        <w:t xml:space="preserve">    (c) weakness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[Nick describing Gatsby:]  ...I was looking at an elegant young rough-neck, a year or two over thirty, whose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elaborate</w:t>
      </w:r>
      <w:r>
        <w:rPr>
          <w:b/>
          <w:bCs/>
        </w:rPr>
        <w:t xml:space="preserve"> </w:t>
      </w:r>
      <w:r>
        <w:rPr>
          <w:b/>
          <w:bCs/>
        </w:rPr>
        <w:t xml:space="preserve">formality of speech just missed being absurd.</w:t>
      </w:r>
      <w:r>
        <w:br/>
      </w:r>
      <w:r>
        <w:t xml:space="preserve">    (a) foolish</w:t>
      </w:r>
      <w:r>
        <w:br/>
      </w:r>
      <w:r>
        <w:t xml:space="preserve">    (b) incomplete</w:t>
      </w:r>
      <w:r>
        <w:br/>
      </w:r>
      <w:r>
        <w:t xml:space="preserve">    (c) exaggerated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 Jordan's slender golden arm resting in mine, we descended the steps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sauntered</w:t>
      </w:r>
      <w:r>
        <w:rPr>
          <w:b/>
          <w:bCs/>
        </w:rPr>
        <w:t xml:space="preserve"> </w:t>
      </w:r>
      <w:r>
        <w:rPr>
          <w:b/>
          <w:bCs/>
        </w:rPr>
        <w:t xml:space="preserve">about the garden.</w:t>
      </w:r>
      <w:r>
        <w:br/>
      </w:r>
      <w:r>
        <w:t xml:space="preserve">    (a) looked widely</w:t>
      </w:r>
      <w:r>
        <w:br/>
      </w:r>
      <w:r>
        <w:t xml:space="preserve">    (b) walked leisurely</w:t>
      </w:r>
      <w:r>
        <w:br/>
      </w:r>
      <w:r>
        <w:t xml:space="preserve">    (c) snuck quietly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Gatsby got himself into a shadow and, while Daisy and I talked, looked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conscientiously</w:t>
      </w:r>
      <w:r>
        <w:rPr>
          <w:b/>
          <w:bCs/>
        </w:rPr>
        <w:t xml:space="preserve"> </w:t>
      </w:r>
      <w:r>
        <w:rPr>
          <w:b/>
          <w:bCs/>
        </w:rPr>
        <w:t xml:space="preserve">from one to the other of us with tense, unhappy eyes.</w:t>
      </w:r>
      <w:r>
        <w:br/>
      </w:r>
      <w:r>
        <w:t xml:space="preserve">    (a) with a desire to do what is easiest</w:t>
      </w:r>
      <w:r>
        <w:br/>
      </w:r>
      <w:r>
        <w:t xml:space="preserve">    (b) with a desire to do what is right</w:t>
      </w:r>
      <w:r>
        <w:br/>
      </w:r>
      <w:r>
        <w:t xml:space="preserve">    (c) with a desire to do what is known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Mr. Sloane didn't enter into the conversation, but lounged back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haughtily</w:t>
      </w:r>
      <w:r>
        <w:rPr>
          <w:b/>
          <w:bCs/>
        </w:rPr>
        <w:t xml:space="preserve"> </w:t>
      </w:r>
      <w:r>
        <w:rPr>
          <w:b/>
          <w:bCs/>
        </w:rPr>
        <w:t xml:space="preserve">in his chair;</w:t>
      </w:r>
      <w:r>
        <w:br/>
      </w:r>
      <w:r>
        <w:t xml:space="preserve">    (a) as though superior</w:t>
      </w:r>
      <w:r>
        <w:br/>
      </w:r>
      <w:r>
        <w:t xml:space="preserve">    (b) as though disappointed</w:t>
      </w:r>
      <w:r>
        <w:br/>
      </w:r>
      <w:r>
        <w:t xml:space="preserve">    (c) as though tired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is no confusion like the confusion of a simple mind, and as we drove away Tom was feeling the hot whips of panic. His wife and his mistress, until an hour ago secure and inviolate, were slipping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precipitately</w:t>
      </w:r>
      <w:r>
        <w:rPr>
          <w:b/>
          <w:bCs/>
        </w:rPr>
        <w:t xml:space="preserve"> </w:t>
      </w:r>
      <w:r>
        <w:rPr>
          <w:b/>
          <w:bCs/>
        </w:rPr>
        <w:t xml:space="preserve">from his control.</w:t>
      </w:r>
      <w:r>
        <w:br/>
      </w:r>
      <w:r>
        <w:t xml:space="preserve">    (a) suddenly</w:t>
      </w:r>
      <w:r>
        <w:br/>
      </w:r>
      <w:r>
        <w:t xml:space="preserve">    (b) steadily</w:t>
      </w:r>
      <w:r>
        <w:br/>
      </w:r>
      <w:r>
        <w:t xml:space="preserve">    (c) sadly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Before me stretched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portentous</w:t>
      </w:r>
      <w:r>
        <w:rPr>
          <w:b/>
          <w:bCs/>
        </w:rPr>
        <w:t xml:space="preserve">, menacing road of a new decade.</w:t>
      </w:r>
      <w:r>
        <w:br/>
      </w:r>
      <w:r>
        <w:t xml:space="preserve">    (a) dangerous</w:t>
      </w:r>
      <w:r>
        <w:br/>
      </w:r>
      <w:r>
        <w:t xml:space="preserve">    (b) important</w:t>
      </w:r>
      <w:r>
        <w:br/>
      </w:r>
      <w:r>
        <w:t xml:space="preserve">    (c) winding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young Greek, Michaelis, who ran the coffee joint beside the ashheaps was the principal witness at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inquest</w:t>
      </w:r>
      <w:r>
        <w:rPr>
          <w:b/>
          <w:bCs/>
        </w:rPr>
        <w:t xml:space="preserve">.</w:t>
      </w:r>
      <w:r>
        <w:br/>
      </w:r>
      <w:r>
        <w:t xml:space="preserve">    (a) signing of a birth certificate</w:t>
      </w:r>
      <w:r>
        <w:br/>
      </w:r>
      <w:r>
        <w:t xml:space="preserve">    (b) marriage ceremony</w:t>
      </w:r>
      <w:r>
        <w:br/>
      </w:r>
      <w:r>
        <w:t xml:space="preserve">    (c) investigation of a death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looked at me anxiously, as if he hoped I'd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corroborate</w:t>
      </w:r>
      <w:r>
        <w:rPr>
          <w:b/>
          <w:bCs/>
        </w:rPr>
        <w:t xml:space="preserve"> </w:t>
      </w:r>
      <w:r>
        <w:rPr>
          <w:b/>
          <w:bCs/>
        </w:rPr>
        <w:t xml:space="preserve">this.</w:t>
      </w:r>
      <w:r>
        <w:br/>
      </w:r>
      <w:r>
        <w:t xml:space="preserve">    (a) oppose an opinion</w:t>
      </w:r>
      <w:r>
        <w:br/>
      </w:r>
      <w:r>
        <w:t xml:space="preserve">    (b) disprove something</w:t>
      </w:r>
      <w:r>
        <w:br/>
      </w:r>
      <w:r>
        <w:t xml:space="preserve">    (c) support an opinion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see now that this has been a story of the West, after all — Tom and Gatsby, Daisy and Jordan and I, were all Westerners, and perhaps we possessed some deficiency in common which made us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subtly</w:t>
      </w:r>
      <w:r>
        <w:rPr>
          <w:b/>
          <w:bCs/>
        </w:rPr>
        <w:t xml:space="preserve"> </w:t>
      </w:r>
      <w:r>
        <w:rPr>
          <w:b/>
          <w:bCs/>
        </w:rPr>
        <w:t xml:space="preserve">unadaptable to Eastern life.</w:t>
      </w:r>
      <w:r>
        <w:br/>
      </w:r>
      <w:r>
        <w:t xml:space="preserve">    (a) in a non-obvious manner</w:t>
      </w:r>
      <w:r>
        <w:br/>
      </w:r>
      <w:r>
        <w:t xml:space="preserve">    (b) in a surprising manner</w:t>
      </w:r>
      <w:r>
        <w:br/>
      </w:r>
      <w:r>
        <w:t xml:space="preserve">    (c) in a powerful manner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2026-07-31T14:20:52Z</dcterms:created>
  <dcterms:modified xsi:type="dcterms:W3CDTF">2026-07-31T14:20:52Z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